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بورس وایزر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بورس وایزر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93*7204*40</w:t>
            </w:r>
          </w:p>
        </w:tc>
        <w:tc>
          <w:tcPr>
            <w:tcW w:type="dxa" w:w="1728"/>
          </w:tcPr>
          <w:p>
            <w:r>
              <w:t>CCTV camera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Novin2888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93*20*4912</w:t>
            </w:r>
          </w:p>
        </w:tc>
        <w:tc>
          <w:tcPr>
            <w:tcW w:type="dxa" w:w="1728"/>
          </w:tcPr>
          <w:p>
            <w:r>
              <w:t>𝓐𝓶𝓲𝓻𝓐𝓵𝓲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amirali_am8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93*4**4**4</w:t>
            </w:r>
          </w:p>
        </w:tc>
        <w:tc>
          <w:tcPr>
            <w:tcW w:type="dxa" w:w="1728"/>
          </w:tcPr>
          <w:p>
            <w:r>
              <w:t>Swat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Kingofthesky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901***1*10</w:t>
            </w:r>
          </w:p>
        </w:tc>
        <w:tc>
          <w:tcPr>
            <w:tcW w:type="dxa" w:w="1728"/>
          </w:tcPr>
          <w:p>
            <w:r>
              <w:t>امید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Tahakhazaei00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93391*0*42</w:t>
            </w:r>
          </w:p>
        </w:tc>
        <w:tc>
          <w:tcPr>
            <w:tcW w:type="dxa" w:w="1728"/>
          </w:tcPr>
          <w:p>
            <w:r>
              <w:t>ℋⱭḾℯ℮ȡ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Hamed13211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91222*232*</w:t>
            </w:r>
          </w:p>
        </w:tc>
        <w:tc>
          <w:tcPr>
            <w:tcW w:type="dxa" w:w="1728"/>
          </w:tcPr>
          <w:p>
            <w:r>
              <w:t>مجید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913*90134*</w:t>
            </w:r>
          </w:p>
        </w:tc>
        <w:tc>
          <w:tcPr>
            <w:tcW w:type="dxa" w:w="1728"/>
          </w:tcPr>
          <w:p>
            <w:r>
              <w:t>محسن</w:t>
            </w:r>
          </w:p>
        </w:tc>
        <w:tc>
          <w:tcPr>
            <w:tcW w:type="dxa" w:w="1728"/>
          </w:tcPr>
          <w:p>
            <w:r>
              <w:t>ص</w:t>
            </w:r>
          </w:p>
        </w:tc>
        <w:tc>
          <w:tcPr>
            <w:tcW w:type="dxa" w:w="1728"/>
          </w:tcPr>
          <w:p>
            <w:r>
              <w:t>Mohsen_1_3_4_8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91***97023</w:t>
            </w:r>
          </w:p>
        </w:tc>
        <w:tc>
          <w:tcPr>
            <w:tcW w:type="dxa" w:w="1728"/>
          </w:tcPr>
          <w:p>
            <w:r>
              <w:t>Mshamsi70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Mshamsi70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912*490430</w:t>
            </w:r>
          </w:p>
        </w:tc>
        <w:tc>
          <w:tcPr>
            <w:tcW w:type="dxa" w:w="1728"/>
          </w:tcPr>
          <w:p>
            <w:r>
              <w:t>Soheila Hazrati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937194*02*</w:t>
            </w:r>
          </w:p>
        </w:tc>
        <w:tc>
          <w:tcPr>
            <w:tcW w:type="dxa" w:w="1728"/>
          </w:tcPr>
          <w:p>
            <w:r>
              <w:t>COFINET AVA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cofinetavva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913303*344</w:t>
            </w:r>
          </w:p>
        </w:tc>
        <w:tc>
          <w:tcPr>
            <w:tcW w:type="dxa" w:w="1728"/>
          </w:tcPr>
          <w:p>
            <w:r>
              <w:t>11711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9141*4*324</w:t>
            </w:r>
          </w:p>
        </w:tc>
        <w:tc>
          <w:tcPr>
            <w:tcW w:type="dxa" w:w="1728"/>
          </w:tcPr>
          <w:p>
            <w:r>
              <w:t>dd</w:t>
            </w:r>
          </w:p>
        </w:tc>
        <w:tc>
          <w:tcPr>
            <w:tcW w:type="dxa" w:w="1728"/>
          </w:tcPr>
          <w:p>
            <w:r>
              <w:t>cn</w:t>
            </w:r>
          </w:p>
        </w:tc>
        <w:tc>
          <w:tcPr>
            <w:tcW w:type="dxa" w:w="1728"/>
          </w:tcPr>
          <w:p>
            <w:r>
              <w:t>vadood1349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902919100*</w:t>
            </w:r>
          </w:p>
        </w:tc>
        <w:tc>
          <w:tcPr>
            <w:tcW w:type="dxa" w:w="1728"/>
          </w:tcPr>
          <w:p>
            <w:r>
              <w:t>Saros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saros444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91****03*7</w:t>
            </w:r>
          </w:p>
        </w:tc>
        <w:tc>
          <w:tcPr>
            <w:tcW w:type="dxa" w:w="1728"/>
          </w:tcPr>
          <w:p>
            <w:r>
              <w:t>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Gfdddhhd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912**2*2**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Mpronice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90347320*1</w:t>
            </w:r>
          </w:p>
        </w:tc>
        <w:tc>
          <w:tcPr>
            <w:tcW w:type="dxa" w:w="1728"/>
          </w:tcPr>
          <w:p>
            <w:r>
              <w:t>M a h s 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Mahsa_Offficial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9191271007</w:t>
            </w:r>
          </w:p>
        </w:tc>
        <w:tc>
          <w:tcPr>
            <w:tcW w:type="dxa" w:w="1728"/>
          </w:tcPr>
          <w:p>
            <w:r>
              <w:t>Afshin</w:t>
            </w:r>
          </w:p>
        </w:tc>
        <w:tc>
          <w:tcPr>
            <w:tcW w:type="dxa" w:w="1728"/>
          </w:tcPr>
          <w:p>
            <w:r>
              <w:t>Tofighjoo</w:t>
            </w:r>
          </w:p>
        </w:tc>
        <w:tc>
          <w:tcPr>
            <w:tcW w:type="dxa" w:w="1728"/>
          </w:tcPr>
          <w:p>
            <w:r>
              <w:t>afshintofighjoo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91*302*94*</w:t>
            </w:r>
          </w:p>
        </w:tc>
        <w:tc>
          <w:tcPr>
            <w:tcW w:type="dxa" w:w="1728"/>
          </w:tcPr>
          <w:p>
            <w:r>
              <w:t>samane madarshahian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samane_madarshahian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91223*179*</w:t>
            </w:r>
          </w:p>
        </w:tc>
        <w:tc>
          <w:tcPr>
            <w:tcW w:type="dxa" w:w="1728"/>
          </w:tcPr>
          <w:p>
            <w:r>
              <w:t>Adel</w:t>
            </w:r>
          </w:p>
        </w:tc>
        <w:tc>
          <w:tcPr>
            <w:tcW w:type="dxa" w:w="1728"/>
          </w:tcPr>
          <w:p>
            <w:r>
              <w:t>Moshtaghi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93*4994122</w:t>
            </w:r>
          </w:p>
        </w:tc>
        <w:tc>
          <w:tcPr>
            <w:tcW w:type="dxa" w:w="1728"/>
          </w:tcPr>
          <w:p>
            <w:r>
              <w:t>sepanta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sepanbandari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91*7***79*</w:t>
            </w:r>
          </w:p>
        </w:tc>
        <w:tc>
          <w:tcPr>
            <w:tcW w:type="dxa" w:w="1728"/>
          </w:tcPr>
          <w:p>
            <w:r>
              <w:t>دبیری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dabiri1349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91***9*1*3</w:t>
            </w:r>
          </w:p>
        </w:tc>
        <w:tc>
          <w:tcPr>
            <w:tcW w:type="dxa" w:w="1728"/>
          </w:tcPr>
          <w:p>
            <w:r>
              <w:t>عزیزی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91311094*2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Jam</w:t>
            </w:r>
          </w:p>
        </w:tc>
        <w:tc>
          <w:tcPr>
            <w:tcW w:type="dxa" w:w="1728"/>
          </w:tcPr>
          <w:p>
            <w:r>
              <w:t>Majid_jame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9123*499**</w:t>
            </w:r>
          </w:p>
        </w:tc>
        <w:tc>
          <w:tcPr>
            <w:tcW w:type="dxa" w:w="1728"/>
          </w:tcPr>
          <w:p>
            <w:r>
              <w:t>محمدعلی</w:t>
            </w:r>
          </w:p>
        </w:tc>
        <w:tc>
          <w:tcPr>
            <w:tcW w:type="dxa" w:w="1728"/>
          </w:tcPr>
          <w:p>
            <w:r>
              <w:t>جوادیان</w:t>
            </w:r>
          </w:p>
        </w:tc>
        <w:tc>
          <w:tcPr>
            <w:tcW w:type="dxa" w:w="1728"/>
          </w:tcPr>
          <w:p>
            <w:r>
              <w:t>javadian_MA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91974**1**</w:t>
            </w:r>
          </w:p>
        </w:tc>
        <w:tc>
          <w:tcPr>
            <w:tcW w:type="dxa" w:w="1728"/>
          </w:tcPr>
          <w:p>
            <w:r>
              <w:t>حسام وآرسام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hesam96_b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91070004**</w:t>
            </w:r>
          </w:p>
        </w:tc>
        <w:tc>
          <w:tcPr>
            <w:tcW w:type="dxa" w:w="1728"/>
          </w:tcPr>
          <w:p>
            <w:r>
              <w:t>A l 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AliiAziz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93***7*101</w:t>
            </w:r>
          </w:p>
        </w:tc>
        <w:tc>
          <w:tcPr>
            <w:tcW w:type="dxa" w:w="1728"/>
          </w:tcPr>
          <w:p>
            <w:r>
              <w:t>spring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91310**702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Y</w:t>
            </w:r>
          </w:p>
        </w:tc>
        <w:tc>
          <w:tcPr>
            <w:tcW w:type="dxa" w:w="1728"/>
          </w:tcPr>
          <w:p>
            <w:r>
              <w:t>zoheir_ya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9133134027</w:t>
            </w:r>
          </w:p>
        </w:tc>
        <w:tc>
          <w:tcPr>
            <w:tcW w:type="dxa" w:w="1728"/>
          </w:tcPr>
          <w:p>
            <w:r>
              <w:t>G.h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lg_94_h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912779*021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Dr_ali645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912**944**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>
              <w:t>Hajmirza ali</w:t>
            </w:r>
          </w:p>
        </w:tc>
        <w:tc>
          <w:tcPr>
            <w:tcW w:type="dxa" w:w="1728"/>
          </w:tcPr>
          <w:p>
            <w:r>
              <w:t>Farhadhajmirzaali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937*474**9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Nazzziiil76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93*4312*23</w:t>
            </w:r>
          </w:p>
        </w:tc>
        <w:tc>
          <w:tcPr>
            <w:tcW w:type="dxa" w:w="1728"/>
          </w:tcPr>
          <w:p>
            <w:r>
              <w:t>♚ みﾑ∂ł ♚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hadiii1365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91421*3917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Ghavifekr</w:t>
            </w:r>
          </w:p>
        </w:tc>
        <w:tc>
          <w:tcPr>
            <w:tcW w:type="dxa" w:w="1728"/>
          </w:tcPr>
          <w:p>
            <w:r>
              <w:t>HGhavifekr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912377921*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ara</w:t>
            </w:r>
          </w:p>
        </w:tc>
        <w:tc>
          <w:tcPr>
            <w:tcW w:type="dxa" w:w="1728"/>
          </w:tcPr>
          <w:p>
            <w:r>
              <w:t>Mohammad59ar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91*1*79*7*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khodashenas</w:t>
            </w:r>
          </w:p>
        </w:tc>
        <w:tc>
          <w:tcPr>
            <w:tcW w:type="dxa" w:w="1728"/>
          </w:tcPr>
          <w:p>
            <w:r>
              <w:t>Mrs_khodashenas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9119109419</w:t>
            </w:r>
          </w:p>
        </w:tc>
        <w:tc>
          <w:tcPr>
            <w:tcW w:type="dxa" w:w="1728"/>
          </w:tcPr>
          <w:p>
            <w:r>
              <w:t>taha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Hor_1391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912***40**</w:t>
            </w:r>
          </w:p>
        </w:tc>
        <w:tc>
          <w:tcPr>
            <w:tcW w:type="dxa" w:w="1728"/>
          </w:tcPr>
          <w:p>
            <w:r>
              <w:t>Hessam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hhasaniii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91***3**30</w:t>
            </w:r>
          </w:p>
        </w:tc>
        <w:tc>
          <w:tcPr>
            <w:tcW w:type="dxa" w:w="1728"/>
          </w:tcPr>
          <w:p>
            <w:r>
              <w:t>Ma</w:t>
            </w:r>
          </w:p>
        </w:tc>
        <w:tc>
          <w:tcPr>
            <w:tcW w:type="dxa" w:w="1728"/>
          </w:tcPr>
          <w:p>
            <w:r>
              <w:t>Farahani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93073*1224</w:t>
            </w:r>
          </w:p>
        </w:tc>
        <w:tc>
          <w:tcPr>
            <w:tcW w:type="dxa" w:w="1728"/>
          </w:tcPr>
          <w:p>
            <w:r>
              <w:t>از دی که گذشت هیچ یاد مکن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Koroshmohammadi12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91213*9477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Ghaffari</w:t>
            </w:r>
          </w:p>
        </w:tc>
        <w:tc>
          <w:tcPr>
            <w:tcW w:type="dxa" w:w="1728"/>
          </w:tcPr>
          <w:p>
            <w:r>
              <w:t>Majid_mirghaffari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91407391**</w:t>
            </w:r>
          </w:p>
        </w:tc>
        <w:tc>
          <w:tcPr>
            <w:tcW w:type="dxa" w:w="1728"/>
          </w:tcPr>
          <w:p>
            <w:r>
              <w:t>امیرعلی</w:t>
            </w:r>
          </w:p>
        </w:tc>
        <w:tc>
          <w:tcPr>
            <w:tcW w:type="dxa" w:w="1728"/>
          </w:tcPr>
          <w:p>
            <w:r>
              <w:t>خدابخش زاده</w:t>
            </w:r>
          </w:p>
        </w:tc>
        <w:tc>
          <w:tcPr>
            <w:tcW w:type="dxa" w:w="1728"/>
          </w:tcPr>
          <w:p>
            <w:r>
              <w:t>MMMMMNMMNMM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9197*7*73*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Ehsan_199222222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9123130*43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Dmdbb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912103*191</w:t>
            </w:r>
          </w:p>
        </w:tc>
        <w:tc>
          <w:tcPr>
            <w:tcW w:type="dxa" w:w="1728"/>
          </w:tcPr>
          <w:p>
            <w:r>
              <w:t>Nader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9124420443</w:t>
            </w:r>
          </w:p>
        </w:tc>
        <w:tc>
          <w:tcPr>
            <w:tcW w:type="dxa" w:w="1728"/>
          </w:tcPr>
          <w:p>
            <w:r>
              <w:t>آقایی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93*4349993</w:t>
            </w:r>
          </w:p>
        </w:tc>
        <w:tc>
          <w:tcPr>
            <w:tcW w:type="dxa" w:w="1728"/>
          </w:tcPr>
          <w:p>
            <w:r>
              <w:t>Ali bruk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Ali_bruk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9171033010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Abedini</w:t>
            </w:r>
          </w:p>
        </w:tc>
        <w:tc>
          <w:tcPr>
            <w:tcW w:type="dxa" w:w="1728"/>
          </w:tcPr>
          <w:p>
            <w:r>
              <w:t>reza_abedini1360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914423177*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914***9273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wolfman99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9373**1**9</w:t>
            </w:r>
          </w:p>
        </w:tc>
        <w:tc>
          <w:tcPr>
            <w:tcW w:type="dxa" w:w="1728"/>
          </w:tcPr>
          <w:p>
            <w:r>
              <w:t>MeySam 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Zamani_Meysam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93040***34</w:t>
            </w:r>
          </w:p>
        </w:tc>
        <w:tc>
          <w:tcPr>
            <w:tcW w:type="dxa" w:w="1728"/>
          </w:tcPr>
          <w:p>
            <w:r>
              <w:t>ᴍᴀᴍᴀᴅ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Lordbi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9211*40*70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hamid137ta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93*144*73*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912*94*91*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Se</w:t>
            </w:r>
          </w:p>
        </w:tc>
        <w:tc>
          <w:tcPr>
            <w:tcW w:type="dxa" w:w="1728"/>
          </w:tcPr>
          <w:p>
            <w:r>
              <w:t>ASe888812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913777**07</w:t>
            </w:r>
          </w:p>
        </w:tc>
        <w:tc>
          <w:tcPr>
            <w:tcW w:type="dxa" w:w="1728"/>
          </w:tcPr>
          <w:p>
            <w:r>
              <w:t>S 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msaeed7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91**011*13</w:t>
            </w:r>
          </w:p>
        </w:tc>
        <w:tc>
          <w:tcPr>
            <w:tcW w:type="dxa" w:w="1728"/>
          </w:tcPr>
          <w:p>
            <w:r>
              <w:t>سعید زارعی💐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912*022**7</w:t>
            </w:r>
          </w:p>
        </w:tc>
        <w:tc>
          <w:tcPr>
            <w:tcW w:type="dxa" w:w="1728"/>
          </w:tcPr>
          <w:p>
            <w:r>
              <w:t>SaRaH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sarahd90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9397*291*7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Vahid_shose94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93*2*77724</w:t>
            </w:r>
          </w:p>
        </w:tc>
        <w:tc>
          <w:tcPr>
            <w:tcW w:type="dxa" w:w="1728"/>
          </w:tcPr>
          <w:p>
            <w:r>
              <w:t>✿↝.. ɱσɧąɱɱąđ ..↜✿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Mohammad77724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9397722*30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REZA_ROSH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9121*17*0*</w:t>
            </w:r>
          </w:p>
        </w:tc>
        <w:tc>
          <w:tcPr>
            <w:tcW w:type="dxa" w:w="1728"/>
          </w:tcPr>
          <w:p>
            <w:r>
              <w:t>Sepideh</w:t>
            </w:r>
          </w:p>
        </w:tc>
        <w:tc>
          <w:tcPr>
            <w:tcW w:type="dxa" w:w="1728"/>
          </w:tcPr>
          <w:p>
            <w:r>
              <w:t>Ghonche</w:t>
            </w:r>
          </w:p>
        </w:tc>
        <w:tc>
          <w:tcPr>
            <w:tcW w:type="dxa" w:w="1728"/>
          </w:tcPr>
          <w:p>
            <w:r>
              <w:t>Sepidehghonch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93**1*3***</w:t>
            </w:r>
          </w:p>
        </w:tc>
        <w:tc>
          <w:tcPr>
            <w:tcW w:type="dxa" w:w="1728"/>
          </w:tcPr>
          <w:p>
            <w:r>
              <w:t>t..یکی هست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91231219*9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Ghamari</w:t>
            </w:r>
          </w:p>
        </w:tc>
        <w:tc>
          <w:tcPr>
            <w:tcW w:type="dxa" w:w="1728"/>
          </w:tcPr>
          <w:p>
            <w:r>
              <w:t>aligha20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912*11719*</w:t>
            </w:r>
          </w:p>
        </w:tc>
        <w:tc>
          <w:tcPr>
            <w:tcW w:type="dxa" w:w="1728"/>
          </w:tcPr>
          <w:p>
            <w:r>
              <w:t>Homa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hm_nsr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91330*401*</w:t>
            </w:r>
          </w:p>
        </w:tc>
        <w:tc>
          <w:tcPr>
            <w:tcW w:type="dxa" w:w="1728"/>
          </w:tcPr>
          <w:p>
            <w:r>
              <w:t>mohamad.tesla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9303*92922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Shirazi🦴</w:t>
            </w:r>
          </w:p>
        </w:tc>
        <w:tc>
          <w:tcPr>
            <w:tcW w:type="dxa" w:w="1728"/>
          </w:tcPr>
          <w:p>
            <w:r>
              <w:t>Hasanshira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91233*3743</w:t>
            </w:r>
          </w:p>
        </w:tc>
        <w:tc>
          <w:tcPr>
            <w:tcW w:type="dxa" w:w="1728"/>
          </w:tcPr>
          <w:p>
            <w:r>
              <w:t>Seyed Reza</w:t>
            </w:r>
          </w:p>
        </w:tc>
        <w:tc>
          <w:tcPr>
            <w:tcW w:type="dxa" w:w="1728"/>
          </w:tcPr>
          <w:p>
            <w:r>
              <w:t>Mirshafiei</w:t>
            </w:r>
          </w:p>
        </w:tc>
        <w:tc>
          <w:tcPr>
            <w:tcW w:type="dxa" w:w="1728"/>
          </w:tcPr>
          <w:p>
            <w:r>
              <w:t>Sgrm1352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912*13143*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Mir</w:t>
            </w:r>
          </w:p>
        </w:tc>
        <w:tc>
          <w:tcPr>
            <w:tcW w:type="dxa" w:w="1728"/>
          </w:tcPr>
          <w:p>
            <w:r>
              <w:t>MhmdMirrfn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91393*1214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Babaey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91*91**3**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saberi57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933**49300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chchch9300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91**0*9*0*</w:t>
            </w:r>
          </w:p>
        </w:tc>
        <w:tc>
          <w:tcPr>
            <w:tcW w:type="dxa" w:w="1728"/>
          </w:tcPr>
          <w:p>
            <w:r>
              <w:t>Eslahat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Eslahaat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912*901229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vafaeiyan</w:t>
            </w:r>
          </w:p>
        </w:tc>
        <w:tc>
          <w:tcPr>
            <w:tcW w:type="dxa" w:w="1728"/>
          </w:tcPr>
          <w:p>
            <w:r>
              <w:t>rezavafaeiyan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9374707237</w:t>
            </w:r>
          </w:p>
        </w:tc>
        <w:tc>
          <w:tcPr>
            <w:tcW w:type="dxa" w:w="1728"/>
          </w:tcPr>
          <w:p>
            <w:r>
              <w:t>Mr 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ali_7659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93*0****7*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913*749*19</w:t>
            </w:r>
          </w:p>
        </w:tc>
        <w:tc>
          <w:tcPr>
            <w:tcW w:type="dxa" w:w="1728"/>
          </w:tcPr>
          <w:p>
            <w:r>
              <w:t>نارین</w:t>
            </w:r>
          </w:p>
        </w:tc>
        <w:tc>
          <w:tcPr>
            <w:tcW w:type="dxa" w:w="1728"/>
          </w:tcPr>
          <w:p>
            <w:r>
              <w:t>پلیمر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9300*27232</w:t>
            </w:r>
          </w:p>
        </w:tc>
        <w:tc>
          <w:tcPr>
            <w:tcW w:type="dxa" w:w="1728"/>
          </w:tcPr>
          <w:p>
            <w:r>
              <w:t>Mohammd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91*1313191</w:t>
            </w:r>
          </w:p>
        </w:tc>
        <w:tc>
          <w:tcPr>
            <w:tcW w:type="dxa" w:w="1728"/>
          </w:tcPr>
          <w:p>
            <w:r>
              <w:t>Kambiz</w:t>
            </w:r>
          </w:p>
        </w:tc>
        <w:tc>
          <w:tcPr>
            <w:tcW w:type="dxa" w:w="1728"/>
          </w:tcPr>
          <w:p>
            <w:r>
              <w:t>Salimi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  <w:tr>
        <w:tc>
          <w:tcPr>
            <w:tcW w:type="dxa" w:w="1728"/>
          </w:tcPr>
          <w:p>
            <w:r>
              <w:t>9112**327*</w:t>
            </w:r>
          </w:p>
        </w:tc>
        <w:tc>
          <w:tcPr>
            <w:tcW w:type="dxa" w:w="1728"/>
          </w:tcPr>
          <w:p>
            <w:r>
              <w:t>Ali011💎🐼🦉🐰🐈‍⬛️🥠🙉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Parham0151</w:t>
            </w:r>
          </w:p>
        </w:tc>
        <w:tc>
          <w:tcPr>
            <w:tcW w:type="dxa" w:w="1728"/>
          </w:tcPr>
          <w:p>
            <w:r>
              <w:t>بورس وایزر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بورس وایزر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