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بورس آب شور ( آبزيان و تجهيزات 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بورس آب شور ( آبزيان و تجهيزات 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91234003*7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mortzabarekat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9197923412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saeedsharifi72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912177*93*</w:t>
            </w:r>
          </w:p>
        </w:tc>
        <w:tc>
          <w:tcPr>
            <w:tcW w:type="dxa" w:w="1728"/>
          </w:tcPr>
          <w:p>
            <w:r>
              <w:t>🎓⚙reza⚙🎓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reza23642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9112100407</w:t>
            </w:r>
          </w:p>
        </w:tc>
        <w:tc>
          <w:tcPr>
            <w:tcW w:type="dxa" w:w="1728"/>
          </w:tcPr>
          <w:p>
            <w:r>
              <w:t>Sina Oᴘ.₁₂ Nᴏ.₃₀ 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Chopin1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93*9*27040</w:t>
            </w:r>
          </w:p>
        </w:tc>
        <w:tc>
          <w:tcPr>
            <w:tcW w:type="dxa" w:w="1728"/>
          </w:tcPr>
          <w:p>
            <w:r>
              <w:t>King</w:t>
            </w:r>
          </w:p>
        </w:tc>
        <w:tc>
          <w:tcPr>
            <w:tcW w:type="dxa" w:w="1728"/>
          </w:tcPr>
          <w:p>
            <w:r>
              <w:t>Kingi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93977003*4</w:t>
            </w:r>
          </w:p>
        </w:tc>
        <w:tc>
          <w:tcPr>
            <w:tcW w:type="dxa" w:w="1728"/>
          </w:tcPr>
          <w:p>
            <w:r>
              <w:t>Shahab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shahab5310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912*22032*</w:t>
            </w:r>
          </w:p>
        </w:tc>
        <w:tc>
          <w:tcPr>
            <w:tcW w:type="dxa" w:w="1728"/>
          </w:tcPr>
          <w:p>
            <w:r>
              <w:t>Amir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amirhosein139177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914447*092</w:t>
            </w:r>
          </w:p>
        </w:tc>
        <w:tc>
          <w:tcPr>
            <w:tcW w:type="dxa" w:w="1728"/>
          </w:tcPr>
          <w:p>
            <w:r>
              <w:t>M@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Mojtabanajmi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9027*11141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9374041414</w:t>
            </w:r>
          </w:p>
        </w:tc>
        <w:tc>
          <w:tcPr>
            <w:tcW w:type="dxa" w:w="1728"/>
          </w:tcPr>
          <w:p>
            <w:r>
              <w:t>تـــوفـــیـــق اســـدی راشـــدیـــ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Susheant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91491*1324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Peyman_sheykholeslami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91921**10*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سهراب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9224*429*3</w:t>
            </w:r>
          </w:p>
        </w:tc>
        <w:tc>
          <w:tcPr>
            <w:tcW w:type="dxa" w:w="1728"/>
          </w:tcPr>
          <w:p>
            <w:r>
              <w:t>©®@®©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ABIO1865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93**4**37*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91431*7207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Torabian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93*122443*</w:t>
            </w:r>
          </w:p>
        </w:tc>
        <w:tc>
          <w:tcPr>
            <w:tcW w:type="dxa" w:w="1728"/>
          </w:tcPr>
          <w:p>
            <w:r>
              <w:t>m.amin</w:t>
            </w:r>
          </w:p>
        </w:tc>
        <w:tc>
          <w:tcPr>
            <w:tcW w:type="dxa" w:w="1728"/>
          </w:tcPr>
          <w:p>
            <w:r>
              <w:t>m.amin</w:t>
            </w:r>
          </w:p>
        </w:tc>
        <w:tc>
          <w:tcPr>
            <w:tcW w:type="dxa" w:w="1728"/>
          </w:tcPr>
          <w:p>
            <w:r>
              <w:t>mddm2019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93**43*34*</w:t>
            </w:r>
          </w:p>
        </w:tc>
        <w:tc>
          <w:tcPr>
            <w:tcW w:type="dxa" w:w="1728"/>
          </w:tcPr>
          <w:p>
            <w:r>
              <w:t>SacriFice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Scfiii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91293*0910</w:t>
            </w:r>
          </w:p>
        </w:tc>
        <w:tc>
          <w:tcPr>
            <w:tcW w:type="dxa" w:w="1728"/>
          </w:tcPr>
          <w:p>
            <w:r>
              <w:t>Ali _n35</w:t>
            </w:r>
          </w:p>
        </w:tc>
        <w:tc>
          <w:tcPr>
            <w:tcW w:type="dxa" w:w="1728"/>
          </w:tcPr>
          <w:p>
            <w:r>
              <w:t>Key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9197777712</w:t>
            </w:r>
          </w:p>
        </w:tc>
        <w:tc>
          <w:tcPr>
            <w:tcW w:type="dxa" w:w="1728"/>
          </w:tcPr>
          <w:p>
            <w:r>
              <w:t>𝓜𝓪𝓼𝓸𝓸𝓭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Mai09864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9122*099**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Ahmadreza19907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912203**4*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salar_e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9012*3*909</w:t>
            </w:r>
          </w:p>
        </w:tc>
        <w:tc>
          <w:tcPr>
            <w:tcW w:type="dxa" w:w="1728"/>
          </w:tcPr>
          <w:p>
            <w:r>
              <w:t>Live fish food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Gaharzistfanavar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93*14213*0</w:t>
            </w:r>
          </w:p>
        </w:tc>
        <w:tc>
          <w:tcPr>
            <w:tcW w:type="dxa" w:w="1728"/>
          </w:tcPr>
          <w:p>
            <w:r>
              <w:t>Meti🏍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90143*1**1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912092*9**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91*371*0*2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Hami_Abd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9123340**1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ali_1234554321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919**070*2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Saltwaterprofessionalinformation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9309*1**09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aidinam93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901*943*22</w:t>
            </w:r>
          </w:p>
        </w:tc>
        <w:tc>
          <w:tcPr>
            <w:tcW w:type="dxa" w:w="1728"/>
          </w:tcPr>
          <w:p>
            <w:r>
              <w:t>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hey28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91**094340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شمس نیا</w:t>
            </w:r>
          </w:p>
        </w:tc>
        <w:tc>
          <w:tcPr>
            <w:tcW w:type="dxa" w:w="1728"/>
          </w:tcPr>
          <w:p>
            <w:r>
              <w:t>Hamed_shamsnia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91*2*4**0*</w:t>
            </w:r>
          </w:p>
        </w:tc>
        <w:tc>
          <w:tcPr>
            <w:tcW w:type="dxa" w:w="1728"/>
          </w:tcPr>
          <w:p>
            <w:r>
              <w:t>civil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9123*****7</w:t>
            </w:r>
          </w:p>
        </w:tc>
        <w:tc>
          <w:tcPr>
            <w:tcW w:type="dxa" w:w="1728"/>
          </w:tcPr>
          <w:p>
            <w:r>
              <w:t>Pooyesh</w:t>
            </w:r>
          </w:p>
        </w:tc>
        <w:tc>
          <w:tcPr>
            <w:tcW w:type="dxa" w:w="1728"/>
          </w:tcPr>
          <w:p>
            <w:r>
              <w:t>Sartipi</w:t>
            </w:r>
          </w:p>
        </w:tc>
        <w:tc>
          <w:tcPr>
            <w:tcW w:type="dxa" w:w="1728"/>
          </w:tcPr>
          <w:p>
            <w:r>
              <w:t>Pooyesh_S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91319*1*14</w:t>
            </w:r>
          </w:p>
        </w:tc>
        <w:tc>
          <w:tcPr>
            <w:tcW w:type="dxa" w:w="1728"/>
          </w:tcPr>
          <w:p>
            <w:r>
              <w:t>Moh3en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Metaverse_earth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93*7*19103</w:t>
            </w:r>
          </w:p>
        </w:tc>
        <w:tc>
          <w:tcPr>
            <w:tcW w:type="dxa" w:w="1728"/>
          </w:tcPr>
          <w:p>
            <w:r>
              <w:t>M.h</w:t>
            </w:r>
          </w:p>
        </w:tc>
        <w:tc>
          <w:tcPr>
            <w:tcW w:type="dxa" w:w="1728"/>
          </w:tcPr>
          <w:p>
            <w:r>
              <w:t>Yaghoubi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91*441*272</w:t>
            </w:r>
          </w:p>
        </w:tc>
        <w:tc>
          <w:tcPr>
            <w:tcW w:type="dxa" w:w="1728"/>
          </w:tcPr>
          <w:p>
            <w:r>
              <w:t>🎶👑امیـ؁ـই۝๛ــر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Amirr724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902440*2**</w:t>
            </w:r>
          </w:p>
        </w:tc>
        <w:tc>
          <w:tcPr>
            <w:tcW w:type="dxa" w:w="1728"/>
          </w:tcPr>
          <w:p>
            <w:r>
              <w:t>با یاد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91203*91**</w:t>
            </w:r>
          </w:p>
        </w:tc>
        <w:tc>
          <w:tcPr>
            <w:tcW w:type="dxa" w:w="1728"/>
          </w:tcPr>
          <w:p>
            <w:r>
              <w:t>A.l</w:t>
            </w:r>
          </w:p>
        </w:tc>
        <w:tc>
          <w:tcPr>
            <w:tcW w:type="dxa" w:w="1728"/>
          </w:tcPr>
          <w:p>
            <w:r>
              <w:t>A.e</w:t>
            </w:r>
          </w:p>
        </w:tc>
        <w:tc>
          <w:tcPr>
            <w:tcW w:type="dxa" w:w="1728"/>
          </w:tcPr>
          <w:p>
            <w:r>
              <w:t>Ape123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933*9109*4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Shamin_2017_bahari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9032344331</w:t>
            </w:r>
          </w:p>
        </w:tc>
        <w:tc>
          <w:tcPr>
            <w:tcW w:type="dxa" w:w="1728"/>
          </w:tcPr>
          <w:p>
            <w:r>
              <w:t>Only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Mehdadaskari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9139934*43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MA85555555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92107*1*7*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Darbandi</w:t>
            </w:r>
          </w:p>
        </w:tc>
        <w:tc>
          <w:tcPr>
            <w:tcW w:type="dxa" w:w="1728"/>
          </w:tcPr>
          <w:p>
            <w:r>
              <w:t>coral_reefs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93*4*40441</w:t>
            </w:r>
          </w:p>
        </w:tc>
        <w:tc>
          <w:tcPr>
            <w:tcW w:type="dxa" w:w="1728"/>
          </w:tcPr>
          <w:p>
            <w:r>
              <w:t>نواب وطن خواه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navabvatankhah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91*9*773*3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912*939*47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Wanted</w:t>
            </w:r>
          </w:p>
        </w:tc>
        <w:tc>
          <w:tcPr>
            <w:tcW w:type="dxa" w:w="1728"/>
          </w:tcPr>
          <w:p>
            <w:r>
              <w:t>MrWanted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93*7*17334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AmirAliMousavi83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912439914*</w:t>
            </w:r>
          </w:p>
        </w:tc>
        <w:tc>
          <w:tcPr>
            <w:tcW w:type="dxa" w:w="1728"/>
          </w:tcPr>
          <w:p>
            <w:r>
              <w:t>vahedi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Xxmehdixx32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9032*001*3</w:t>
            </w:r>
          </w:p>
        </w:tc>
        <w:tc>
          <w:tcPr>
            <w:tcW w:type="dxa" w:w="1728"/>
          </w:tcPr>
          <w:p>
            <w:r>
              <w:t>,,,,,</w:t>
            </w:r>
          </w:p>
        </w:tc>
        <w:tc>
          <w:tcPr>
            <w:tcW w:type="dxa" w:w="1728"/>
          </w:tcPr>
          <w:p>
            <w:r>
              <w:t>….</w:t>
            </w:r>
          </w:p>
        </w:tc>
        <w:tc>
          <w:tcPr>
            <w:tcW w:type="dxa" w:w="1728"/>
          </w:tcPr>
          <w:p>
            <w:r>
              <w:t>theworld3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93*431*3**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Per82cu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93**1200**</w:t>
            </w:r>
          </w:p>
        </w:tc>
        <w:tc>
          <w:tcPr>
            <w:tcW w:type="dxa" w:w="1728"/>
          </w:tcPr>
          <w:p>
            <w:r>
              <w:t>Tiyam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mehdi_tiyam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9122*7*99*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مهنانی</w:t>
            </w:r>
          </w:p>
        </w:tc>
        <w:tc>
          <w:tcPr>
            <w:tcW w:type="dxa" w:w="1728"/>
          </w:tcPr>
          <w:p>
            <w:r>
              <w:t>jafarmahnani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93***94471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RedSea_boy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91392374*4</w:t>
            </w:r>
          </w:p>
        </w:tc>
        <w:tc>
          <w:tcPr>
            <w:tcW w:type="dxa" w:w="1728"/>
          </w:tcPr>
          <w:p>
            <w:r>
              <w:t>🎭MR&amp;</w:t>
            </w:r>
          </w:p>
        </w:tc>
        <w:tc>
          <w:tcPr>
            <w:tcW w:type="dxa" w:w="1728"/>
          </w:tcPr>
          <w:p>
            <w:r>
              <w:t>MM🎭</w:t>
            </w:r>
          </w:p>
        </w:tc>
        <w:tc>
          <w:tcPr>
            <w:tcW w:type="dxa" w:w="1728"/>
          </w:tcPr>
          <w:p>
            <w:r>
              <w:t>mahour597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912*2307*4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Anvari</w:t>
            </w:r>
          </w:p>
        </w:tc>
        <w:tc>
          <w:tcPr>
            <w:tcW w:type="dxa" w:w="1728"/>
          </w:tcPr>
          <w:p>
            <w:r>
              <w:t>Hamid7878789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9901901402</w:t>
            </w:r>
          </w:p>
        </w:tc>
        <w:tc>
          <w:tcPr>
            <w:tcW w:type="dxa" w:w="1728"/>
          </w:tcPr>
          <w:p>
            <w:r>
              <w:t>👾bh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Cazablanka1975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912*3**002</w:t>
            </w:r>
          </w:p>
        </w:tc>
        <w:tc>
          <w:tcPr>
            <w:tcW w:type="dxa" w:w="1728"/>
          </w:tcPr>
          <w:p>
            <w:r>
              <w:t>ایمان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91411*04*1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mozaffari</w:t>
            </w:r>
          </w:p>
        </w:tc>
        <w:tc>
          <w:tcPr>
            <w:tcW w:type="dxa" w:w="1728"/>
          </w:tcPr>
          <w:p>
            <w:r>
              <w:t>Sorenelectronic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93*3134444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91202*1207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BlueseaSupport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913*2*041*</w:t>
            </w:r>
          </w:p>
        </w:tc>
        <w:tc>
          <w:tcPr>
            <w:tcW w:type="dxa" w:w="1728"/>
          </w:tcPr>
          <w:p>
            <w:r>
              <w:t>Soroosh</w:t>
            </w:r>
          </w:p>
        </w:tc>
        <w:tc>
          <w:tcPr>
            <w:tcW w:type="dxa" w:w="1728"/>
          </w:tcPr>
          <w:p>
            <w:r>
              <w:t>Frt</w:t>
            </w:r>
          </w:p>
        </w:tc>
        <w:tc>
          <w:tcPr>
            <w:tcW w:type="dxa" w:w="1728"/>
          </w:tcPr>
          <w:p>
            <w:r>
              <w:t>Sirfreak4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9121*30*32</w:t>
            </w:r>
          </w:p>
        </w:tc>
        <w:tc>
          <w:tcPr>
            <w:tcW w:type="dxa" w:w="1728"/>
          </w:tcPr>
          <w:p>
            <w:r>
              <w:t>Seied mostafa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>
              <w:t>Hseied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91771371*7</w:t>
            </w:r>
          </w:p>
        </w:tc>
        <w:tc>
          <w:tcPr>
            <w:tcW w:type="dxa" w:w="1728"/>
          </w:tcPr>
          <w:p>
            <w:r>
              <w:t>Saeed.h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Saeed_hassanpour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91*4414*39</w:t>
            </w:r>
          </w:p>
        </w:tc>
        <w:tc>
          <w:tcPr>
            <w:tcW w:type="dxa" w:w="1728"/>
          </w:tcPr>
          <w:p>
            <w:r>
              <w:t>دانش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9120212104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Yavari</w:t>
            </w:r>
          </w:p>
        </w:tc>
        <w:tc>
          <w:tcPr>
            <w:tcW w:type="dxa" w:w="1728"/>
          </w:tcPr>
          <w:p>
            <w:r>
              <w:t>Alireza_Yavari6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9124*1*4*7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didary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93**93**9*</w:t>
            </w:r>
          </w:p>
        </w:tc>
        <w:tc>
          <w:tcPr>
            <w:tcW w:type="dxa" w:w="1728"/>
          </w:tcPr>
          <w:p>
            <w:r>
              <w:t>dj</w:t>
            </w:r>
          </w:p>
        </w:tc>
        <w:tc>
          <w:tcPr>
            <w:tcW w:type="dxa" w:w="1728"/>
          </w:tcPr>
          <w:p>
            <w:r>
              <w:t>samike</w:t>
            </w:r>
          </w:p>
        </w:tc>
        <w:tc>
          <w:tcPr>
            <w:tcW w:type="dxa" w:w="1728"/>
          </w:tcPr>
          <w:p>
            <w:r>
              <w:t>sAmike68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9129372790</w:t>
            </w:r>
          </w:p>
        </w:tc>
        <w:tc>
          <w:tcPr>
            <w:tcW w:type="dxa" w:w="1728"/>
          </w:tcPr>
          <w:p>
            <w:r>
              <w:t>cna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Cna_mhq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9123407329</w:t>
            </w:r>
          </w:p>
        </w:tc>
        <w:tc>
          <w:tcPr>
            <w:tcW w:type="dxa" w:w="1728"/>
          </w:tcPr>
          <w:p>
            <w:r>
              <w:t>Mohammad.D.M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Orestis2030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93*0*200*1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Polaris_north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91233**71*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l2eza01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91**37*0**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90144**1*1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Mi6161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93*32309*0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9177727***</w:t>
            </w:r>
          </w:p>
        </w:tc>
        <w:tc>
          <w:tcPr>
            <w:tcW w:type="dxa" w:w="1728"/>
          </w:tcPr>
          <w:p>
            <w:r>
              <w:t>M.REZA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reza_5799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9121*22722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Smardaani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93*3399043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939331113*</w:t>
            </w:r>
          </w:p>
        </w:tc>
        <w:tc>
          <w:tcPr>
            <w:tcW w:type="dxa" w:w="1728"/>
          </w:tcPr>
          <w:p>
            <w:r>
              <w:t>@FSHIN Binam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afshinbeydaqhi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9300*77**0</w:t>
            </w:r>
          </w:p>
        </w:tc>
        <w:tc>
          <w:tcPr>
            <w:tcW w:type="dxa" w:w="1728"/>
          </w:tcPr>
          <w:p>
            <w:r>
              <w:t>Naghib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naghib1995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9391301371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aminrad959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  <w:tr>
        <w:tc>
          <w:tcPr>
            <w:tcW w:type="dxa" w:w="1728"/>
          </w:tcPr>
          <w:p>
            <w:r>
              <w:t>93*1001*44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Ronin_72</w:t>
            </w:r>
          </w:p>
        </w:tc>
        <w:tc>
          <w:tcPr>
            <w:tcW w:type="dxa" w:w="1728"/>
          </w:tcPr>
          <w:p>
            <w:r>
              <w:t>بورس آب شور ( آبزيان و تجهيزات 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بورس آب شور ( آبزيان و تجهيزات 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