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بزرگترین بازار لوازم خانگی میاندوآب ،مهاباد،بوکان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بزرگترین بازار لوازم خانگی میاندوآب ،مهاباد،بوکان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937*013330</w:t>
            </w:r>
          </w:p>
        </w:tc>
        <w:tc>
          <w:tcPr>
            <w:tcW w:type="dxa" w:w="1728"/>
          </w:tcPr>
          <w:p>
            <w:r>
              <w:t>Ayshan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Ayshannafasam</w:t>
            </w:r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9221*23*97</w:t>
            </w:r>
          </w:p>
        </w:tc>
        <w:tc>
          <w:tcPr>
            <w:tcW w:type="dxa" w:w="1728"/>
          </w:tcPr>
          <w:p>
            <w:r>
              <w:t>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914*1033*2</w:t>
            </w:r>
          </w:p>
        </w:tc>
        <w:tc>
          <w:tcPr>
            <w:tcW w:type="dxa" w:w="1728"/>
          </w:tcPr>
          <w:p>
            <w:r>
              <w:t>الیار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93*0*9*4**</w:t>
            </w:r>
          </w:p>
        </w:tc>
        <w:tc>
          <w:tcPr>
            <w:tcW w:type="dxa" w:w="1728"/>
          </w:tcPr>
          <w:p>
            <w:r>
              <w:t>.....?.....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9141*3324*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93**49*3*3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93*127*2*1</w:t>
            </w:r>
          </w:p>
        </w:tc>
        <w:tc>
          <w:tcPr>
            <w:tcW w:type="dxa" w:w="1728"/>
          </w:tcPr>
          <w:p>
            <w:r>
              <w:t>بهار</w:t>
            </w:r>
          </w:p>
        </w:tc>
        <w:tc>
          <w:tcPr>
            <w:tcW w:type="dxa" w:w="1728"/>
          </w:tcPr>
          <w:p>
            <w:r>
              <w:t>ف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912**740**</w:t>
            </w:r>
          </w:p>
        </w:tc>
        <w:tc>
          <w:tcPr>
            <w:tcW w:type="dxa" w:w="1728"/>
          </w:tcPr>
          <w:p>
            <w:r>
              <w:t>سیمین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914*1*2170</w:t>
            </w:r>
          </w:p>
        </w:tc>
        <w:tc>
          <w:tcPr>
            <w:tcW w:type="dxa" w:w="1728"/>
          </w:tcPr>
          <w:p>
            <w:r>
              <w:t>E...</w:t>
            </w:r>
          </w:p>
        </w:tc>
        <w:tc>
          <w:tcPr>
            <w:tcW w:type="dxa" w:w="1728"/>
          </w:tcPr>
          <w:p>
            <w:r>
              <w:t>K....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914*19441*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93***49*4*</w:t>
            </w:r>
          </w:p>
        </w:tc>
        <w:tc>
          <w:tcPr>
            <w:tcW w:type="dxa" w:w="1728"/>
          </w:tcPr>
          <w:p>
            <w:r>
              <w:t>A 6روز مانده به تولد ام دوستانابف</w:t>
            </w:r>
          </w:p>
        </w:tc>
        <w:tc>
          <w:tcPr>
            <w:tcW w:type="dxa" w:w="1728"/>
          </w:tcPr>
          <w:p>
            <w:r>
              <w:t>Aغغ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93*2*4*4*2</w:t>
            </w:r>
          </w:p>
        </w:tc>
        <w:tc>
          <w:tcPr>
            <w:tcW w:type="dxa" w:w="1728"/>
          </w:tcPr>
          <w:p>
            <w:r>
              <w:t>F 👯‍♀️ 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9149*04772</w:t>
            </w:r>
          </w:p>
        </w:tc>
        <w:tc>
          <w:tcPr>
            <w:tcW w:type="dxa" w:w="1728"/>
          </w:tcPr>
          <w:p>
            <w:r>
              <w:t>B.</w:t>
            </w:r>
          </w:p>
        </w:tc>
        <w:tc>
          <w:tcPr>
            <w:tcW w:type="dxa" w:w="1728"/>
          </w:tcPr>
          <w:p>
            <w:r>
              <w:t>N</w:t>
            </w:r>
          </w:p>
        </w:tc>
        <w:tc>
          <w:tcPr>
            <w:tcW w:type="dxa" w:w="1728"/>
          </w:tcPr>
          <w:p>
            <w:r>
              <w:t>B2029</w:t>
            </w:r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93**773*30</w:t>
            </w:r>
          </w:p>
        </w:tc>
        <w:tc>
          <w:tcPr>
            <w:tcW w:type="dxa" w:w="1728"/>
          </w:tcPr>
          <w:p>
            <w:r>
              <w:t>م</w:t>
            </w:r>
          </w:p>
        </w:tc>
        <w:tc>
          <w:tcPr>
            <w:tcW w:type="dxa" w:w="1728"/>
          </w:tcPr>
          <w:p>
            <w:r>
              <w:t>ف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93*3212490</w:t>
            </w:r>
          </w:p>
        </w:tc>
        <w:tc>
          <w:tcPr>
            <w:tcW w:type="dxa" w:w="1728"/>
          </w:tcPr>
          <w:p>
            <w:r>
              <w:t>سهند</w:t>
            </w:r>
          </w:p>
        </w:tc>
        <w:tc>
          <w:tcPr>
            <w:tcW w:type="dxa" w:w="1728"/>
          </w:tcPr>
          <w:p>
            <w:r>
              <w:t>2</w:t>
            </w:r>
          </w:p>
        </w:tc>
        <w:tc>
          <w:tcPr>
            <w:tcW w:type="dxa" w:w="1728"/>
          </w:tcPr>
          <w:p>
            <w:r>
              <w:t>S14za</w:t>
            </w:r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91*97*0421</w:t>
            </w:r>
          </w:p>
        </w:tc>
        <w:tc>
          <w:tcPr>
            <w:tcW w:type="dxa" w:w="1728"/>
          </w:tcPr>
          <w:p>
            <w:r>
              <w:t>سبحان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93*1973717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Heidary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9037*0**7*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بی همتا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930*427110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Californi</w:t>
            </w:r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902*134919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9014*2*379</w:t>
            </w:r>
          </w:p>
        </w:tc>
        <w:tc>
          <w:tcPr>
            <w:tcW w:type="dxa" w:w="1728"/>
          </w:tcPr>
          <w:p>
            <w:r>
              <w:t>ارزو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93*31*004*</w:t>
            </w:r>
          </w:p>
        </w:tc>
        <w:tc>
          <w:tcPr>
            <w:tcW w:type="dxa" w:w="1728"/>
          </w:tcPr>
          <w:p>
            <w:r>
              <w:t>hesammmm???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hesaam_mm</w:t>
            </w:r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93*4*73*09</w:t>
            </w:r>
          </w:p>
        </w:tc>
        <w:tc>
          <w:tcPr>
            <w:tcW w:type="dxa" w:w="1728"/>
          </w:tcPr>
          <w:p>
            <w:r>
              <w:t>امیرعلی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937212*233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9141*37190</w:t>
            </w:r>
          </w:p>
        </w:tc>
        <w:tc>
          <w:tcPr>
            <w:tcW w:type="dxa" w:w="1728"/>
          </w:tcPr>
          <w:p>
            <w:r>
              <w:t>LG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91*9*4473*</w:t>
            </w:r>
          </w:p>
        </w:tc>
        <w:tc>
          <w:tcPr>
            <w:tcW w:type="dxa" w:w="1728"/>
          </w:tcPr>
          <w:p>
            <w:r>
              <w:t>zanyar</w:t>
            </w:r>
          </w:p>
        </w:tc>
        <w:tc>
          <w:tcPr>
            <w:tcW w:type="dxa" w:w="1728"/>
          </w:tcPr>
          <w:p>
            <w:r>
              <w:t>shisha</w:t>
            </w:r>
          </w:p>
        </w:tc>
        <w:tc>
          <w:tcPr>
            <w:tcW w:type="dxa" w:w="1728"/>
          </w:tcPr>
          <w:p>
            <w:r>
              <w:t>LEDpanelrepyer09189844736</w:t>
            </w:r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93*0714*04</w:t>
            </w:r>
          </w:p>
        </w:tc>
        <w:tc>
          <w:tcPr>
            <w:tcW w:type="dxa" w:w="1728"/>
          </w:tcPr>
          <w:p>
            <w:r>
              <w:t>ثمین</w:t>
            </w:r>
          </w:p>
        </w:tc>
        <w:tc>
          <w:tcPr>
            <w:tcW w:type="dxa" w:w="1728"/>
          </w:tcPr>
          <w:p>
            <w:r>
              <w:t>ثمین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93*3*32*10</w:t>
            </w:r>
          </w:p>
        </w:tc>
        <w:tc>
          <w:tcPr>
            <w:tcW w:type="dxa" w:w="1728"/>
          </w:tcPr>
          <w:p>
            <w:r>
              <w:t>Hayede</w:t>
            </w:r>
          </w:p>
        </w:tc>
        <w:tc>
          <w:tcPr>
            <w:tcW w:type="dxa" w:w="1728"/>
          </w:tcPr>
          <w:p>
            <w:r>
              <w:t>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9337**94**</w:t>
            </w:r>
          </w:p>
        </w:tc>
        <w:tc>
          <w:tcPr>
            <w:tcW w:type="dxa" w:w="1728"/>
          </w:tcPr>
          <w:p>
            <w:r>
              <w:t>▆▇█▓▒░(✿◠‿◠♥)ݦاکؤچیکاخداݦؤڽ ٮّزڔڳــﮩ (♥◠‿◠✿)▆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Breeze_75</w:t>
            </w:r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9372**3**9</w:t>
            </w:r>
          </w:p>
        </w:tc>
        <w:tc>
          <w:tcPr>
            <w:tcW w:type="dxa" w:w="1728"/>
          </w:tcPr>
          <w:p>
            <w:r>
              <w:t>فریده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Mehdi77000u</w:t>
            </w:r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930*414***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99009947*9</w:t>
            </w:r>
          </w:p>
        </w:tc>
        <w:tc>
          <w:tcPr>
            <w:tcW w:type="dxa" w:w="1728"/>
          </w:tcPr>
          <w:p>
            <w:r>
              <w:t>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yasin0852</w:t>
            </w:r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914*030027</w:t>
            </w:r>
          </w:p>
        </w:tc>
        <w:tc>
          <w:tcPr>
            <w:tcW w:type="dxa" w:w="1728"/>
          </w:tcPr>
          <w:p>
            <w:r>
              <w:t>رها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93*4194***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93*4244***</w:t>
            </w:r>
          </w:p>
        </w:tc>
        <w:tc>
          <w:tcPr>
            <w:tcW w:type="dxa" w:w="1728"/>
          </w:tcPr>
          <w:p>
            <w:r>
              <w:t>♤‌‌‌‌‌‌‌‌‌‌ ‌%%?: .♡.♡.♡. :?%% ♤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991*41422*</w:t>
            </w:r>
          </w:p>
        </w:tc>
        <w:tc>
          <w:tcPr>
            <w:tcW w:type="dxa" w:w="1728"/>
          </w:tcPr>
          <w:p>
            <w:r>
              <w:t>توران</w:t>
            </w:r>
          </w:p>
        </w:tc>
        <w:tc>
          <w:tcPr>
            <w:tcW w:type="dxa" w:w="1728"/>
          </w:tcPr>
          <w:p>
            <w:r>
              <w:t>سیاوشی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9034743*47</w:t>
            </w:r>
          </w:p>
        </w:tc>
        <w:tc>
          <w:tcPr>
            <w:tcW w:type="dxa" w:w="1728"/>
          </w:tcPr>
          <w:p>
            <w:r>
              <w:t>علیرضا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alireza_kalantariii</w:t>
            </w:r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9149*20309</w:t>
            </w:r>
          </w:p>
        </w:tc>
        <w:tc>
          <w:tcPr>
            <w:tcW w:type="dxa" w:w="1728"/>
          </w:tcPr>
          <w:p>
            <w:r>
              <w:t>یدالله</w:t>
            </w:r>
          </w:p>
        </w:tc>
        <w:tc>
          <w:tcPr>
            <w:tcW w:type="dxa" w:w="1728"/>
          </w:tcPr>
          <w:p>
            <w:r>
              <w:t>حسن زاده</w:t>
            </w:r>
          </w:p>
        </w:tc>
        <w:tc>
          <w:tcPr>
            <w:tcW w:type="dxa" w:w="1728"/>
          </w:tcPr>
          <w:p>
            <w:r>
              <w:t>hasanzadeh1392</w:t>
            </w:r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9901744197</w:t>
            </w:r>
          </w:p>
        </w:tc>
        <w:tc>
          <w:tcPr>
            <w:tcW w:type="dxa" w:w="1728"/>
          </w:tcPr>
          <w:p>
            <w:r>
              <w:t>مبین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9143*17729</w:t>
            </w:r>
          </w:p>
        </w:tc>
        <w:tc>
          <w:tcPr>
            <w:tcW w:type="dxa" w:w="1728"/>
          </w:tcPr>
          <w:p>
            <w:r>
              <w:t>فاضل</w:t>
            </w:r>
          </w:p>
        </w:tc>
        <w:tc>
          <w:tcPr>
            <w:tcW w:type="dxa" w:w="1728"/>
          </w:tcPr>
          <w:p>
            <w:r>
              <w:t>علیزاده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901*374294</w:t>
            </w:r>
          </w:p>
        </w:tc>
        <w:tc>
          <w:tcPr>
            <w:tcW w:type="dxa" w:w="1728"/>
          </w:tcPr>
          <w:p>
            <w:r>
              <w:t>Raha</w:t>
            </w:r>
          </w:p>
        </w:tc>
        <w:tc>
          <w:tcPr>
            <w:tcW w:type="dxa" w:w="1728"/>
          </w:tcPr>
          <w:p>
            <w:r>
              <w:t>Asadzadeh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933*9*7277</w:t>
            </w:r>
          </w:p>
        </w:tc>
        <w:tc>
          <w:tcPr>
            <w:tcW w:type="dxa" w:w="1728"/>
          </w:tcPr>
          <w:p>
            <w:r>
              <w:t>قاضی فقط خداست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9141*0*4*4</w:t>
            </w:r>
          </w:p>
        </w:tc>
        <w:tc>
          <w:tcPr>
            <w:tcW w:type="dxa" w:w="1728"/>
          </w:tcPr>
          <w:p>
            <w:r>
              <w:t>مریم</w:t>
            </w:r>
          </w:p>
        </w:tc>
        <w:tc>
          <w:tcPr>
            <w:tcW w:type="dxa" w:w="1728"/>
          </w:tcPr>
          <w:p>
            <w:r>
              <w:t>نجفی</w:t>
            </w:r>
          </w:p>
        </w:tc>
        <w:tc>
          <w:tcPr>
            <w:tcW w:type="dxa" w:w="1728"/>
          </w:tcPr>
          <w:p>
            <w:r>
              <w:t>Attilaa92</w:t>
            </w:r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937*4*2*97</w:t>
            </w:r>
          </w:p>
        </w:tc>
        <w:tc>
          <w:tcPr>
            <w:tcW w:type="dxa" w:w="1728"/>
          </w:tcPr>
          <w:p>
            <w:r>
              <w:t>ØMÏĐ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Omid296maleki</w:t>
            </w:r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933394*217</w:t>
            </w:r>
          </w:p>
        </w:tc>
        <w:tc>
          <w:tcPr>
            <w:tcW w:type="dxa" w:w="1728"/>
          </w:tcPr>
          <w:p>
            <w:r>
              <w:t>مظهر</w:t>
            </w:r>
          </w:p>
        </w:tc>
        <w:tc>
          <w:tcPr>
            <w:tcW w:type="dxa" w:w="1728"/>
          </w:tcPr>
          <w:p>
            <w:r>
              <w:t>کرد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930*34**13</w:t>
            </w:r>
          </w:p>
        </w:tc>
        <w:tc>
          <w:tcPr>
            <w:tcW w:type="dxa" w:w="1728"/>
          </w:tcPr>
          <w:p>
            <w:r>
              <w:t>****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914*72432*</w:t>
            </w:r>
          </w:p>
        </w:tc>
        <w:tc>
          <w:tcPr>
            <w:tcW w:type="dxa" w:w="1728"/>
          </w:tcPr>
          <w:p>
            <w:r>
              <w:t>هاله ی دورماهم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aylajanam</w:t>
            </w:r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914*****94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93*1094***</w:t>
            </w:r>
          </w:p>
        </w:tc>
        <w:tc>
          <w:tcPr>
            <w:tcW w:type="dxa" w:w="1728"/>
          </w:tcPr>
          <w:p>
            <w:r>
              <w:t>آرزو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91414*2099</w:t>
            </w:r>
          </w:p>
        </w:tc>
        <w:tc>
          <w:tcPr>
            <w:tcW w:type="dxa" w:w="1728"/>
          </w:tcPr>
          <w:p>
            <w:r>
              <w:t>ایلین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Ayolin88</w:t>
            </w:r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901*3141*3</w:t>
            </w:r>
          </w:p>
        </w:tc>
        <w:tc>
          <w:tcPr>
            <w:tcW w:type="dxa" w:w="1728"/>
          </w:tcPr>
          <w:p>
            <w:r>
              <w:t>pouy❣️ mahta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Madmazel2018</w:t>
            </w:r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914177*919</w:t>
            </w:r>
          </w:p>
        </w:tc>
        <w:tc>
          <w:tcPr>
            <w:tcW w:type="dxa" w:w="1728"/>
          </w:tcPr>
          <w:p>
            <w:r>
              <w:t>Fatemeh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Molayi2345</w:t>
            </w:r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902711*294</w:t>
            </w:r>
          </w:p>
        </w:tc>
        <w:tc>
          <w:tcPr>
            <w:tcW w:type="dxa" w:w="1728"/>
          </w:tcPr>
          <w:p>
            <w:r>
              <w:t>,SKR,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914*72*42*</w:t>
            </w:r>
          </w:p>
        </w:tc>
        <w:tc>
          <w:tcPr>
            <w:tcW w:type="dxa" w:w="1728"/>
          </w:tcPr>
          <w:p>
            <w:r>
              <w:t>ایلین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91***40**2</w:t>
            </w:r>
          </w:p>
        </w:tc>
        <w:tc>
          <w:tcPr>
            <w:tcW w:type="dxa" w:w="1728"/>
          </w:tcPr>
          <w:p>
            <w:r>
              <w:t>Tina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Tina43</w:t>
            </w:r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914*401**9</w:t>
            </w:r>
          </w:p>
        </w:tc>
        <w:tc>
          <w:tcPr>
            <w:tcW w:type="dxa" w:w="1728"/>
          </w:tcPr>
          <w:p>
            <w:r>
              <w:t>پونه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93*0*9****</w:t>
            </w:r>
          </w:p>
        </w:tc>
        <w:tc>
          <w:tcPr>
            <w:tcW w:type="dxa" w:w="1728"/>
          </w:tcPr>
          <w:p>
            <w:r>
              <w:t>ب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914*43**31</w:t>
            </w:r>
          </w:p>
        </w:tc>
        <w:tc>
          <w:tcPr>
            <w:tcW w:type="dxa" w:w="1728"/>
          </w:tcPr>
          <w:p>
            <w:r>
              <w:t>فاطمه</w:t>
            </w:r>
          </w:p>
        </w:tc>
        <w:tc>
          <w:tcPr>
            <w:tcW w:type="dxa" w:w="1728"/>
          </w:tcPr>
          <w:p>
            <w:r>
              <w:t>گلم</w:t>
            </w:r>
          </w:p>
        </w:tc>
        <w:tc>
          <w:tcPr>
            <w:tcW w:type="dxa" w:w="1728"/>
          </w:tcPr>
          <w:p>
            <w:r>
              <w:t>Tabasom9095</w:t>
            </w:r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990**9*233</w:t>
            </w:r>
          </w:p>
        </w:tc>
        <w:tc>
          <w:tcPr>
            <w:tcW w:type="dxa" w:w="1728"/>
          </w:tcPr>
          <w:p>
            <w:r>
              <w:t>Parlag</w:t>
            </w:r>
          </w:p>
        </w:tc>
        <w:tc>
          <w:tcPr>
            <w:tcW w:type="dxa" w:w="1728"/>
          </w:tcPr>
          <w:p>
            <w:r>
              <w:t>Oldoz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930*****17</w:t>
            </w:r>
          </w:p>
        </w:tc>
        <w:tc>
          <w:tcPr>
            <w:tcW w:type="dxa" w:w="1728"/>
          </w:tcPr>
          <w:p>
            <w:r>
              <w:t>متین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9141*0***0</w:t>
            </w:r>
          </w:p>
        </w:tc>
        <w:tc>
          <w:tcPr>
            <w:tcW w:type="dxa" w:w="1728"/>
          </w:tcPr>
          <w:p>
            <w:r>
              <w:t>منصور حیدری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90109317*7</w:t>
            </w:r>
          </w:p>
        </w:tc>
        <w:tc>
          <w:tcPr>
            <w:tcW w:type="dxa" w:w="1728"/>
          </w:tcPr>
          <w:p>
            <w:r>
              <w:t>باران.....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93**1*074*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Kheyri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93**03*019</w:t>
            </w:r>
          </w:p>
        </w:tc>
        <w:tc>
          <w:tcPr>
            <w:tcW w:type="dxa" w:w="1728"/>
          </w:tcPr>
          <w:p>
            <w:r>
              <w:t>یاس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939707*9*9</w:t>
            </w:r>
          </w:p>
        </w:tc>
        <w:tc>
          <w:tcPr>
            <w:tcW w:type="dxa" w:w="1728"/>
          </w:tcPr>
          <w:p>
            <w:r>
              <w:t>ایلمان</w:t>
            </w:r>
          </w:p>
        </w:tc>
        <w:tc>
          <w:tcPr>
            <w:tcW w:type="dxa" w:w="1728"/>
          </w:tcPr>
          <w:p>
            <w:r>
              <w:t>روشنایی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93*42*07*2</w:t>
            </w:r>
          </w:p>
        </w:tc>
        <w:tc>
          <w:tcPr>
            <w:tcW w:type="dxa" w:w="1728"/>
          </w:tcPr>
          <w:p>
            <w:r>
              <w:t>Masoud</w:t>
            </w:r>
          </w:p>
        </w:tc>
        <w:tc>
          <w:tcPr>
            <w:tcW w:type="dxa" w:w="1728"/>
          </w:tcPr>
          <w:p>
            <w:r>
              <w:t>Yy</w:t>
            </w:r>
          </w:p>
        </w:tc>
        <w:tc>
          <w:tcPr>
            <w:tcW w:type="dxa" w:w="1728"/>
          </w:tcPr>
          <w:p>
            <w:r>
              <w:t>Masoudmnbvc</w:t>
            </w:r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9039291**2</w:t>
            </w:r>
          </w:p>
        </w:tc>
        <w:tc>
          <w:tcPr>
            <w:tcW w:type="dxa" w:w="1728"/>
          </w:tcPr>
          <w:p>
            <w:r>
              <w:t>Haniye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9012*1*77*</w:t>
            </w:r>
          </w:p>
        </w:tc>
        <w:tc>
          <w:tcPr>
            <w:tcW w:type="dxa" w:w="1728"/>
          </w:tcPr>
          <w:p>
            <w:r>
              <w:t>امیرعلی ویاسین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9144*1*174</w:t>
            </w:r>
          </w:p>
        </w:tc>
        <w:tc>
          <w:tcPr>
            <w:tcW w:type="dxa" w:w="1728"/>
          </w:tcPr>
          <w:p>
            <w:r>
              <w:t>Kosha</w:t>
            </w:r>
          </w:p>
        </w:tc>
        <w:tc>
          <w:tcPr>
            <w:tcW w:type="dxa" w:w="1728"/>
          </w:tcPr>
          <w:p>
            <w:r>
              <w:t>Aydin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9372*014*4</w:t>
            </w:r>
          </w:p>
        </w:tc>
        <w:tc>
          <w:tcPr>
            <w:tcW w:type="dxa" w:w="1728"/>
          </w:tcPr>
          <w:p>
            <w:r>
              <w:t>ᚣᚥᛨᚱ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amir_c4w</w:t>
            </w:r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93**4*11*3</w:t>
            </w:r>
          </w:p>
        </w:tc>
        <w:tc>
          <w:tcPr>
            <w:tcW w:type="dxa" w:w="1728"/>
          </w:tcPr>
          <w:p>
            <w:r>
              <w:t>👸👸👸paria👸👸👸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Pariaass</w:t>
            </w:r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9120212209</w:t>
            </w:r>
          </w:p>
        </w:tc>
        <w:tc>
          <w:tcPr>
            <w:tcW w:type="dxa" w:w="1728"/>
          </w:tcPr>
          <w:p>
            <w:r>
              <w:t>HOJJAT</w:t>
            </w:r>
          </w:p>
        </w:tc>
        <w:tc>
          <w:tcPr>
            <w:tcW w:type="dxa" w:w="1728"/>
          </w:tcPr>
          <w:p>
            <w:r>
              <w:t>MESHGINI,ASL</w:t>
            </w:r>
          </w:p>
        </w:tc>
        <w:tc>
          <w:tcPr>
            <w:tcW w:type="dxa" w:w="1728"/>
          </w:tcPr>
          <w:p>
            <w:r>
              <w:t>MeshHojjat</w:t>
            </w:r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93**7792*3</w:t>
            </w:r>
          </w:p>
        </w:tc>
        <w:tc>
          <w:tcPr>
            <w:tcW w:type="dxa" w:w="1728"/>
          </w:tcPr>
          <w:p>
            <w:r>
              <w:t>آتاناز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Mdf1368a</w:t>
            </w:r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9143*10*2*</w:t>
            </w:r>
          </w:p>
        </w:tc>
        <w:tc>
          <w:tcPr>
            <w:tcW w:type="dxa" w:w="1728"/>
          </w:tcPr>
          <w:p>
            <w:r>
              <w:t>ف</w:t>
            </w:r>
          </w:p>
        </w:tc>
        <w:tc>
          <w:tcPr>
            <w:tcW w:type="dxa" w:w="1728"/>
          </w:tcPr>
          <w:p>
            <w:r>
              <w:t>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9033*97120</w:t>
            </w:r>
          </w:p>
        </w:tc>
        <w:tc>
          <w:tcPr>
            <w:tcW w:type="dxa" w:w="1728"/>
          </w:tcPr>
          <w:p>
            <w:r>
              <w:t>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Ayhandah</w:t>
            </w:r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91429*1733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>
              <w:t>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91472372*3</w:t>
            </w:r>
          </w:p>
        </w:tc>
        <w:tc>
          <w:tcPr>
            <w:tcW w:type="dxa" w:w="1728"/>
          </w:tcPr>
          <w:p>
            <w:r>
              <w:t>Saeid</w:t>
            </w:r>
          </w:p>
        </w:tc>
        <w:tc>
          <w:tcPr>
            <w:tcW w:type="dxa" w:w="1728"/>
          </w:tcPr>
          <w:p>
            <w:r>
              <w:t>Pashapour</w:t>
            </w:r>
          </w:p>
        </w:tc>
        <w:tc>
          <w:tcPr>
            <w:tcW w:type="dxa" w:w="1728"/>
          </w:tcPr>
          <w:p>
            <w:r>
              <w:t>saeidpashapour</w:t>
            </w:r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930**9*31*</w:t>
            </w:r>
          </w:p>
        </w:tc>
        <w:tc>
          <w:tcPr>
            <w:tcW w:type="dxa" w:w="1728"/>
          </w:tcPr>
          <w:p>
            <w:r>
              <w:t>t@nHhA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bmaftuhy</w:t>
            </w:r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914***400*</w:t>
            </w:r>
          </w:p>
        </w:tc>
        <w:tc>
          <w:tcPr>
            <w:tcW w:type="dxa" w:w="1728"/>
          </w:tcPr>
          <w:p>
            <w:r>
              <w:t>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  <w:tr>
        <w:tc>
          <w:tcPr>
            <w:tcW w:type="dxa" w:w="1728"/>
          </w:tcPr>
          <w:p>
            <w:r>
              <w:t>9147**24*4</w:t>
            </w:r>
          </w:p>
        </w:tc>
        <w:tc>
          <w:tcPr>
            <w:tcW w:type="dxa" w:w="1728"/>
          </w:tcPr>
          <w:p>
            <w:r>
              <w:t>Ayda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Ayda_j76</w:t>
            </w:r>
          </w:p>
        </w:tc>
        <w:tc>
          <w:tcPr>
            <w:tcW w:type="dxa" w:w="1728"/>
          </w:tcPr>
          <w:p>
            <w:r>
              <w:t>بزرگترین بازار لوازم خانگی میاندوآب ،مهاباد،بوکان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بزرگترین بازار لوازم خانگی میاندوآب ،مهاباد،بوکان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