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برلين بانك اطلاعات...Berlin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برلين بانك اطلاعات...Berlin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9121*72*20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939*3*7*2*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Psychologist9999s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91240*9927</w:t>
            </w:r>
          </w:p>
        </w:tc>
        <w:tc>
          <w:tcPr>
            <w:tcW w:type="dxa" w:w="1728"/>
          </w:tcPr>
          <w:p>
            <w:r>
              <w:t>B gtb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Bobgtb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930**3112*</w:t>
            </w:r>
          </w:p>
        </w:tc>
        <w:tc>
          <w:tcPr>
            <w:tcW w:type="dxa" w:w="1728"/>
          </w:tcPr>
          <w:p>
            <w:r>
              <w:t>H.NAZiF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HNZ76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9193393***</w:t>
            </w:r>
          </w:p>
        </w:tc>
        <w:tc>
          <w:tcPr>
            <w:tcW w:type="dxa" w:w="1728"/>
          </w:tcPr>
          <w:p>
            <w:r>
              <w:t>Mmm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Mmmm23r561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912*1**241</w:t>
            </w:r>
          </w:p>
        </w:tc>
        <w:tc>
          <w:tcPr>
            <w:tcW w:type="dxa" w:w="1728"/>
          </w:tcPr>
          <w:p>
            <w:r>
              <w:t>Verony</w:t>
            </w:r>
          </w:p>
        </w:tc>
        <w:tc>
          <w:tcPr>
            <w:tcW w:type="dxa" w:w="1728"/>
          </w:tcPr>
          <w:p>
            <w:r>
              <w:t>Mo</w:t>
            </w:r>
          </w:p>
        </w:tc>
        <w:tc>
          <w:tcPr>
            <w:tcW w:type="dxa" w:w="1728"/>
          </w:tcPr>
          <w:p>
            <w:r>
              <w:t>NR1377M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93*3*33039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>
              <w:t>Khosrojerdi</w:t>
            </w:r>
          </w:p>
        </w:tc>
        <w:tc>
          <w:tcPr>
            <w:tcW w:type="dxa" w:w="1728"/>
          </w:tcPr>
          <w:p>
            <w:r>
              <w:t>hadi_khosrojerdi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903***34**</w:t>
            </w:r>
          </w:p>
        </w:tc>
        <w:tc>
          <w:tcPr>
            <w:tcW w:type="dxa" w:w="1728"/>
          </w:tcPr>
          <w:p>
            <w:r>
              <w:t>Peiman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peimanazimi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9102*99*4*</w:t>
            </w:r>
          </w:p>
        </w:tc>
        <w:tc>
          <w:tcPr>
            <w:tcW w:type="dxa" w:w="1728"/>
          </w:tcPr>
          <w:p>
            <w:r>
              <w:t>👑agha Soheil👑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9033**2923</w:t>
            </w:r>
          </w:p>
        </w:tc>
        <w:tc>
          <w:tcPr>
            <w:tcW w:type="dxa" w:w="1728"/>
          </w:tcPr>
          <w:p>
            <w:r>
              <w:t>Mirzaei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93*133344*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alme6974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921793*02*</w:t>
            </w:r>
          </w:p>
        </w:tc>
        <w:tc>
          <w:tcPr>
            <w:tcW w:type="dxa" w:w="1728"/>
          </w:tcPr>
          <w:p>
            <w:r>
              <w:t>AAAA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Hjklhx567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912204733*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amirsoltanzadeh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93*11**907</w:t>
            </w:r>
          </w:p>
        </w:tc>
        <w:tc>
          <w:tcPr>
            <w:tcW w:type="dxa" w:w="1728"/>
          </w:tcPr>
          <w:p>
            <w:r>
              <w:t>Pouria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912214*7*0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V</w:t>
            </w:r>
          </w:p>
        </w:tc>
        <w:tc>
          <w:tcPr>
            <w:tcW w:type="dxa" w:w="1728"/>
          </w:tcPr>
          <w:p>
            <w:r>
              <w:t>Ssmv1234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9121273191</w:t>
            </w:r>
          </w:p>
        </w:tc>
        <w:tc>
          <w:tcPr>
            <w:tcW w:type="dxa" w:w="1728"/>
          </w:tcPr>
          <w:p>
            <w:r>
              <w:t>دوست دار همه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912*449940</w:t>
            </w:r>
          </w:p>
        </w:tc>
        <w:tc>
          <w:tcPr>
            <w:tcW w:type="dxa" w:w="1728"/>
          </w:tcPr>
          <w:p>
            <w:r>
              <w:t>Shayan</w:t>
            </w:r>
          </w:p>
        </w:tc>
        <w:tc>
          <w:tcPr>
            <w:tcW w:type="dxa" w:w="1728"/>
          </w:tcPr>
          <w:p>
            <w:r>
              <w:t>Barzi</w:t>
            </w:r>
          </w:p>
        </w:tc>
        <w:tc>
          <w:tcPr>
            <w:tcW w:type="dxa" w:w="1728"/>
          </w:tcPr>
          <w:p>
            <w:r>
              <w:t>shayanbarzi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93*7021002</w:t>
            </w:r>
          </w:p>
        </w:tc>
        <w:tc>
          <w:tcPr>
            <w:tcW w:type="dxa" w:w="1728"/>
          </w:tcPr>
          <w:p>
            <w:r>
              <w:t>Kian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kian_zaman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91241*0**1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Bagherian</w:t>
            </w:r>
          </w:p>
        </w:tc>
        <w:tc>
          <w:tcPr>
            <w:tcW w:type="dxa" w:w="1728"/>
          </w:tcPr>
          <w:p>
            <w:r>
              <w:t>Alireza_Bagherian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9379192277</w:t>
            </w:r>
          </w:p>
        </w:tc>
        <w:tc>
          <w:tcPr>
            <w:tcW w:type="dxa" w:w="1728"/>
          </w:tcPr>
          <w:p>
            <w:r>
              <w:t>Pegah</w:t>
            </w:r>
          </w:p>
        </w:tc>
        <w:tc>
          <w:tcPr>
            <w:tcW w:type="dxa" w:w="1728"/>
          </w:tcPr>
          <w:p>
            <w:r>
              <w:t>Nazari</w:t>
            </w:r>
          </w:p>
        </w:tc>
        <w:tc>
          <w:tcPr>
            <w:tcW w:type="dxa" w:w="1728"/>
          </w:tcPr>
          <w:p>
            <w:r>
              <w:t>pegahnazarii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93**4101*0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never_give_up8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912*471900</w:t>
            </w:r>
          </w:p>
        </w:tc>
        <w:tc>
          <w:tcPr>
            <w:tcW w:type="dxa" w:w="1728"/>
          </w:tcPr>
          <w:p>
            <w:r>
              <w:t>Nasimi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Nasimmosafer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91293203*0</w:t>
            </w:r>
          </w:p>
        </w:tc>
        <w:tc>
          <w:tcPr>
            <w:tcW w:type="dxa" w:w="1728"/>
          </w:tcPr>
          <w:p>
            <w:r>
              <w:t>Nina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EN_In_A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912*2**00*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Ali608396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9224*4*1*9</w:t>
            </w:r>
          </w:p>
        </w:tc>
        <w:tc>
          <w:tcPr>
            <w:tcW w:type="dxa" w:w="1728"/>
          </w:tcPr>
          <w:p>
            <w:r>
              <w:t>BhnazAm🌱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BeeehNaaazAm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9122040*9*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Ba</w:t>
            </w:r>
          </w:p>
        </w:tc>
        <w:tc>
          <w:tcPr>
            <w:tcW w:type="dxa" w:w="1728"/>
          </w:tcPr>
          <w:p>
            <w:r>
              <w:t>amirbaaghery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91*7*4102*</w:t>
            </w:r>
          </w:p>
        </w:tc>
        <w:tc>
          <w:tcPr>
            <w:tcW w:type="dxa" w:w="1728"/>
          </w:tcPr>
          <w:p>
            <w:r>
              <w:t>دلاوری(مشاور سلامت)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Miis_delavari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93**79112*</w:t>
            </w:r>
          </w:p>
        </w:tc>
        <w:tc>
          <w:tcPr>
            <w:tcW w:type="dxa" w:w="1728"/>
          </w:tcPr>
          <w:p>
            <w:r>
              <w:t>3...@... $</w:t>
            </w:r>
          </w:p>
        </w:tc>
        <w:tc>
          <w:tcPr>
            <w:tcW w:type="dxa" w:w="1728"/>
          </w:tcPr>
          <w:p>
            <w:r>
              <w:t>R...@...</w:t>
            </w:r>
          </w:p>
        </w:tc>
        <w:tc>
          <w:tcPr>
            <w:tcW w:type="dxa" w:w="1728"/>
          </w:tcPr>
          <w:p>
            <w:r>
              <w:t>Wwwmmm4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93*1101*20</w:t>
            </w:r>
          </w:p>
        </w:tc>
        <w:tc>
          <w:tcPr>
            <w:tcW w:type="dxa" w:w="1728"/>
          </w:tcPr>
          <w:p>
            <w:r>
              <w:t>P.H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parrisaa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9124*44324</w:t>
            </w:r>
          </w:p>
        </w:tc>
        <w:tc>
          <w:tcPr>
            <w:tcW w:type="dxa" w:w="1728"/>
          </w:tcPr>
          <w:p>
            <w:r>
              <w:t>mariam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mytelidd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93**3*4044</w:t>
            </w:r>
          </w:p>
        </w:tc>
        <w:tc>
          <w:tcPr>
            <w:tcW w:type="dxa" w:w="1728"/>
          </w:tcPr>
          <w:p>
            <w:r>
              <w:t>mohammadjavad mohseni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Salamerd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991094393*</w:t>
            </w:r>
          </w:p>
        </w:tc>
        <w:tc>
          <w:tcPr>
            <w:tcW w:type="dxa" w:w="1728"/>
          </w:tcPr>
          <w:p>
            <w:r>
              <w:t>Rozhin</w:t>
            </w:r>
          </w:p>
        </w:tc>
        <w:tc>
          <w:tcPr>
            <w:tcW w:type="dxa" w:w="1728"/>
          </w:tcPr>
          <w:p>
            <w:r>
              <w:t>solar system</w:t>
            </w:r>
          </w:p>
        </w:tc>
        <w:tc>
          <w:tcPr>
            <w:tcW w:type="dxa" w:w="1728"/>
          </w:tcPr>
          <w:p>
            <w:r>
              <w:t>Rozhinshamsbizhanyord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930**14413</w:t>
            </w:r>
          </w:p>
        </w:tc>
        <w:tc>
          <w:tcPr>
            <w:tcW w:type="dxa" w:w="1728"/>
          </w:tcPr>
          <w:p>
            <w:r>
              <w:t>خدمات بار هوایی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AirCargoIKA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913301972*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Sara_sicherheit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910**10019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93370***1*</w:t>
            </w:r>
          </w:p>
        </w:tc>
        <w:tc>
          <w:tcPr>
            <w:tcW w:type="dxa" w:w="1728"/>
          </w:tcPr>
          <w:p>
            <w:r>
              <w:t>ÑĮĹŲFÁŘ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Liyanaee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922242*9**</w:t>
            </w:r>
          </w:p>
        </w:tc>
        <w:tc>
          <w:tcPr>
            <w:tcW w:type="dxa" w:w="1728"/>
          </w:tcPr>
          <w:p>
            <w:r>
              <w:t>barana</w:t>
            </w:r>
          </w:p>
        </w:tc>
        <w:tc>
          <w:tcPr>
            <w:tcW w:type="dxa" w:w="1728"/>
          </w:tcPr>
          <w:p>
            <w:r>
              <w:t>behjat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91*3031997</w:t>
            </w:r>
          </w:p>
        </w:tc>
        <w:tc>
          <w:tcPr>
            <w:tcW w:type="dxa" w:w="1728"/>
          </w:tcPr>
          <w:p>
            <w:r>
              <w:t>Melody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melody_fn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93**1131*4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hamid_b_69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91332**732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H2hber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921771*402</w:t>
            </w:r>
          </w:p>
        </w:tc>
        <w:tc>
          <w:tcPr>
            <w:tcW w:type="dxa" w:w="1728"/>
          </w:tcPr>
          <w:p>
            <w:r>
              <w:t>◔͜͡◔ ⓞⓜⓘⓓ ◔͜͡◔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OMID48929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93*44*9131</w:t>
            </w:r>
          </w:p>
        </w:tc>
        <w:tc>
          <w:tcPr>
            <w:tcW w:type="dxa" w:w="1728"/>
          </w:tcPr>
          <w:p>
            <w:r>
              <w:t>حامد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Asdb5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91232710*2</w:t>
            </w:r>
          </w:p>
        </w:tc>
        <w:tc>
          <w:tcPr>
            <w:tcW w:type="dxa" w:w="1728"/>
          </w:tcPr>
          <w:p>
            <w:r>
              <w:t>F.</w:t>
            </w:r>
          </w:p>
        </w:tc>
        <w:tc>
          <w:tcPr>
            <w:tcW w:type="dxa" w:w="1728"/>
          </w:tcPr>
          <w:p>
            <w:r>
              <w:t>Afkari</w:t>
            </w:r>
          </w:p>
        </w:tc>
        <w:tc>
          <w:tcPr>
            <w:tcW w:type="dxa" w:w="1728"/>
          </w:tcPr>
          <w:p>
            <w:r>
              <w:t>fafkari68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9124*97*33</w:t>
            </w:r>
          </w:p>
        </w:tc>
        <w:tc>
          <w:tcPr>
            <w:tcW w:type="dxa" w:w="1728"/>
          </w:tcPr>
          <w:p>
            <w:r>
              <w:t>Mak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Ichbin13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9133073*0*</w:t>
            </w:r>
          </w:p>
        </w:tc>
        <w:tc>
          <w:tcPr>
            <w:tcW w:type="dxa" w:w="1728"/>
          </w:tcPr>
          <w:p>
            <w:r>
              <w:t>Samira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SF_Samira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9123071***</w:t>
            </w:r>
          </w:p>
        </w:tc>
        <w:tc>
          <w:tcPr>
            <w:tcW w:type="dxa" w:w="1728"/>
          </w:tcPr>
          <w:p>
            <w:r>
              <w:t>Farnaz Yarbakht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farnaz_yarbakht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9123221491</w:t>
            </w:r>
          </w:p>
        </w:tc>
        <w:tc>
          <w:tcPr>
            <w:tcW w:type="dxa" w:w="1728"/>
          </w:tcPr>
          <w:p>
            <w:r>
              <w:t>Jamali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93*221243*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Sinnnbb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93033234*2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Tel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93*0*410*9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Panahande_ir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912*01**21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Rahimi</w:t>
            </w:r>
          </w:p>
        </w:tc>
        <w:tc>
          <w:tcPr>
            <w:tcW w:type="dxa" w:w="1728"/>
          </w:tcPr>
          <w:p>
            <w:r>
              <w:t>Vahidrahimi1367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901**2*494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Pvamiin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90233*2220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Ete</w:t>
            </w:r>
          </w:p>
        </w:tc>
        <w:tc>
          <w:tcPr>
            <w:tcW w:type="dxa" w:w="1728"/>
          </w:tcPr>
          <w:p>
            <w:r>
              <w:t>A_ete0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91271337**</w:t>
            </w:r>
          </w:p>
        </w:tc>
        <w:tc>
          <w:tcPr>
            <w:tcW w:type="dxa" w:w="1728"/>
          </w:tcPr>
          <w:p>
            <w:r>
              <w:t>Saman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Saman_2018kh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91**00929*</w:t>
            </w:r>
          </w:p>
        </w:tc>
        <w:tc>
          <w:tcPr>
            <w:tcW w:type="dxa" w:w="1728"/>
          </w:tcPr>
          <w:p>
            <w:r>
              <w:t>Soheil</w:t>
            </w:r>
          </w:p>
        </w:tc>
        <w:tc>
          <w:tcPr>
            <w:tcW w:type="dxa" w:w="1728"/>
          </w:tcPr>
          <w:p>
            <w:r>
              <w:t>Nzr</w:t>
            </w:r>
          </w:p>
        </w:tc>
        <w:tc>
          <w:tcPr>
            <w:tcW w:type="dxa" w:w="1728"/>
          </w:tcPr>
          <w:p>
            <w:r>
              <w:t>SoheilNzr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93*2***03*</w:t>
            </w:r>
          </w:p>
        </w:tc>
        <w:tc>
          <w:tcPr>
            <w:tcW w:type="dxa" w:w="1728"/>
          </w:tcPr>
          <w:p>
            <w:r>
              <w:t>Mehri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MehriHB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9127477702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>
              <w:t>S_h_1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91323719*4</w:t>
            </w:r>
          </w:p>
        </w:tc>
        <w:tc>
          <w:tcPr>
            <w:tcW w:type="dxa" w:w="1728"/>
          </w:tcPr>
          <w:p>
            <w:r>
              <w:t>ARS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Alihanno88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90131112**</w:t>
            </w:r>
          </w:p>
        </w:tc>
        <w:tc>
          <w:tcPr>
            <w:tcW w:type="dxa" w:w="1728"/>
          </w:tcPr>
          <w:p>
            <w:r>
              <w:t>Radin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radin_gha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91**72*9*4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German1350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91231***2*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Arash21j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919*70703*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Torajforodgah989195707035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91*37***3*</w:t>
            </w:r>
          </w:p>
        </w:tc>
        <w:tc>
          <w:tcPr>
            <w:tcW w:type="dxa" w:w="1728"/>
          </w:tcPr>
          <w:p>
            <w:r>
              <w:t>Sherko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S65y4e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91210172*2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Mehdi6289ir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913349**24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Concorde1010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91*3013*7*</w:t>
            </w:r>
          </w:p>
        </w:tc>
        <w:tc>
          <w:tcPr>
            <w:tcW w:type="dxa" w:w="1728"/>
          </w:tcPr>
          <w:p>
            <w:r>
              <w:t>وای برمن گرتو آن گم کرده ام باشی........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Mh105956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9031*2247*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Amir_Razagh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921414227*</w:t>
            </w:r>
          </w:p>
        </w:tc>
        <w:tc>
          <w:tcPr>
            <w:tcW w:type="dxa" w:w="1728"/>
          </w:tcPr>
          <w:p>
            <w:r>
              <w:t>Nima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cheeenima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91222*99*3</w:t>
            </w:r>
          </w:p>
        </w:tc>
        <w:tc>
          <w:tcPr>
            <w:tcW w:type="dxa" w:w="1728"/>
          </w:tcPr>
          <w:p>
            <w:r>
              <w:t>Shahin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9391*02700</w:t>
            </w:r>
          </w:p>
        </w:tc>
        <w:tc>
          <w:tcPr>
            <w:tcW w:type="dxa" w:w="1728"/>
          </w:tcPr>
          <w:p>
            <w:r>
              <w:t>دوست داشتن هنرست.</w:t>
            </w:r>
          </w:p>
        </w:tc>
        <w:tc>
          <w:tcPr>
            <w:tcW w:type="dxa" w:w="1728"/>
          </w:tcPr>
          <w:p>
            <w:r>
              <w:t>ای کاش همه هنرمند بودیم</w:t>
            </w:r>
          </w:p>
        </w:tc>
        <w:tc>
          <w:tcPr>
            <w:tcW w:type="dxa" w:w="1728"/>
          </w:tcPr>
          <w:p>
            <w:r>
              <w:t>Aaaa366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912117141*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Sahradoost</w:t>
            </w:r>
          </w:p>
        </w:tc>
        <w:tc>
          <w:tcPr>
            <w:tcW w:type="dxa" w:w="1728"/>
          </w:tcPr>
          <w:p>
            <w:r>
              <w:t>alisahradoost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939731032*</w:t>
            </w:r>
          </w:p>
        </w:tc>
        <w:tc>
          <w:tcPr>
            <w:tcW w:type="dxa" w:w="1728"/>
          </w:tcPr>
          <w:p>
            <w:r>
              <w:t>Shahin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Shawhinss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91234*4407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SCHILER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93*2****0*</w:t>
            </w:r>
          </w:p>
        </w:tc>
        <w:tc>
          <w:tcPr>
            <w:tcW w:type="dxa" w:w="1728"/>
          </w:tcPr>
          <w:p>
            <w:r>
              <w:t>Mehrnoosh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Minoosh68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9123*9302*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KD</w:t>
            </w:r>
          </w:p>
        </w:tc>
        <w:tc>
          <w:tcPr>
            <w:tcW w:type="dxa" w:w="1728"/>
          </w:tcPr>
          <w:p>
            <w:r>
              <w:t>akd3121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911*9774*4</w:t>
            </w:r>
          </w:p>
        </w:tc>
        <w:tc>
          <w:tcPr>
            <w:tcW w:type="dxa" w:w="1728"/>
          </w:tcPr>
          <w:p>
            <w:r>
              <w:t>Rezza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rez_deutsch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9124091242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Mohsenahmadiii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9303002202</w:t>
            </w:r>
          </w:p>
        </w:tc>
        <w:tc>
          <w:tcPr>
            <w:tcW w:type="dxa" w:w="1728"/>
          </w:tcPr>
          <w:p>
            <w:r>
              <w:t>Hamid🐰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Mnbv655321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9123*19322</w:t>
            </w:r>
          </w:p>
        </w:tc>
        <w:tc>
          <w:tcPr>
            <w:tcW w:type="dxa" w:w="1728"/>
          </w:tcPr>
          <w:p>
            <w:r>
              <w:t>Marjan</w:t>
            </w:r>
          </w:p>
        </w:tc>
        <w:tc>
          <w:tcPr>
            <w:tcW w:type="dxa" w:w="1728"/>
          </w:tcPr>
          <w:p>
            <w:r>
              <w:t>Karimaei</w:t>
            </w:r>
          </w:p>
        </w:tc>
        <w:tc>
          <w:tcPr>
            <w:tcW w:type="dxa" w:w="1728"/>
          </w:tcPr>
          <w:p>
            <w:r>
              <w:t>marjankarimaei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  <w:tr>
        <w:tc>
          <w:tcPr>
            <w:tcW w:type="dxa" w:w="1728"/>
          </w:tcPr>
          <w:p>
            <w:r>
              <w:t>912*3300*3</w:t>
            </w:r>
          </w:p>
        </w:tc>
        <w:tc>
          <w:tcPr>
            <w:tcW w:type="dxa" w:w="1728"/>
          </w:tcPr>
          <w:p>
            <w:r>
              <w:t>Sonia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Skk6060</w:t>
            </w:r>
          </w:p>
        </w:tc>
        <w:tc>
          <w:tcPr>
            <w:tcW w:type="dxa" w:w="1728"/>
          </w:tcPr>
          <w:p>
            <w:r>
              <w:t>برلين بانك اطلاعات...Berlin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برلين بانك اطلاعات...Berlin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