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بحث آزاد مارکت نیوبی (بورس، فارکس، کپی تریدینگ)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بحث آزاد مارکت نیوبی (بورس، فارکس، کپی تریدینگ)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9132230790</w:t>
            </w:r>
          </w:p>
        </w:tc>
        <w:tc>
          <w:tcPr>
            <w:tcW w:type="dxa" w:w="1728"/>
          </w:tcPr>
          <w:p>
            <w:r>
              <w:t>Hadi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Hadi0790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9371**291*</w:t>
            </w:r>
          </w:p>
        </w:tc>
        <w:tc>
          <w:tcPr>
            <w:tcW w:type="dxa" w:w="1728"/>
          </w:tcPr>
          <w:p>
            <w:r>
              <w:t>😛البرعه😛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aejfhdd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99027***30</w:t>
            </w:r>
          </w:p>
        </w:tc>
        <w:tc>
          <w:tcPr>
            <w:tcW w:type="dxa" w:w="1728"/>
          </w:tcPr>
          <w:p>
            <w:r>
              <w:t>محمدحسین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93*1*7**49</w:t>
            </w:r>
          </w:p>
        </w:tc>
        <w:tc>
          <w:tcPr>
            <w:tcW w:type="dxa" w:w="1728"/>
          </w:tcPr>
          <w:p>
            <w:r>
              <w:t>▂▃▄▅▆▇█▓▒░ ṓṹṝḁẑ ░▒▓█▇▆▅▄▃▂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OURAZ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939**7*9*7</w:t>
            </w:r>
          </w:p>
        </w:tc>
        <w:tc>
          <w:tcPr>
            <w:tcW w:type="dxa" w:w="1728"/>
          </w:tcPr>
          <w:p>
            <w:r>
              <w:t>ترمه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930**7*2*4</w:t>
            </w:r>
          </w:p>
        </w:tc>
        <w:tc>
          <w:tcPr>
            <w:tcW w:type="dxa" w:w="1728"/>
          </w:tcPr>
          <w:p>
            <w:r>
              <w:t>قوامی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91901***1*</w:t>
            </w:r>
          </w:p>
        </w:tc>
        <w:tc>
          <w:tcPr>
            <w:tcW w:type="dxa" w:w="1728"/>
          </w:tcPr>
          <w:p>
            <w:r>
              <w:t>❤👉✌M●$T@F@✌👈❤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Mostafaziya12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9223172770</w:t>
            </w:r>
          </w:p>
        </w:tc>
        <w:tc>
          <w:tcPr>
            <w:tcW w:type="dxa" w:w="1728"/>
          </w:tcPr>
          <w:p>
            <w:r>
              <w:t>ویهان💞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93*4**0*19</w:t>
            </w:r>
          </w:p>
        </w:tc>
        <w:tc>
          <w:tcPr>
            <w:tcW w:type="dxa" w:w="1728"/>
          </w:tcPr>
          <w:p>
            <w:r>
              <w:t>Raziye Sheikh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R_Sheikh_313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90194294*3</w:t>
            </w:r>
          </w:p>
        </w:tc>
        <w:tc>
          <w:tcPr>
            <w:tcW w:type="dxa" w:w="1728"/>
          </w:tcPr>
          <w:p>
            <w:r>
              <w:t>Shahla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911*3*01**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9137*43*1*</w:t>
            </w:r>
          </w:p>
        </w:tc>
        <w:tc>
          <w:tcPr>
            <w:tcW w:type="dxa" w:w="1728"/>
          </w:tcPr>
          <w:p>
            <w:r>
              <w:t>g</w:t>
            </w:r>
          </w:p>
        </w:tc>
        <w:tc>
          <w:tcPr>
            <w:tcW w:type="dxa" w:w="1728"/>
          </w:tcPr>
          <w:p>
            <w:r>
              <w:t>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93**3**49*</w:t>
            </w:r>
          </w:p>
        </w:tc>
        <w:tc>
          <w:tcPr>
            <w:tcW w:type="dxa" w:w="1728"/>
          </w:tcPr>
          <w:p>
            <w:r>
              <w:t>عبدالرزاق</w:t>
            </w:r>
          </w:p>
        </w:tc>
        <w:tc>
          <w:tcPr>
            <w:tcW w:type="dxa" w:w="1728"/>
          </w:tcPr>
          <w:p>
            <w:r>
              <w:t>اچکزی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93**033194</w:t>
            </w:r>
          </w:p>
        </w:tc>
        <w:tc>
          <w:tcPr>
            <w:tcW w:type="dxa" w:w="1728"/>
          </w:tcPr>
          <w:p>
            <w:r>
              <w:t>عبدفرار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91**9**240</w:t>
            </w:r>
          </w:p>
        </w:tc>
        <w:tc>
          <w:tcPr>
            <w:tcW w:type="dxa" w:w="1728"/>
          </w:tcPr>
          <w:p>
            <w:r>
              <w:t>A&amp;z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990730*299</w:t>
            </w:r>
          </w:p>
        </w:tc>
        <w:tc>
          <w:tcPr>
            <w:tcW w:type="dxa" w:w="1728"/>
          </w:tcPr>
          <w:p>
            <w:r>
              <w:t>ابولفضل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901**403**</w:t>
            </w:r>
          </w:p>
        </w:tc>
        <w:tc>
          <w:tcPr>
            <w:tcW w:type="dxa" w:w="1728"/>
          </w:tcPr>
          <w:p>
            <w:r>
              <w:t>Tata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Tatamohamadi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9013012912</w:t>
            </w:r>
          </w:p>
        </w:tc>
        <w:tc>
          <w:tcPr>
            <w:tcW w:type="dxa" w:w="1728"/>
          </w:tcPr>
          <w:p>
            <w:r>
              <w:t>h@@m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939317*392</w:t>
            </w:r>
          </w:p>
        </w:tc>
        <w:tc>
          <w:tcPr>
            <w:tcW w:type="dxa" w:w="1728"/>
          </w:tcPr>
          <w:p>
            <w:r>
              <w:t>Mhmd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idarkghost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90334792*7</w:t>
            </w:r>
          </w:p>
        </w:tc>
        <w:tc>
          <w:tcPr>
            <w:tcW w:type="dxa" w:w="1728"/>
          </w:tcPr>
          <w:p>
            <w:r>
              <w:t>DAY4444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Dayfour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919294721*</w:t>
            </w:r>
          </w:p>
        </w:tc>
        <w:tc>
          <w:tcPr>
            <w:tcW w:type="dxa" w:w="1728"/>
          </w:tcPr>
          <w:p>
            <w:r>
              <w:t>ali &amp;mercedeh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Mrcd1365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919*0**1*9</w:t>
            </w:r>
          </w:p>
        </w:tc>
        <w:tc>
          <w:tcPr>
            <w:tcW w:type="dxa" w:w="1728"/>
          </w:tcPr>
          <w:p>
            <w:r>
              <w:t>چوب فروشي</w:t>
            </w:r>
          </w:p>
        </w:tc>
        <w:tc>
          <w:tcPr>
            <w:tcW w:type="dxa" w:w="1728"/>
          </w:tcPr>
          <w:p>
            <w:r>
              <w:t>آراز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902***7*9*</w:t>
            </w:r>
          </w:p>
        </w:tc>
        <w:tc>
          <w:tcPr>
            <w:tcW w:type="dxa" w:w="1728"/>
          </w:tcPr>
          <w:p>
            <w:r>
              <w:t>❤💋❤m❤👄❤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903092931*</w:t>
            </w:r>
          </w:p>
        </w:tc>
        <w:tc>
          <w:tcPr>
            <w:tcW w:type="dxa" w:w="1728"/>
          </w:tcPr>
          <w:p>
            <w:r>
              <w:t>یوسف</w:t>
            </w:r>
          </w:p>
        </w:tc>
        <w:tc>
          <w:tcPr>
            <w:tcW w:type="dxa" w:w="1728"/>
          </w:tcPr>
          <w:p>
            <w:r>
              <w:t>کمالی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933*099339</w:t>
            </w:r>
          </w:p>
        </w:tc>
        <w:tc>
          <w:tcPr>
            <w:tcW w:type="dxa" w:w="1728"/>
          </w:tcPr>
          <w:p>
            <w:r>
              <w:t>(✿◠‿◠♥)خاص فقط خدا(♥◠‿◠✿)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917117*9*2</w:t>
            </w:r>
          </w:p>
        </w:tc>
        <w:tc>
          <w:tcPr>
            <w:tcW w:type="dxa" w:w="1728"/>
          </w:tcPr>
          <w:p>
            <w:r>
              <w:t>Kh</w:t>
            </w:r>
          </w:p>
        </w:tc>
        <w:tc>
          <w:tcPr>
            <w:tcW w:type="dxa" w:w="1728"/>
          </w:tcPr>
          <w:p>
            <w:r>
              <w:t>Zardosht</w:t>
            </w:r>
          </w:p>
        </w:tc>
        <w:tc>
          <w:tcPr>
            <w:tcW w:type="dxa" w:w="1728"/>
          </w:tcPr>
          <w:p>
            <w:r>
              <w:t>kh_zardosht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914*32*944</w:t>
            </w:r>
          </w:p>
        </w:tc>
        <w:tc>
          <w:tcPr>
            <w:tcW w:type="dxa" w:w="1728"/>
          </w:tcPr>
          <w:p>
            <w:r>
              <w:t>parisa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Mardinakam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933*3***1*</w:t>
            </w:r>
          </w:p>
        </w:tc>
        <w:tc>
          <w:tcPr>
            <w:tcW w:type="dxa" w:w="1728"/>
          </w:tcPr>
          <w:p>
            <w:r>
              <w:t>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P_rahimpoor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937*30*412</w:t>
            </w:r>
          </w:p>
        </w:tc>
        <w:tc>
          <w:tcPr>
            <w:tcW w:type="dxa" w:w="1728"/>
          </w:tcPr>
          <w:p>
            <w:r>
              <w:t>@b wf</w:t>
            </w:r>
          </w:p>
        </w:tc>
        <w:tc>
          <w:tcPr>
            <w:tcW w:type="dxa" w:w="1728"/>
          </w:tcPr>
          <w:p>
            <w:r>
              <w:t>😎✌😍💔</w:t>
            </w:r>
          </w:p>
        </w:tc>
        <w:tc>
          <w:tcPr>
            <w:tcW w:type="dxa" w:w="1728"/>
          </w:tcPr>
          <w:p>
            <w:r>
              <w:t>Bwf8789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939*3*7472</w:t>
            </w:r>
          </w:p>
        </w:tc>
        <w:tc>
          <w:tcPr>
            <w:tcW w:type="dxa" w:w="1728"/>
          </w:tcPr>
          <w:p>
            <w:r>
              <w:t>✟∑eHd£✟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md_00000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9124*12*17</w:t>
            </w:r>
          </w:p>
        </w:tc>
        <w:tc>
          <w:tcPr>
            <w:tcW w:type="dxa" w:w="1728"/>
          </w:tcPr>
          <w:p>
            <w:r>
              <w:t>⁪⁬⁮⁮⁮⁮ ⁪⁬⁮⁮⁮⁮⁪⁬⁮⁮⁮‌‌‌‌‌‌‌‌‌‌‌‌hani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jojo_kosholoo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91*3*209*7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93**174102</w:t>
            </w:r>
          </w:p>
        </w:tc>
        <w:tc>
          <w:tcPr>
            <w:tcW w:type="dxa" w:w="1728"/>
          </w:tcPr>
          <w:p>
            <w:r>
              <w:t>maj...d</w:t>
            </w:r>
          </w:p>
        </w:tc>
        <w:tc>
          <w:tcPr>
            <w:tcW w:type="dxa" w:w="1728"/>
          </w:tcPr>
          <w:p>
            <w:r>
              <w:t>lov....</w:t>
            </w:r>
          </w:p>
        </w:tc>
        <w:tc>
          <w:tcPr>
            <w:tcW w:type="dxa" w:w="1728"/>
          </w:tcPr>
          <w:p>
            <w:r>
              <w:t>Loves1230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9139*2*492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>
              <w:t>Sadeghi</w:t>
            </w:r>
          </w:p>
        </w:tc>
        <w:tc>
          <w:tcPr>
            <w:tcW w:type="dxa" w:w="1728"/>
          </w:tcPr>
          <w:p>
            <w:r>
              <w:t>MaryamSahz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912*4391**</w:t>
            </w:r>
          </w:p>
        </w:tc>
        <w:tc>
          <w:tcPr>
            <w:tcW w:type="dxa" w:w="1728"/>
          </w:tcPr>
          <w:p>
            <w:r>
              <w:t>Habib</w:t>
            </w:r>
          </w:p>
        </w:tc>
        <w:tc>
          <w:tcPr>
            <w:tcW w:type="dxa" w:w="1728"/>
          </w:tcPr>
          <w:p>
            <w:r>
              <w:t>Hamrang</w:t>
            </w:r>
          </w:p>
        </w:tc>
        <w:tc>
          <w:tcPr>
            <w:tcW w:type="dxa" w:w="1728"/>
          </w:tcPr>
          <w:p>
            <w:r>
              <w:t>habibhamrang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91477**2*4</w:t>
            </w:r>
          </w:p>
        </w:tc>
        <w:tc>
          <w:tcPr>
            <w:tcW w:type="dxa" w:w="1728"/>
          </w:tcPr>
          <w:p>
            <w:r>
              <w:t>Cavid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Cavidyrm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9220*747**</w:t>
            </w:r>
          </w:p>
        </w:tc>
        <w:tc>
          <w:tcPr>
            <w:tcW w:type="dxa" w:w="1728"/>
          </w:tcPr>
          <w:p>
            <w:r>
              <w:t>𝓼𝓸𝓰𝓪𝓷𝓭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sogand_gh98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933***1943</w:t>
            </w:r>
          </w:p>
        </w:tc>
        <w:tc>
          <w:tcPr>
            <w:tcW w:type="dxa" w:w="1728"/>
          </w:tcPr>
          <w:p>
            <w:r>
              <w:t>Fahimeh</w:t>
            </w:r>
          </w:p>
        </w:tc>
        <w:tc>
          <w:tcPr>
            <w:tcW w:type="dxa" w:w="1728"/>
          </w:tcPr>
          <w:p>
            <w:r>
              <w:t>Kadkhoda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912942*49*</w:t>
            </w:r>
          </w:p>
        </w:tc>
        <w:tc>
          <w:tcPr>
            <w:tcW w:type="dxa" w:w="1728"/>
          </w:tcPr>
          <w:p>
            <w:r>
              <w:t>Mahdia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Mahdia_azizmohammadi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9193330*44</w:t>
            </w:r>
          </w:p>
        </w:tc>
        <w:tc>
          <w:tcPr>
            <w:tcW w:type="dxa" w:w="1728"/>
          </w:tcPr>
          <w:p>
            <w:r>
              <w:t>یا 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jjhiccg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92194042**</w:t>
            </w:r>
          </w:p>
        </w:tc>
        <w:tc>
          <w:tcPr>
            <w:tcW w:type="dxa" w:w="1728"/>
          </w:tcPr>
          <w:p>
            <w:r>
              <w:t>....سلطان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9104*90*91</w:t>
            </w:r>
          </w:p>
        </w:tc>
        <w:tc>
          <w:tcPr>
            <w:tcW w:type="dxa" w:w="1728"/>
          </w:tcPr>
          <w:p>
            <w:r>
              <w:t>Fatima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9123301922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>
              <w:t>Kiavarz</w:t>
            </w:r>
          </w:p>
        </w:tc>
        <w:tc>
          <w:tcPr>
            <w:tcW w:type="dxa" w:w="1728"/>
          </w:tcPr>
          <w:p>
            <w:r>
              <w:t>MajidKiavarz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90379**7**</w:t>
            </w:r>
          </w:p>
        </w:tc>
        <w:tc>
          <w:tcPr>
            <w:tcW w:type="dxa" w:w="1728"/>
          </w:tcPr>
          <w:p>
            <w:r>
              <w:t>♪♫•*¨*•.¸¸❤⚜G⚜O⚜L⚜i⚜ ❤¸¸.•*¨*•♫♪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Nazzgoli65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91*2394*7*</w:t>
            </w:r>
          </w:p>
        </w:tc>
        <w:tc>
          <w:tcPr>
            <w:tcW w:type="dxa" w:w="1728"/>
          </w:tcPr>
          <w:p>
            <w:r>
              <w:t>𝑒𝓁𝒶𝒽𝑒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Ellii102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903*2*711*</w:t>
            </w:r>
          </w:p>
        </w:tc>
        <w:tc>
          <w:tcPr>
            <w:tcW w:type="dxa" w:w="1728"/>
          </w:tcPr>
          <w:p>
            <w:r>
              <w:t>Mr Tomy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Crsupp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9147*79***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Farzaneh_011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91*3*0**7*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914*022393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Meh2281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9037*03242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91434102**</w:t>
            </w:r>
          </w:p>
        </w:tc>
        <w:tc>
          <w:tcPr>
            <w:tcW w:type="dxa" w:w="1728"/>
          </w:tcPr>
          <w:p>
            <w:r>
              <w:t>Manoochehr</w:t>
            </w:r>
          </w:p>
        </w:tc>
        <w:tc>
          <w:tcPr>
            <w:tcW w:type="dxa" w:w="1728"/>
          </w:tcPr>
          <w:p>
            <w:r>
              <w:t>Khalili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990***9*01</w:t>
            </w:r>
          </w:p>
        </w:tc>
        <w:tc>
          <w:tcPr>
            <w:tcW w:type="dxa" w:w="1728"/>
          </w:tcPr>
          <w:p>
            <w:r>
              <w:t>Ariwan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9192*1*339</w:t>
            </w:r>
          </w:p>
        </w:tc>
        <w:tc>
          <w:tcPr>
            <w:tcW w:type="dxa" w:w="1728"/>
          </w:tcPr>
          <w:p>
            <w:r>
              <w:t>بهرام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91**7**4*9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z_r_1363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91242*23*2</w:t>
            </w:r>
          </w:p>
        </w:tc>
        <w:tc>
          <w:tcPr>
            <w:tcW w:type="dxa" w:w="1728"/>
          </w:tcPr>
          <w:p>
            <w:r>
              <w:t>Hamid Reza</w:t>
            </w:r>
          </w:p>
        </w:tc>
        <w:tc>
          <w:tcPr>
            <w:tcW w:type="dxa" w:w="1728"/>
          </w:tcPr>
          <w:p>
            <w:r>
              <w:t>Akhavan Nik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9014943727</w:t>
            </w:r>
          </w:p>
        </w:tc>
        <w:tc>
          <w:tcPr>
            <w:tcW w:type="dxa" w:w="1728"/>
          </w:tcPr>
          <w:p>
            <w:r>
              <w:t>ملکی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Malekii00abaas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912**473**</w:t>
            </w:r>
          </w:p>
        </w:tc>
        <w:tc>
          <w:tcPr>
            <w:tcW w:type="dxa" w:w="1728"/>
          </w:tcPr>
          <w:p>
            <w:r>
              <w:t>Tahmin</w:t>
            </w:r>
          </w:p>
        </w:tc>
        <w:tc>
          <w:tcPr>
            <w:tcW w:type="dxa" w:w="1728"/>
          </w:tcPr>
          <w:p>
            <w:r>
              <w:t>Mass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91*3*00*77</w:t>
            </w:r>
          </w:p>
        </w:tc>
        <w:tc>
          <w:tcPr>
            <w:tcW w:type="dxa" w:w="1728"/>
          </w:tcPr>
          <w:p>
            <w:r>
              <w:t>Ashkan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Ashkandds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91*3012*9*</w:t>
            </w:r>
          </w:p>
        </w:tc>
        <w:tc>
          <w:tcPr>
            <w:tcW w:type="dxa" w:w="1728"/>
          </w:tcPr>
          <w:p>
            <w:r>
              <w:t>ೋღ ოﾑԋ∂ɨ ღೋ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93*014*401</w:t>
            </w:r>
          </w:p>
        </w:tc>
        <w:tc>
          <w:tcPr>
            <w:tcW w:type="dxa" w:w="1728"/>
          </w:tcPr>
          <w:p>
            <w:r>
              <w:t>unknown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rangi_1234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9373*3****</w:t>
            </w:r>
          </w:p>
        </w:tc>
        <w:tc>
          <w:tcPr>
            <w:tcW w:type="dxa" w:w="1728"/>
          </w:tcPr>
          <w:p>
            <w:r>
              <w:t>Mahdicr7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amerialiakbar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911*1*4701</w:t>
            </w:r>
          </w:p>
        </w:tc>
        <w:tc>
          <w:tcPr>
            <w:tcW w:type="dxa" w:w="1728"/>
          </w:tcPr>
          <w:p>
            <w:r>
              <w:t>Kh.r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91977*2*1*</w:t>
            </w:r>
          </w:p>
        </w:tc>
        <w:tc>
          <w:tcPr>
            <w:tcW w:type="dxa" w:w="1728"/>
          </w:tcPr>
          <w:p>
            <w:r>
              <w:t>Fatemeh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fatemeh_latifan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9021491244</w:t>
            </w:r>
          </w:p>
        </w:tc>
        <w:tc>
          <w:tcPr>
            <w:tcW w:type="dxa" w:w="1728"/>
          </w:tcPr>
          <w:p>
            <w:r>
              <w:t>سالار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914*44*400</w:t>
            </w:r>
          </w:p>
        </w:tc>
        <w:tc>
          <w:tcPr>
            <w:tcW w:type="dxa" w:w="1728"/>
          </w:tcPr>
          <w:p>
            <w:r>
              <w:t>📖Kamran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kamranjohari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91414***7*</w:t>
            </w:r>
          </w:p>
        </w:tc>
        <w:tc>
          <w:tcPr>
            <w:tcW w:type="dxa" w:w="1728"/>
          </w:tcPr>
          <w:p>
            <w:r>
              <w:t>ف</w:t>
            </w:r>
          </w:p>
        </w:tc>
        <w:tc>
          <w:tcPr>
            <w:tcW w:type="dxa" w:w="1728"/>
          </w:tcPr>
          <w:p>
            <w:r>
              <w:t>صادقی</w:t>
            </w:r>
          </w:p>
        </w:tc>
        <w:tc>
          <w:tcPr>
            <w:tcW w:type="dxa" w:w="1728"/>
          </w:tcPr>
          <w:p>
            <w:r>
              <w:t>Fateme_sAd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93*73*3*10</w:t>
            </w:r>
          </w:p>
        </w:tc>
        <w:tc>
          <w:tcPr>
            <w:tcW w:type="dxa" w:w="1728"/>
          </w:tcPr>
          <w:p>
            <w:r>
              <w:t>Hosein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editoreasabi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910920713*</w:t>
            </w:r>
          </w:p>
        </w:tc>
        <w:tc>
          <w:tcPr>
            <w:tcW w:type="dxa" w:w="1728"/>
          </w:tcPr>
          <w:p>
            <w:r>
              <w:t>TÄHMÏŃËH•••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tahmine_eh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93*94*0**9</w:t>
            </w:r>
          </w:p>
        </w:tc>
        <w:tc>
          <w:tcPr>
            <w:tcW w:type="dxa" w:w="1728"/>
          </w:tcPr>
          <w:p>
            <w:r>
              <w:t>(॓_॔) حسن قصاب (॓_॔)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hasangh918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913239427*</w:t>
            </w:r>
          </w:p>
        </w:tc>
        <w:tc>
          <w:tcPr>
            <w:tcW w:type="dxa" w:w="1728"/>
          </w:tcPr>
          <w:p>
            <w:r>
              <w:t>▂▃▄▅▆▇█▓▒░hamide shirmohamadi░▒▓█▇▆▅▄▃▂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Hamideshirmohamadi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9121712*4*</w:t>
            </w:r>
          </w:p>
        </w:tc>
        <w:tc>
          <w:tcPr>
            <w:tcW w:type="dxa" w:w="1728"/>
          </w:tcPr>
          <w:p>
            <w:r>
              <w:t>Ziksary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ziksary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93*2291729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SJ</w:t>
            </w:r>
          </w:p>
        </w:tc>
        <w:tc>
          <w:tcPr>
            <w:tcW w:type="dxa" w:w="1728"/>
          </w:tcPr>
          <w:p>
            <w:r>
              <w:t>Sajad_SJ1989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903*041923</w:t>
            </w:r>
          </w:p>
        </w:tc>
        <w:tc>
          <w:tcPr>
            <w:tcW w:type="dxa" w:w="1728"/>
          </w:tcPr>
          <w:p>
            <w:r>
              <w:t>Fatemeh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912397722*</w:t>
            </w:r>
          </w:p>
        </w:tc>
        <w:tc>
          <w:tcPr>
            <w:tcW w:type="dxa" w:w="1728"/>
          </w:tcPr>
          <w:p>
            <w:r>
              <w:t>Pedram</w:t>
            </w:r>
          </w:p>
        </w:tc>
        <w:tc>
          <w:tcPr>
            <w:tcW w:type="dxa" w:w="1728"/>
          </w:tcPr>
          <w:p>
            <w:r>
              <w:t>Persian💎</w:t>
            </w:r>
          </w:p>
        </w:tc>
        <w:tc>
          <w:tcPr>
            <w:tcW w:type="dxa" w:w="1728"/>
          </w:tcPr>
          <w:p>
            <w:r>
              <w:t>Pedramk1986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93**0422*3</w:t>
            </w:r>
          </w:p>
        </w:tc>
        <w:tc>
          <w:tcPr>
            <w:tcW w:type="dxa" w:w="1728"/>
          </w:tcPr>
          <w:p>
            <w:r>
              <w:t>.mohsen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moohen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93******0*</w:t>
            </w:r>
          </w:p>
        </w:tc>
        <w:tc>
          <w:tcPr>
            <w:tcW w:type="dxa" w:w="1728"/>
          </w:tcPr>
          <w:p>
            <w:r>
              <w:t>◔͜͡◔ یاسین ◔͜͡◔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93**0****0</w:t>
            </w:r>
          </w:p>
        </w:tc>
        <w:tc>
          <w:tcPr>
            <w:tcW w:type="dxa" w:w="1728"/>
          </w:tcPr>
          <w:p>
            <w:r>
              <w:t>Arash</w:t>
            </w:r>
          </w:p>
        </w:tc>
        <w:tc>
          <w:tcPr>
            <w:tcW w:type="dxa" w:w="1728"/>
          </w:tcPr>
          <w:p>
            <w:r>
              <w:t>Dargahi</w:t>
            </w:r>
          </w:p>
        </w:tc>
        <w:tc>
          <w:tcPr>
            <w:tcW w:type="dxa" w:w="1728"/>
          </w:tcPr>
          <w:p>
            <w:r>
              <w:t>arashdn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913227***3</w:t>
            </w:r>
          </w:p>
        </w:tc>
        <w:tc>
          <w:tcPr>
            <w:tcW w:type="dxa" w:w="1728"/>
          </w:tcPr>
          <w:p>
            <w:r>
              <w:t>Rashid</w:t>
            </w:r>
          </w:p>
        </w:tc>
        <w:tc>
          <w:tcPr>
            <w:tcW w:type="dxa" w:w="1728"/>
          </w:tcPr>
          <w:p>
            <w:r>
              <w:t>Ghadiri</w:t>
            </w:r>
          </w:p>
        </w:tc>
        <w:tc>
          <w:tcPr>
            <w:tcW w:type="dxa" w:w="1728"/>
          </w:tcPr>
          <w:p>
            <w:r>
              <w:t>Rashidghadiri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937*207172</w:t>
            </w:r>
          </w:p>
        </w:tc>
        <w:tc>
          <w:tcPr>
            <w:tcW w:type="dxa" w:w="1728"/>
          </w:tcPr>
          <w:p>
            <w:r>
              <w:t>محمد مبین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  <w:tr>
        <w:tc>
          <w:tcPr>
            <w:tcW w:type="dxa" w:w="1728"/>
          </w:tcPr>
          <w:p>
            <w:r>
              <w:t>912933**31</w:t>
            </w:r>
          </w:p>
        </w:tc>
        <w:tc>
          <w:tcPr>
            <w:tcW w:type="dxa" w:w="1728"/>
          </w:tcPr>
          <w:p>
            <w:r>
              <w:t>Mahtab</w:t>
            </w:r>
          </w:p>
        </w:tc>
        <w:tc>
          <w:tcPr>
            <w:tcW w:type="dxa" w:w="1728"/>
          </w:tcPr>
          <w:p>
            <w:r>
              <w:t>Ghoroori</w:t>
            </w:r>
          </w:p>
        </w:tc>
        <w:tc>
          <w:tcPr>
            <w:tcW w:type="dxa" w:w="1728"/>
          </w:tcPr>
          <w:p>
            <w:r>
              <w:t>Mahtabghoroori</w:t>
            </w:r>
          </w:p>
        </w:tc>
        <w:tc>
          <w:tcPr>
            <w:tcW w:type="dxa" w:w="1728"/>
          </w:tcPr>
          <w:p>
            <w:r>
              <w:t>بحث آزاد مارکت نیوبی (بورس، فارکس، کپی تریدینگ)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بحث آزاد مارکت نیوبی (بورس، فارکس، کپی تریدینگ)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