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بحث آزاد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بحث آزاد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93*7904311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m_111011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9332*7124*</w:t>
            </w:r>
          </w:p>
        </w:tc>
        <w:tc>
          <w:tcPr>
            <w:tcW w:type="dxa" w:w="1728"/>
          </w:tcPr>
          <w:p>
            <w:r>
              <w:t>سید مرتضی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smbo1382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933*9403*7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Milad8119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910**22**4</w:t>
            </w:r>
          </w:p>
        </w:tc>
        <w:tc>
          <w:tcPr>
            <w:tcW w:type="dxa" w:w="1728"/>
          </w:tcPr>
          <w:p>
            <w:r>
              <w:t>/: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Dach_mosi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991300*2*4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Amirmohtasham2019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93*3**29*3</w:t>
            </w:r>
          </w:p>
        </w:tc>
        <w:tc>
          <w:tcPr>
            <w:tcW w:type="dxa" w:w="1728"/>
          </w:tcPr>
          <w:p>
            <w:r>
              <w:t>ოﾑみsﾑ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Mahowow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93310**13*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aali_nga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912**44720</w:t>
            </w:r>
          </w:p>
        </w:tc>
        <w:tc>
          <w:tcPr>
            <w:tcW w:type="dxa" w:w="1728"/>
          </w:tcPr>
          <w:p>
            <w:r>
              <w:t>Rose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rosa10200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912243*0*3</w:t>
            </w:r>
          </w:p>
        </w:tc>
        <w:tc>
          <w:tcPr>
            <w:tcW w:type="dxa" w:w="1728"/>
          </w:tcPr>
          <w:p>
            <w:r>
              <w:t>Amir.h</w:t>
            </w:r>
          </w:p>
        </w:tc>
        <w:tc>
          <w:tcPr>
            <w:tcW w:type="dxa" w:w="1728"/>
          </w:tcPr>
          <w:p>
            <w:r>
              <w:t>Baradaran</w:t>
            </w:r>
          </w:p>
        </w:tc>
        <w:tc>
          <w:tcPr>
            <w:tcW w:type="dxa" w:w="1728"/>
          </w:tcPr>
          <w:p>
            <w:r>
              <w:t>amir_brdrn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91*2334717</w:t>
            </w:r>
          </w:p>
        </w:tc>
        <w:tc>
          <w:tcPr>
            <w:tcW w:type="dxa" w:w="1728"/>
          </w:tcPr>
          <w:p>
            <w:r>
              <w:t>uıəssoɥ</w:t>
            </w:r>
          </w:p>
        </w:tc>
        <w:tc>
          <w:tcPr>
            <w:tcW w:type="dxa" w:w="1728"/>
          </w:tcPr>
          <w:p>
            <w:r>
              <w:t>ɹıɯɐ</w:t>
            </w:r>
          </w:p>
        </w:tc>
        <w:tc>
          <w:tcPr>
            <w:tcW w:type="dxa" w:w="1728"/>
          </w:tcPr>
          <w:p>
            <w:r>
              <w:t>Zare137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937292*994</w:t>
            </w:r>
          </w:p>
        </w:tc>
        <w:tc>
          <w:tcPr>
            <w:tcW w:type="dxa" w:w="1728"/>
          </w:tcPr>
          <w:p>
            <w:r>
              <w:t>Roben</w:t>
            </w:r>
          </w:p>
        </w:tc>
        <w:tc>
          <w:tcPr>
            <w:tcW w:type="dxa" w:w="1728"/>
          </w:tcPr>
          <w:p>
            <w:r>
              <w:t>Soheili</w:t>
            </w:r>
          </w:p>
        </w:tc>
        <w:tc>
          <w:tcPr>
            <w:tcW w:type="dxa" w:w="1728"/>
          </w:tcPr>
          <w:p>
            <w:r>
              <w:t>robensoheili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93*0411*32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Hastiiiam78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93341*2*2*</w:t>
            </w:r>
          </w:p>
        </w:tc>
        <w:tc>
          <w:tcPr>
            <w:tcW w:type="dxa" w:w="1728"/>
          </w:tcPr>
          <w:p>
            <w:r>
              <w:t>hasti kavoosi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hastiw_kavoos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919**7077*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919900*114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Mrdn</w:t>
            </w:r>
          </w:p>
        </w:tc>
        <w:tc>
          <w:tcPr>
            <w:tcW w:type="dxa" w:w="1728"/>
          </w:tcPr>
          <w:p>
            <w:r>
              <w:t>Amirrezamrdn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9104*2*439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Babaee</w:t>
            </w:r>
          </w:p>
        </w:tc>
        <w:tc>
          <w:tcPr>
            <w:tcW w:type="dxa" w:w="1728"/>
          </w:tcPr>
          <w:p>
            <w:r>
              <w:t>AG_Programmer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939*2*3**3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یشناد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921*0*97*4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abolfazl090909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9372****7*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bi_id7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93*07214*0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>
              <w:t>"electro_rama"</w:t>
            </w:r>
          </w:p>
        </w:tc>
        <w:tc>
          <w:tcPr>
            <w:tcW w:type="dxa" w:w="1728"/>
          </w:tcPr>
          <w:p>
            <w:r>
              <w:t>rmn_617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9129*7*9*9</w:t>
            </w:r>
          </w:p>
        </w:tc>
        <w:tc>
          <w:tcPr>
            <w:tcW w:type="dxa" w:w="1728"/>
          </w:tcPr>
          <w:p>
            <w:r>
              <w:t>Alireza 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LeatherEggMan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902*132494</w:t>
            </w:r>
          </w:p>
        </w:tc>
        <w:tc>
          <w:tcPr>
            <w:tcW w:type="dxa" w:w="1728"/>
          </w:tcPr>
          <w:p>
            <w:r>
              <w:t>♡Black Rose♡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Blackrose008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9140299931</w:t>
            </w:r>
          </w:p>
        </w:tc>
        <w:tc>
          <w:tcPr>
            <w:tcW w:type="dxa" w:w="1728"/>
          </w:tcPr>
          <w:p>
            <w:r>
              <w:t>❖ ̰ye ̰̭b̰̭̰̭a̰̭̰̭n̰̭̰̭d̰̭e ̰̭k̰̭̰̭h̰̭̰̭o̰̭̰̭d̰̭̰̭a̰̭ 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yebandehkhoda2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91***277*1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9029290723</w:t>
            </w:r>
          </w:p>
        </w:tc>
        <w:tc>
          <w:tcPr>
            <w:tcW w:type="dxa" w:w="1728"/>
          </w:tcPr>
          <w:p>
            <w:r>
              <w:t>D?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aaaaamm8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914*3*374*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93***130*7</w:t>
            </w:r>
          </w:p>
        </w:tc>
        <w:tc>
          <w:tcPr>
            <w:tcW w:type="dxa" w:w="1728"/>
          </w:tcPr>
          <w:p>
            <w:r>
              <w:t>SEVDA × ͜ 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sevi18_5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9394*79432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Kamli_i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99011**714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Mohammad_tajyck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933230217*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Kowsar_0051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91*7****97</w:t>
            </w:r>
          </w:p>
        </w:tc>
        <w:tc>
          <w:tcPr>
            <w:tcW w:type="dxa" w:w="1728"/>
          </w:tcPr>
          <w:p>
            <w:r>
              <w:t>𝕊𝕒𝕝𝕖𝕞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God_man11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903*33*41*</w:t>
            </w:r>
          </w:p>
        </w:tc>
        <w:tc>
          <w:tcPr>
            <w:tcW w:type="dxa" w:w="1728"/>
          </w:tcPr>
          <w:p>
            <w:r>
              <w:t>آبتین.م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afsoon140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919090*14*</w:t>
            </w:r>
          </w:p>
        </w:tc>
        <w:tc>
          <w:tcPr>
            <w:tcW w:type="dxa" w:w="1728"/>
          </w:tcPr>
          <w:p>
            <w:r>
              <w:t>Miss_safari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safari_2003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91**9**1*9</w:t>
            </w:r>
          </w:p>
        </w:tc>
        <w:tc>
          <w:tcPr>
            <w:tcW w:type="dxa" w:w="1728"/>
          </w:tcPr>
          <w:p>
            <w:r>
              <w:t>M.b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mahdiyeh_baran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912*931900</w:t>
            </w:r>
          </w:p>
        </w:tc>
        <w:tc>
          <w:tcPr>
            <w:tcW w:type="dxa" w:w="1728"/>
          </w:tcPr>
          <w:p>
            <w:r>
              <w:t>𝓐𝓜𝓘𝓡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amirkoop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93*34**272</w:t>
            </w:r>
          </w:p>
        </w:tc>
        <w:tc>
          <w:tcPr>
            <w:tcW w:type="dxa" w:w="1728"/>
          </w:tcPr>
          <w:p>
            <w:r>
              <w:t>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y2e00a4s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919993*0**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DEAD_NO_TALES_OO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91*72**307</w:t>
            </w:r>
          </w:p>
        </w:tc>
        <w:tc>
          <w:tcPr>
            <w:tcW w:type="dxa" w:w="1728"/>
          </w:tcPr>
          <w:p>
            <w:r>
              <w:t>𖣫〚🅡֢a֟֟s֢o֟֟u֢l֟֟]🌿꙰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Dr_rasoul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902*2*23*1</w:t>
            </w:r>
          </w:p>
        </w:tc>
        <w:tc>
          <w:tcPr>
            <w:tcW w:type="dxa" w:w="1728"/>
          </w:tcPr>
          <w:p>
            <w:r>
              <w:t>Mary🧚🏻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maryamm_sadath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9133*22*9*</w:t>
            </w:r>
          </w:p>
        </w:tc>
        <w:tc>
          <w:tcPr>
            <w:tcW w:type="dxa" w:w="1728"/>
          </w:tcPr>
          <w:p>
            <w:r>
              <w:t>°•❄M❄•°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bahar1399k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91*419**92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sh_ahin_63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930*479*3*</w:t>
            </w:r>
          </w:p>
        </w:tc>
        <w:tc>
          <w:tcPr>
            <w:tcW w:type="dxa" w:w="1728"/>
          </w:tcPr>
          <w:p>
            <w:r>
              <w:t>zℭynღb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Zeynab9538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930**0**93</w:t>
            </w:r>
          </w:p>
        </w:tc>
        <w:tc>
          <w:tcPr>
            <w:tcW w:type="dxa" w:w="1728"/>
          </w:tcPr>
          <w:p>
            <w:r>
              <w:t>🌙NAZ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Aynz_h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9393*921**</w:t>
            </w:r>
          </w:p>
        </w:tc>
        <w:tc>
          <w:tcPr>
            <w:tcW w:type="dxa" w:w="1728"/>
          </w:tcPr>
          <w:p>
            <w:r>
              <w:t>❥↳ᴍɪss⇛ɴᴀsɪ♡🌙❱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Nasiw_98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93*712**1*</w:t>
            </w:r>
          </w:p>
        </w:tc>
        <w:tc>
          <w:tcPr>
            <w:tcW w:type="dxa" w:w="1728"/>
          </w:tcPr>
          <w:p>
            <w:r>
              <w:t>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Ba_13833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93*0*72412</w:t>
            </w:r>
          </w:p>
        </w:tc>
        <w:tc>
          <w:tcPr>
            <w:tcW w:type="dxa" w:w="1728"/>
          </w:tcPr>
          <w:p>
            <w:r>
              <w:t>Al&gt;ReZzam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ALIREEEZAAM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939*430*70</w:t>
            </w:r>
          </w:p>
        </w:tc>
        <w:tc>
          <w:tcPr>
            <w:tcW w:type="dxa" w:w="1728"/>
          </w:tcPr>
          <w:p>
            <w:r>
              <w:t>LOADING2...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Me_kia1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914***7103</w:t>
            </w:r>
          </w:p>
        </w:tc>
        <w:tc>
          <w:tcPr>
            <w:tcW w:type="dxa" w:w="1728"/>
          </w:tcPr>
          <w:p>
            <w:r>
              <w:t>😃آرتین 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9392**4723</w:t>
            </w:r>
          </w:p>
        </w:tc>
        <w:tc>
          <w:tcPr>
            <w:tcW w:type="dxa" w:w="1728"/>
          </w:tcPr>
          <w:p>
            <w:r>
              <w:t>‌galaxy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Saeddrezae123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939*9*40**</w:t>
            </w:r>
          </w:p>
        </w:tc>
        <w:tc>
          <w:tcPr>
            <w:tcW w:type="dxa" w:w="1728"/>
          </w:tcPr>
          <w:p>
            <w:r>
              <w:t>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9331499*70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HamedKhalili1377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917*31*1*7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A1l3i57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9113007114</w:t>
            </w:r>
          </w:p>
        </w:tc>
        <w:tc>
          <w:tcPr>
            <w:tcW w:type="dxa" w:w="1728"/>
          </w:tcPr>
          <w:p>
            <w:r>
              <w:t>ftmh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ftmees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93*4473192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Hossein_farzadnia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919*214*1*</w:t>
            </w:r>
          </w:p>
        </w:tc>
        <w:tc>
          <w:tcPr>
            <w:tcW w:type="dxa" w:w="1728"/>
          </w:tcPr>
          <w:p>
            <w:r>
              <w:t xml:space="preserve"> ⁭⁫⁪⁫⁬⁭⁫⁪⁫⁬ ⁭⁫⁪⁫⁬⁭⁫⁪⁫⁬مُحَمَد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Me0j91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910030**40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Financial_office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93**3*74*3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mhmd_9077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9014*104*2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ItsMative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937347***2</w:t>
            </w:r>
          </w:p>
        </w:tc>
        <w:tc>
          <w:tcPr>
            <w:tcW w:type="dxa" w:w="1728"/>
          </w:tcPr>
          <w:p>
            <w:r>
              <w:t>ᴀʟɪʀᴇᴢᴀ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O1001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93049*3*7*</w:t>
            </w:r>
          </w:p>
        </w:tc>
        <w:tc>
          <w:tcPr>
            <w:tcW w:type="dxa" w:w="1728"/>
          </w:tcPr>
          <w:p>
            <w:r>
              <w:t>ஜ۩۩ஜ THE.FIEND 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TheFiend0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9149**2779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Oroujzade</w:t>
            </w:r>
          </w:p>
        </w:tc>
        <w:tc>
          <w:tcPr>
            <w:tcW w:type="dxa" w:w="1728"/>
          </w:tcPr>
          <w:p>
            <w:r>
              <w:t>hasan_o93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90**72979*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NiLi_0011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910192*10*</w:t>
            </w:r>
          </w:p>
        </w:tc>
        <w:tc>
          <w:tcPr>
            <w:tcW w:type="dxa" w:w="1728"/>
          </w:tcPr>
          <w:p>
            <w:r>
              <w:t>hidden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Sepehrr027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91474**313</w:t>
            </w:r>
          </w:p>
        </w:tc>
        <w:tc>
          <w:tcPr>
            <w:tcW w:type="dxa" w:w="1728"/>
          </w:tcPr>
          <w:p>
            <w:r>
              <w:t>خداوند از تو مدد‌.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Mrr_iranian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939729*077</w:t>
            </w:r>
          </w:p>
        </w:tc>
        <w:tc>
          <w:tcPr>
            <w:tcW w:type="dxa" w:w="1728"/>
          </w:tcPr>
          <w:p>
            <w:r>
              <w:t>Za#Raw??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zahra_3127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921*32**29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919*334412</w:t>
            </w:r>
          </w:p>
        </w:tc>
        <w:tc>
          <w:tcPr>
            <w:tcW w:type="dxa" w:w="1728"/>
          </w:tcPr>
          <w:p>
            <w:r>
              <w:t>Ariyan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R_Yan_zz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91***91733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93791*37**</w:t>
            </w:r>
          </w:p>
        </w:tc>
        <w:tc>
          <w:tcPr>
            <w:tcW w:type="dxa" w:w="1728"/>
          </w:tcPr>
          <w:p>
            <w:r>
              <w:t>masterpiece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RaTaDaNa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91*7*9*701</w:t>
            </w:r>
          </w:p>
        </w:tc>
        <w:tc>
          <w:tcPr>
            <w:tcW w:type="dxa" w:w="1728"/>
          </w:tcPr>
          <w:p>
            <w:r>
              <w:t>M.k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Mohammad_k33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90319*2422</w:t>
            </w:r>
          </w:p>
        </w:tc>
        <w:tc>
          <w:tcPr>
            <w:tcW w:type="dxa" w:w="1728"/>
          </w:tcPr>
          <w:p>
            <w:r>
              <w:t>Mim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Marywami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990*379*77</w:t>
            </w:r>
          </w:p>
        </w:tc>
        <w:tc>
          <w:tcPr>
            <w:tcW w:type="dxa" w:w="1728"/>
          </w:tcPr>
          <w:p>
            <w:r>
              <w:t>M.l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Werci78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930*2*30*9</w:t>
            </w:r>
          </w:p>
        </w:tc>
        <w:tc>
          <w:tcPr>
            <w:tcW w:type="dxa" w:w="1728"/>
          </w:tcPr>
          <w:p>
            <w:r>
              <w:t>Jeyran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Siva989898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93*71*3994</w:t>
            </w:r>
          </w:p>
        </w:tc>
        <w:tc>
          <w:tcPr>
            <w:tcW w:type="dxa" w:w="1728"/>
          </w:tcPr>
          <w:p>
            <w:r>
              <w:t>aٌrٓmٰaٓn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rman_am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93*7**410*</w:t>
            </w:r>
          </w:p>
        </w:tc>
        <w:tc>
          <w:tcPr>
            <w:tcW w:type="dxa" w:w="1728"/>
          </w:tcPr>
          <w:p>
            <w:r>
              <w:t>بهنام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f_b13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9910***44*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Hossiiiiiiiii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9172719739</w:t>
            </w:r>
          </w:p>
        </w:tc>
        <w:tc>
          <w:tcPr>
            <w:tcW w:type="dxa" w:w="1728"/>
          </w:tcPr>
          <w:p>
            <w:r>
              <w:t>*Masoud*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Masoud2251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93047*4**2</w:t>
            </w:r>
          </w:p>
        </w:tc>
        <w:tc>
          <w:tcPr>
            <w:tcW w:type="dxa" w:w="1728"/>
          </w:tcPr>
          <w:p>
            <w:r>
              <w:t>Seyed saeed mousavi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Saeed001122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990*91104*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ALONELOVE2002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  <w:tr>
        <w:tc>
          <w:tcPr>
            <w:tcW w:type="dxa" w:w="1728"/>
          </w:tcPr>
          <w:p>
            <w:r>
              <w:t>91424*2273</w:t>
            </w:r>
          </w:p>
        </w:tc>
        <w:tc>
          <w:tcPr>
            <w:tcW w:type="dxa" w:w="1728"/>
          </w:tcPr>
          <w:p>
            <w:r>
              <w:t>life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mbelali</w:t>
            </w:r>
          </w:p>
        </w:tc>
        <w:tc>
          <w:tcPr>
            <w:tcW w:type="dxa" w:w="1728"/>
          </w:tcPr>
          <w:p>
            <w:r>
              <w:t>بحث آزاد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بحث آزاد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