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بانک اطلاعات پوشاک ایران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بانک اطلاعات پوشاک ایران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919*34001*</w:t>
            </w:r>
          </w:p>
        </w:tc>
        <w:tc>
          <w:tcPr>
            <w:tcW w:type="dxa" w:w="1728"/>
          </w:tcPr>
          <w:p>
            <w:r>
              <w:t>الهه</w:t>
            </w:r>
          </w:p>
        </w:tc>
        <w:tc>
          <w:tcPr>
            <w:tcW w:type="dxa" w:w="1728"/>
          </w:tcPr>
          <w:p>
            <w:r>
              <w:t>امیری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93*14042**</w:t>
            </w:r>
          </w:p>
        </w:tc>
        <w:tc>
          <w:tcPr>
            <w:tcW w:type="dxa" w:w="1728"/>
          </w:tcPr>
          <w:p>
            <w:r>
              <w:t>Manouchhre keramat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manouchhre_keramat</w:t>
            </w:r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912**3*093</w:t>
            </w:r>
          </w:p>
        </w:tc>
        <w:tc>
          <w:tcPr>
            <w:tcW w:type="dxa" w:w="1728"/>
          </w:tcPr>
          <w:p>
            <w:r>
              <w:t>deniz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lebaseziredeniz</w:t>
            </w:r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91242*9772</w:t>
            </w:r>
          </w:p>
        </w:tc>
        <w:tc>
          <w:tcPr>
            <w:tcW w:type="dxa" w:w="1728"/>
          </w:tcPr>
          <w:p>
            <w:r>
              <w:t>Akbar</w:t>
            </w:r>
          </w:p>
        </w:tc>
        <w:tc>
          <w:tcPr>
            <w:tcW w:type="dxa" w:w="1728"/>
          </w:tcPr>
          <w:p>
            <w:r>
              <w:t>Rtyu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9399072*00</w:t>
            </w:r>
          </w:p>
        </w:tc>
        <w:tc>
          <w:tcPr>
            <w:tcW w:type="dxa" w:w="1728"/>
          </w:tcPr>
          <w:p>
            <w:r>
              <w:t>A.n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Atefeh8126</w:t>
            </w:r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9127*17244</w:t>
            </w:r>
          </w:p>
        </w:tc>
        <w:tc>
          <w:tcPr>
            <w:tcW w:type="dxa" w:w="1728"/>
          </w:tcPr>
          <w:p>
            <w:r>
              <w:t>رضا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93*77*7720</w:t>
            </w:r>
          </w:p>
        </w:tc>
        <w:tc>
          <w:tcPr>
            <w:tcW w:type="dxa" w:w="1728"/>
          </w:tcPr>
          <w:p>
            <w:r>
              <w:t>🦴Hossein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Zippoo007</w:t>
            </w:r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93*2*23*23</w:t>
            </w:r>
          </w:p>
        </w:tc>
        <w:tc>
          <w:tcPr>
            <w:tcW w:type="dxa" w:w="1728"/>
          </w:tcPr>
          <w:p>
            <w:r>
              <w:t>محمدرضا</w:t>
            </w:r>
          </w:p>
        </w:tc>
        <w:tc>
          <w:tcPr>
            <w:tcW w:type="dxa" w:w="1728"/>
          </w:tcPr>
          <w:p>
            <w:r>
              <w:t>مرادی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9191212*11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902*4**330</w:t>
            </w:r>
          </w:p>
        </w:tc>
        <w:tc>
          <w:tcPr>
            <w:tcW w:type="dxa" w:w="1728"/>
          </w:tcPr>
          <w:p>
            <w:r>
              <w:t>asghar</w:t>
            </w:r>
          </w:p>
        </w:tc>
        <w:tc>
          <w:tcPr>
            <w:tcW w:type="dxa" w:w="1728"/>
          </w:tcPr>
          <w:p>
            <w:r>
              <w:t>rostami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9109*3004*</w:t>
            </w:r>
          </w:p>
        </w:tc>
        <w:tc>
          <w:tcPr>
            <w:tcW w:type="dxa" w:w="1728"/>
          </w:tcPr>
          <w:p>
            <w:r>
              <w:t>Tavarish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930993421*</w:t>
            </w:r>
          </w:p>
        </w:tc>
        <w:tc>
          <w:tcPr>
            <w:tcW w:type="dxa" w:w="1728"/>
          </w:tcPr>
          <w:p>
            <w:r>
              <w:t>golafshan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903**0**9*</w:t>
            </w:r>
          </w:p>
        </w:tc>
        <w:tc>
          <w:tcPr>
            <w:tcW w:type="dxa" w:w="1728"/>
          </w:tcPr>
          <w:p>
            <w:r>
              <w:t>Kamran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Kamran473</w:t>
            </w:r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93*147**10</w:t>
            </w:r>
          </w:p>
        </w:tc>
        <w:tc>
          <w:tcPr>
            <w:tcW w:type="dxa" w:w="1728"/>
          </w:tcPr>
          <w:p>
            <w:r>
              <w:t>Saeed</w:t>
            </w:r>
          </w:p>
        </w:tc>
        <w:tc>
          <w:tcPr>
            <w:tcW w:type="dxa" w:w="1728"/>
          </w:tcPr>
          <w:p>
            <w:r>
              <w:t>Allahyar</w:t>
            </w:r>
          </w:p>
        </w:tc>
        <w:tc>
          <w:tcPr>
            <w:tcW w:type="dxa" w:w="1728"/>
          </w:tcPr>
          <w:p>
            <w:r>
              <w:t>poshak_admin2</w:t>
            </w:r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9127039912</w:t>
            </w:r>
          </w:p>
        </w:tc>
        <w:tc>
          <w:tcPr>
            <w:tcW w:type="dxa" w:w="1728"/>
          </w:tcPr>
          <w:p>
            <w:r>
              <w:t>Mostafa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mosienzo</w:t>
            </w:r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912**770*3</w:t>
            </w:r>
          </w:p>
        </w:tc>
        <w:tc>
          <w:tcPr>
            <w:tcW w:type="dxa" w:w="1728"/>
          </w:tcPr>
          <w:p>
            <w:r>
              <w:t>arman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912*1**1*7</w:t>
            </w:r>
          </w:p>
        </w:tc>
        <w:tc>
          <w:tcPr>
            <w:tcW w:type="dxa" w:w="1728"/>
          </w:tcPr>
          <w:p>
            <w:r>
              <w:t>رضا</w:t>
            </w:r>
          </w:p>
        </w:tc>
        <w:tc>
          <w:tcPr>
            <w:tcW w:type="dxa" w:w="1728"/>
          </w:tcPr>
          <w:p>
            <w:r>
              <w:t>هنرکار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9192*9**19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9212*11430</w:t>
            </w:r>
          </w:p>
        </w:tc>
        <w:tc>
          <w:tcPr>
            <w:tcW w:type="dxa" w:w="1728"/>
          </w:tcPr>
          <w:p>
            <w:r>
              <w:t>مهدوی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910*717**2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G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9123121*49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>
              <w:t>GHIASI</w:t>
            </w:r>
          </w:p>
        </w:tc>
        <w:tc>
          <w:tcPr>
            <w:tcW w:type="dxa" w:w="1728"/>
          </w:tcPr>
          <w:p>
            <w:r>
              <w:t>alirezaghias3</w:t>
            </w:r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93*4**0277</w:t>
            </w:r>
          </w:p>
        </w:tc>
        <w:tc>
          <w:tcPr>
            <w:tcW w:type="dxa" w:w="1728"/>
          </w:tcPr>
          <w:p>
            <w:r>
              <w:t>:)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912272*379</w:t>
            </w:r>
          </w:p>
        </w:tc>
        <w:tc>
          <w:tcPr>
            <w:tcW w:type="dxa" w:w="1728"/>
          </w:tcPr>
          <w:p>
            <w:r>
              <w:t>sohil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93***201*2</w:t>
            </w:r>
          </w:p>
        </w:tc>
        <w:tc>
          <w:tcPr>
            <w:tcW w:type="dxa" w:w="1728"/>
          </w:tcPr>
          <w:p>
            <w:r>
              <w:t>حمید</w:t>
            </w:r>
          </w:p>
        </w:tc>
        <w:tc>
          <w:tcPr>
            <w:tcW w:type="dxa" w:w="1728"/>
          </w:tcPr>
          <w:p>
            <w:r>
              <w:t>خسروانی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9121720**1</w:t>
            </w:r>
          </w:p>
        </w:tc>
        <w:tc>
          <w:tcPr>
            <w:tcW w:type="dxa" w:w="1728"/>
          </w:tcPr>
          <w:p>
            <w:r>
              <w:t>حسين</w:t>
            </w:r>
          </w:p>
        </w:tc>
        <w:tc>
          <w:tcPr>
            <w:tcW w:type="dxa" w:w="1728"/>
          </w:tcPr>
          <w:p>
            <w:r>
              <w:t>منيري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90379*3473</w:t>
            </w:r>
          </w:p>
        </w:tc>
        <w:tc>
          <w:tcPr>
            <w:tcW w:type="dxa" w:w="1728"/>
          </w:tcPr>
          <w:p>
            <w:r>
              <w:t>شادی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912320*32*</w:t>
            </w:r>
          </w:p>
        </w:tc>
        <w:tc>
          <w:tcPr>
            <w:tcW w:type="dxa" w:w="1728"/>
          </w:tcPr>
          <w:p>
            <w:r>
              <w:t>Bahram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Bahrammirjavadi</w:t>
            </w:r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93713331*3</w:t>
            </w:r>
          </w:p>
        </w:tc>
        <w:tc>
          <w:tcPr>
            <w:tcW w:type="dxa" w:w="1728"/>
          </w:tcPr>
          <w:p>
            <w:r>
              <w:t>●▬▬๑۩۩๑ṃḙḧḓḯ ๑۩۩๑▬▬●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mehdi_sayab</w:t>
            </w:r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912120*94*</w:t>
            </w:r>
          </w:p>
        </w:tc>
        <w:tc>
          <w:tcPr>
            <w:tcW w:type="dxa" w:w="1728"/>
          </w:tcPr>
          <w:p>
            <w:r>
              <w:t>mobl classic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937*72029*</w:t>
            </w:r>
          </w:p>
        </w:tc>
        <w:tc>
          <w:tcPr>
            <w:tcW w:type="dxa" w:w="1728"/>
          </w:tcPr>
          <w:p>
            <w:r>
              <w:t>????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lebaszirkimia</w:t>
            </w:r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911*3*3304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>
              <w:t>عرب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9109*97*4*</w:t>
            </w:r>
          </w:p>
        </w:tc>
        <w:tc>
          <w:tcPr>
            <w:tcW w:type="dxa" w:w="1728"/>
          </w:tcPr>
          <w:p>
            <w:r>
              <w:t>farzaneh.m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921102720*</w:t>
            </w:r>
          </w:p>
        </w:tc>
        <w:tc>
          <w:tcPr>
            <w:tcW w:type="dxa" w:w="1728"/>
          </w:tcPr>
          <w:p>
            <w:r>
              <w:t>رهگذر</w:t>
            </w:r>
          </w:p>
        </w:tc>
        <w:tc>
          <w:tcPr>
            <w:tcW w:type="dxa" w:w="1728"/>
          </w:tcPr>
          <w:p>
            <w:r>
              <w:t>غریبه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912*1*7**0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912*3**4*2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>
              <w:t>Melody</w:t>
            </w:r>
          </w:p>
        </w:tc>
        <w:tc>
          <w:tcPr>
            <w:tcW w:type="dxa" w:w="1728"/>
          </w:tcPr>
          <w:p>
            <w:r>
              <w:t>mehdymelody</w:t>
            </w:r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9119914**1</w:t>
            </w:r>
          </w:p>
        </w:tc>
        <w:tc>
          <w:tcPr>
            <w:tcW w:type="dxa" w:w="1728"/>
          </w:tcPr>
          <w:p>
            <w:r>
              <w:t>♣Mohamd♣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93*399*33*</w:t>
            </w:r>
          </w:p>
        </w:tc>
        <w:tc>
          <w:tcPr>
            <w:tcW w:type="dxa" w:w="1728"/>
          </w:tcPr>
          <w:p>
            <w:r>
              <w:t>Soheyla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9127141071</w:t>
            </w:r>
          </w:p>
        </w:tc>
        <w:tc>
          <w:tcPr>
            <w:tcW w:type="dxa" w:w="1728"/>
          </w:tcPr>
          <w:p>
            <w:r>
              <w:t>امین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Amhasani457</w:t>
            </w:r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93779240*0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rezi744</w:t>
            </w:r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921**0*32*</w:t>
            </w:r>
          </w:p>
        </w:tc>
        <w:tc>
          <w:tcPr>
            <w:tcW w:type="dxa" w:w="1728"/>
          </w:tcPr>
          <w:p>
            <w:r>
              <w:t>ARTEEN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MrKHAS_ENG70</w:t>
            </w:r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91***37941</w:t>
            </w:r>
          </w:p>
        </w:tc>
        <w:tc>
          <w:tcPr>
            <w:tcW w:type="dxa" w:w="1728"/>
          </w:tcPr>
          <w:p>
            <w:r>
              <w:t>صبا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9123**143*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Roohi</w:t>
            </w:r>
          </w:p>
        </w:tc>
        <w:tc>
          <w:tcPr>
            <w:tcW w:type="dxa" w:w="1728"/>
          </w:tcPr>
          <w:p>
            <w:r>
              <w:t>Rohisefat</w:t>
            </w:r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90327311**</w:t>
            </w:r>
          </w:p>
        </w:tc>
        <w:tc>
          <w:tcPr>
            <w:tcW w:type="dxa" w:w="1728"/>
          </w:tcPr>
          <w:p>
            <w:r>
              <w:t>Hamed</w:t>
            </w:r>
          </w:p>
        </w:tc>
        <w:tc>
          <w:tcPr>
            <w:tcW w:type="dxa" w:w="1728"/>
          </w:tcPr>
          <w:p>
            <w:r>
              <w:t>Alishiri</w:t>
            </w:r>
          </w:p>
        </w:tc>
        <w:tc>
          <w:tcPr>
            <w:tcW w:type="dxa" w:w="1728"/>
          </w:tcPr>
          <w:p>
            <w:r>
              <w:t>HAMEDALISHIRY</w:t>
            </w:r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93**444*9*</w:t>
            </w:r>
          </w:p>
        </w:tc>
        <w:tc>
          <w:tcPr>
            <w:tcW w:type="dxa" w:w="1728"/>
          </w:tcPr>
          <w:p>
            <w:r>
              <w:t>(Omid)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Omid01365</w:t>
            </w:r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9109090*04</w:t>
            </w:r>
          </w:p>
        </w:tc>
        <w:tc>
          <w:tcPr>
            <w:tcW w:type="dxa" w:w="1728"/>
          </w:tcPr>
          <w:p>
            <w:r>
              <w:t>sadeghico</w:t>
            </w:r>
          </w:p>
        </w:tc>
        <w:tc>
          <w:tcPr>
            <w:tcW w:type="dxa" w:w="1728"/>
          </w:tcPr>
          <w:p>
            <w:r>
              <w:t>shop</w:t>
            </w:r>
          </w:p>
        </w:tc>
        <w:tc>
          <w:tcPr>
            <w:tcW w:type="dxa" w:w="1728"/>
          </w:tcPr>
          <w:p>
            <w:r>
              <w:t>sadeghico_ir</w:t>
            </w:r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937*7*3770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91214**9*0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>
              <w:t>پناهی پور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91270*3711</w:t>
            </w:r>
          </w:p>
        </w:tc>
        <w:tc>
          <w:tcPr>
            <w:tcW w:type="dxa" w:w="1728"/>
          </w:tcPr>
          <w:p>
            <w:r>
              <w:t>Davod</w:t>
            </w:r>
          </w:p>
        </w:tc>
        <w:tc>
          <w:tcPr>
            <w:tcW w:type="dxa" w:w="1728"/>
          </w:tcPr>
          <w:p>
            <w:r>
              <w:t>Bazrafshan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919*2*1023</w:t>
            </w:r>
          </w:p>
        </w:tc>
        <w:tc>
          <w:tcPr>
            <w:tcW w:type="dxa" w:w="1728"/>
          </w:tcPr>
          <w:p>
            <w:r>
              <w:t>Aلi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>
              <w:t>Alirahimie</w:t>
            </w:r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93*123231*</w:t>
            </w:r>
          </w:p>
        </w:tc>
        <w:tc>
          <w:tcPr>
            <w:tcW w:type="dxa" w:w="1728"/>
          </w:tcPr>
          <w:p>
            <w:r>
              <w:t>S.Abdi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9213*2110*</w:t>
            </w:r>
          </w:p>
        </w:tc>
        <w:tc>
          <w:tcPr>
            <w:tcW w:type="dxa" w:w="1728"/>
          </w:tcPr>
          <w:p>
            <w:r>
              <w:t>nihan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Zhiiiina</w:t>
            </w:r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9192**3*24</w:t>
            </w:r>
          </w:p>
        </w:tc>
        <w:tc>
          <w:tcPr>
            <w:tcW w:type="dxa" w:w="1728"/>
          </w:tcPr>
          <w:p>
            <w:r>
              <w:t>حسن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903*93**7*</w:t>
            </w:r>
          </w:p>
        </w:tc>
        <w:tc>
          <w:tcPr>
            <w:tcW w:type="dxa" w:w="1728"/>
          </w:tcPr>
          <w:p>
            <w:r>
              <w:t>hadis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990**7423*</w:t>
            </w:r>
          </w:p>
        </w:tc>
        <w:tc>
          <w:tcPr>
            <w:tcW w:type="dxa" w:w="1728"/>
          </w:tcPr>
          <w:p>
            <w:r>
              <w:t>mehran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9104*174**</w:t>
            </w:r>
          </w:p>
        </w:tc>
        <w:tc>
          <w:tcPr>
            <w:tcW w:type="dxa" w:w="1728"/>
          </w:tcPr>
          <w:p>
            <w:r>
              <w:t>N.m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Af202</w:t>
            </w:r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91977*2703</w:t>
            </w:r>
          </w:p>
        </w:tc>
        <w:tc>
          <w:tcPr>
            <w:tcW w:type="dxa" w:w="1728"/>
          </w:tcPr>
          <w:p>
            <w:r>
              <w:t>faride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93*0303092</w:t>
            </w:r>
          </w:p>
        </w:tc>
        <w:tc>
          <w:tcPr>
            <w:tcW w:type="dxa" w:w="1728"/>
          </w:tcPr>
          <w:p>
            <w:r>
              <w:t>T.A.N.H.A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93*0***411</w:t>
            </w:r>
          </w:p>
        </w:tc>
        <w:tc>
          <w:tcPr>
            <w:tcW w:type="dxa" w:w="1728"/>
          </w:tcPr>
          <w:p>
            <w:r>
              <w:t>Leila</w:t>
            </w:r>
          </w:p>
        </w:tc>
        <w:tc>
          <w:tcPr>
            <w:tcW w:type="dxa" w:w="1728"/>
          </w:tcPr>
          <w:p>
            <w:r>
              <w:t>Naderi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93919*473*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Aaai6900</w:t>
            </w:r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902*******</w:t>
            </w:r>
          </w:p>
        </w:tc>
        <w:tc>
          <w:tcPr>
            <w:tcW w:type="dxa" w:w="1728"/>
          </w:tcPr>
          <w:p>
            <w:r>
              <w:t>امیر عادلی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93*2*722**</w:t>
            </w:r>
          </w:p>
        </w:tc>
        <w:tc>
          <w:tcPr>
            <w:tcW w:type="dxa" w:w="1728"/>
          </w:tcPr>
          <w:p>
            <w:r>
              <w:t>Saeid</w:t>
            </w:r>
          </w:p>
        </w:tc>
        <w:tc>
          <w:tcPr>
            <w:tcW w:type="dxa" w:w="1728"/>
          </w:tcPr>
          <w:p>
            <w:r>
              <w:t>Azari</w:t>
            </w:r>
          </w:p>
        </w:tc>
        <w:tc>
          <w:tcPr>
            <w:tcW w:type="dxa" w:w="1728"/>
          </w:tcPr>
          <w:p>
            <w:r>
              <w:t>Saeidazariii</w:t>
            </w:r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93*7*0****</w:t>
            </w:r>
          </w:p>
        </w:tc>
        <w:tc>
          <w:tcPr>
            <w:tcW w:type="dxa" w:w="1728"/>
          </w:tcPr>
          <w:p>
            <w:r>
              <w:t>هادی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Babaiii</w:t>
            </w:r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9149**9*10</w:t>
            </w:r>
          </w:p>
        </w:tc>
        <w:tc>
          <w:tcPr>
            <w:tcW w:type="dxa" w:w="1728"/>
          </w:tcPr>
          <w:p>
            <w:r>
              <w:t>ادریس</w:t>
            </w:r>
          </w:p>
        </w:tc>
        <w:tc>
          <w:tcPr>
            <w:tcW w:type="dxa" w:w="1728"/>
          </w:tcPr>
          <w:p>
            <w:r>
              <w:t>اصغرزاده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91271*3919</w:t>
            </w:r>
          </w:p>
        </w:tc>
        <w:tc>
          <w:tcPr>
            <w:tcW w:type="dxa" w:w="1728"/>
          </w:tcPr>
          <w:p>
            <w:r>
              <w:t>Mohammad Ali</w:t>
            </w:r>
          </w:p>
        </w:tc>
        <w:tc>
          <w:tcPr>
            <w:tcW w:type="dxa" w:w="1728"/>
          </w:tcPr>
          <w:p>
            <w:r>
              <w:t>Shojaeian</w:t>
            </w:r>
          </w:p>
        </w:tc>
        <w:tc>
          <w:tcPr>
            <w:tcW w:type="dxa" w:w="1728"/>
          </w:tcPr>
          <w:p>
            <w:r>
              <w:t>Mohammad_Ali_Shojaeian</w:t>
            </w:r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912*071342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9193*991**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>
              <w:t>آشوری</w:t>
            </w:r>
          </w:p>
        </w:tc>
        <w:tc>
          <w:tcPr>
            <w:tcW w:type="dxa" w:w="1728"/>
          </w:tcPr>
          <w:p>
            <w:r>
              <w:t>Ali_ashoori_1358</w:t>
            </w:r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91220*7**3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ghazihosseini</w:t>
            </w:r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9107**7*10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AaAaA0978o</w:t>
            </w:r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9399932***</w:t>
            </w:r>
          </w:p>
        </w:tc>
        <w:tc>
          <w:tcPr>
            <w:tcW w:type="dxa" w:w="1728"/>
          </w:tcPr>
          <w:p>
            <w:r>
              <w:t>به سوی خدا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IrM20</w:t>
            </w:r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9120**7*79</w:t>
            </w:r>
          </w:p>
        </w:tc>
        <w:tc>
          <w:tcPr>
            <w:tcW w:type="dxa" w:w="1728"/>
          </w:tcPr>
          <w:p>
            <w:r>
              <w:t>◦•●◉✿S.shafiei✿◉●•◦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S_sh19</w:t>
            </w:r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9199**2943</w:t>
            </w:r>
          </w:p>
        </w:tc>
        <w:tc>
          <w:tcPr>
            <w:tcW w:type="dxa" w:w="1728"/>
          </w:tcPr>
          <w:p>
            <w:r>
              <w:t>eiliya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93*2729017</w:t>
            </w:r>
          </w:p>
        </w:tc>
        <w:tc>
          <w:tcPr>
            <w:tcW w:type="dxa" w:w="1728"/>
          </w:tcPr>
          <w:p>
            <w:r>
              <w:t>-𝐀𝐦𝐢𝐫 🔒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heyfindyourself</w:t>
            </w:r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914*11**00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win2anp</w:t>
            </w:r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901*9924*0</w:t>
            </w:r>
          </w:p>
        </w:tc>
        <w:tc>
          <w:tcPr>
            <w:tcW w:type="dxa" w:w="1728"/>
          </w:tcPr>
          <w:p>
            <w:r>
              <w:t>Amin</w:t>
            </w:r>
          </w:p>
        </w:tc>
        <w:tc>
          <w:tcPr>
            <w:tcW w:type="dxa" w:w="1728"/>
          </w:tcPr>
          <w:p>
            <w:r>
              <w:t>Asgarpour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930*3*3**0</w:t>
            </w:r>
          </w:p>
        </w:tc>
        <w:tc>
          <w:tcPr>
            <w:tcW w:type="dxa" w:w="1728"/>
          </w:tcPr>
          <w:p>
            <w:r>
              <w:t>‌Jafar</w:t>
            </w:r>
          </w:p>
        </w:tc>
        <w:tc>
          <w:tcPr>
            <w:tcW w:type="dxa" w:w="1728"/>
          </w:tcPr>
          <w:p>
            <w:r>
              <w:t>Ensafi</w:t>
            </w:r>
          </w:p>
        </w:tc>
        <w:tc>
          <w:tcPr>
            <w:tcW w:type="dxa" w:w="1728"/>
          </w:tcPr>
          <w:p>
            <w:r>
              <w:t>Jef_1353</w:t>
            </w:r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93934*027*</w:t>
            </w:r>
          </w:p>
        </w:tc>
        <w:tc>
          <w:tcPr>
            <w:tcW w:type="dxa" w:w="1728"/>
          </w:tcPr>
          <w:p>
            <w:r>
              <w:t>محمد حسین</w:t>
            </w:r>
          </w:p>
        </w:tc>
        <w:tc>
          <w:tcPr>
            <w:tcW w:type="dxa" w:w="1728"/>
          </w:tcPr>
          <w:p>
            <w:r>
              <w:t>صادقی</w:t>
            </w:r>
          </w:p>
        </w:tc>
        <w:tc>
          <w:tcPr>
            <w:tcW w:type="dxa" w:w="1728"/>
          </w:tcPr>
          <w:p>
            <w:r>
              <w:t>Hossen_sadeghi</w:t>
            </w:r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939999*712</w:t>
            </w:r>
          </w:p>
        </w:tc>
        <w:tc>
          <w:tcPr>
            <w:tcW w:type="dxa" w:w="1728"/>
          </w:tcPr>
          <w:p>
            <w:r>
              <w:t>Sheyda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9122137*70</w:t>
            </w:r>
          </w:p>
        </w:tc>
        <w:tc>
          <w:tcPr>
            <w:tcW w:type="dxa" w:w="1728"/>
          </w:tcPr>
          <w:p>
            <w:r>
              <w:t>رضايى عباس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9120***72*</w:t>
            </w:r>
          </w:p>
        </w:tc>
        <w:tc>
          <w:tcPr>
            <w:tcW w:type="dxa" w:w="1728"/>
          </w:tcPr>
          <w:p>
            <w:r>
              <w:t>Kourosh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  <w:tr>
        <w:tc>
          <w:tcPr>
            <w:tcW w:type="dxa" w:w="1728"/>
          </w:tcPr>
          <w:p>
            <w:r>
              <w:t>910**33**4</w:t>
            </w:r>
          </w:p>
        </w:tc>
        <w:tc>
          <w:tcPr>
            <w:tcW w:type="dxa" w:w="1728"/>
          </w:tcPr>
          <w:p>
            <w:r>
              <w:t>کمپ احسان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ehsankamp</w:t>
            </w:r>
          </w:p>
        </w:tc>
        <w:tc>
          <w:tcPr>
            <w:tcW w:type="dxa" w:w="1728"/>
          </w:tcPr>
          <w:p>
            <w:r>
              <w:t>بانک اطلاعات پوشاک ایران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بانک اطلاعات پوشاک ایران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