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بازارچه هزارمسجد (لاین)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بازارچه هزارمسجد (لاین)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913373900*</w:t>
            </w:r>
          </w:p>
        </w:tc>
        <w:tc>
          <w:tcPr>
            <w:tcW w:type="dxa" w:w="1728"/>
          </w:tcPr>
          <w:p>
            <w:r>
              <w:t>Haji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hajiabbas9005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91*11*470*</w:t>
            </w:r>
          </w:p>
        </w:tc>
        <w:tc>
          <w:tcPr>
            <w:tcW w:type="dxa" w:w="1728"/>
          </w:tcPr>
          <w:p>
            <w:r>
              <w:t>امیر حسین هستم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912*493**4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Ironware_borj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9399***9*4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Ataeekhoshroo</w:t>
            </w:r>
          </w:p>
        </w:tc>
        <w:tc>
          <w:tcPr>
            <w:tcW w:type="dxa" w:w="1728"/>
          </w:tcPr>
          <w:p>
            <w:r>
              <w:t>Alirezaataeikhoshroo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9027*73309</w:t>
            </w:r>
          </w:p>
        </w:tc>
        <w:tc>
          <w:tcPr>
            <w:tcW w:type="dxa" w:w="1728"/>
          </w:tcPr>
          <w:p>
            <w:r>
              <w:t>mr.gohari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MOHAMADREZAGOHARI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9101*11231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91*32*729*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morteza_yazdani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91**1*343*</w:t>
            </w:r>
          </w:p>
        </w:tc>
        <w:tc>
          <w:tcPr>
            <w:tcW w:type="dxa" w:w="1728"/>
          </w:tcPr>
          <w:p>
            <w:r>
              <w:t>كامين</w:t>
            </w:r>
          </w:p>
        </w:tc>
        <w:tc>
          <w:tcPr>
            <w:tcW w:type="dxa" w:w="1728"/>
          </w:tcPr>
          <w:p>
            <w:r>
              <w:t>راهدار</w:t>
            </w:r>
          </w:p>
        </w:tc>
        <w:tc>
          <w:tcPr>
            <w:tcW w:type="dxa" w:w="1728"/>
          </w:tcPr>
          <w:p>
            <w:r>
              <w:t>kaminrahdar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93*9042970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93*4474*1*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Amir9213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91214*2**1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Baniadadi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91727002**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Mrn510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9111137***</w:t>
            </w:r>
          </w:p>
        </w:tc>
        <w:tc>
          <w:tcPr>
            <w:tcW w:type="dxa" w:w="1728"/>
          </w:tcPr>
          <w:p>
            <w:r>
              <w:t>صاحب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9023220079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Aliseyed64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91*227*22*</w:t>
            </w:r>
          </w:p>
        </w:tc>
        <w:tc>
          <w:tcPr>
            <w:tcW w:type="dxa" w:w="1728"/>
          </w:tcPr>
          <w:p>
            <w:r>
              <w:t>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Omka313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93*7717449</w:t>
            </w:r>
          </w:p>
        </w:tc>
        <w:tc>
          <w:tcPr>
            <w:tcW w:type="dxa" w:w="1728"/>
          </w:tcPr>
          <w:p>
            <w:r>
              <w:t>Ali Azadi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>
              <w:t>ali_azadi2017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937*327*43</w:t>
            </w:r>
          </w:p>
        </w:tc>
        <w:tc>
          <w:tcPr>
            <w:tcW w:type="dxa" w:w="1728"/>
          </w:tcPr>
          <w:p>
            <w:r>
              <w:t>Niloofar</w:t>
            </w:r>
          </w:p>
        </w:tc>
        <w:tc>
          <w:tcPr>
            <w:tcW w:type="dxa" w:w="1728"/>
          </w:tcPr>
          <w:p>
            <w:r>
              <w:t>Ramzanzade</w:t>
            </w:r>
          </w:p>
        </w:tc>
        <w:tc>
          <w:tcPr>
            <w:tcW w:type="dxa" w:w="1728"/>
          </w:tcPr>
          <w:p>
            <w:r>
              <w:t>NRZ28975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9371**4003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اورعی</w:t>
            </w:r>
          </w:p>
        </w:tc>
        <w:tc>
          <w:tcPr>
            <w:tcW w:type="dxa" w:w="1728"/>
          </w:tcPr>
          <w:p>
            <w:r>
              <w:t>Mohammadoraee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91*7*9399*</w:t>
            </w:r>
          </w:p>
        </w:tc>
        <w:tc>
          <w:tcPr>
            <w:tcW w:type="dxa" w:w="1728"/>
          </w:tcPr>
          <w:p>
            <w:r>
              <w:t>B&amp;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90131*2710</w:t>
            </w:r>
          </w:p>
        </w:tc>
        <w:tc>
          <w:tcPr>
            <w:tcW w:type="dxa" w:w="1728"/>
          </w:tcPr>
          <w:p>
            <w:r>
              <w:t>کوچ بار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Kochbariran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912**31190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Azimi</w:t>
            </w:r>
          </w:p>
        </w:tc>
        <w:tc>
          <w:tcPr>
            <w:tcW w:type="dxa" w:w="1728"/>
          </w:tcPr>
          <w:p>
            <w:r>
              <w:t>Azimi64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9123**4**7</w:t>
            </w:r>
          </w:p>
        </w:tc>
        <w:tc>
          <w:tcPr>
            <w:tcW w:type="dxa" w:w="1728"/>
          </w:tcPr>
          <w:p>
            <w:r>
              <w:t>Yahya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9119*030**</w:t>
            </w:r>
          </w:p>
        </w:tc>
        <w:tc>
          <w:tcPr>
            <w:tcW w:type="dxa" w:w="1728"/>
          </w:tcPr>
          <w:p>
            <w:r>
              <w:t>سید سجادی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sajjadi_hasan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91*3097400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هوری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937399224*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vahidshamkhani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91331*1***</w:t>
            </w:r>
          </w:p>
        </w:tc>
        <w:tc>
          <w:tcPr>
            <w:tcW w:type="dxa" w:w="1728"/>
          </w:tcPr>
          <w:p>
            <w:r>
              <w:t>Nasrin.HN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nasrin_nhn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91*3*10230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>
              <w:t>ebrahim_ghasemi76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9123*12114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Habibi</w:t>
            </w:r>
          </w:p>
        </w:tc>
        <w:tc>
          <w:tcPr>
            <w:tcW w:type="dxa" w:w="1728"/>
          </w:tcPr>
          <w:p>
            <w:r>
              <w:t>HabibiHamidReza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93323*47*2</w:t>
            </w:r>
          </w:p>
        </w:tc>
        <w:tc>
          <w:tcPr>
            <w:tcW w:type="dxa" w:w="1728"/>
          </w:tcPr>
          <w:p>
            <w:r>
              <w:t>Taghdier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93**07100*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939*117*00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bimMohsen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9131*4*02*</w:t>
            </w:r>
          </w:p>
        </w:tc>
        <w:tc>
          <w:tcPr>
            <w:tcW w:type="dxa" w:w="1728"/>
          </w:tcPr>
          <w:p>
            <w:r>
              <w:t>dr.mh</w:t>
            </w:r>
          </w:p>
        </w:tc>
        <w:tc>
          <w:tcPr>
            <w:tcW w:type="dxa" w:w="1728"/>
          </w:tcPr>
          <w:p>
            <w:r>
              <w:t>sarshough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914402441*</w:t>
            </w:r>
          </w:p>
        </w:tc>
        <w:tc>
          <w:tcPr>
            <w:tcW w:type="dxa" w:w="1728"/>
          </w:tcPr>
          <w:p>
            <w:r>
              <w:t>Shahab.y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91*932*742</w:t>
            </w:r>
          </w:p>
        </w:tc>
        <w:tc>
          <w:tcPr>
            <w:tcW w:type="dxa" w:w="1728"/>
          </w:tcPr>
          <w:p>
            <w:r>
              <w:t>◦•●◉✿احمد✿◉●•◦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9337*2700*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93*3272422</w:t>
            </w:r>
          </w:p>
        </w:tc>
        <w:tc>
          <w:tcPr>
            <w:tcW w:type="dxa" w:w="1728"/>
          </w:tcPr>
          <w:p>
            <w:r>
              <w:t>Im_Sina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Familiar_M_stranger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930**7*130</w:t>
            </w:r>
          </w:p>
        </w:tc>
        <w:tc>
          <w:tcPr>
            <w:tcW w:type="dxa" w:w="1728"/>
          </w:tcPr>
          <w:p>
            <w:r>
              <w:t>M &amp; 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9121*007*1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91219*39**</w:t>
            </w:r>
          </w:p>
        </w:tc>
        <w:tc>
          <w:tcPr>
            <w:tcW w:type="dxa" w:w="1728"/>
          </w:tcPr>
          <w:p>
            <w:r>
              <w:t>عمار</w:t>
            </w:r>
          </w:p>
        </w:tc>
        <w:tc>
          <w:tcPr>
            <w:tcW w:type="dxa" w:w="1728"/>
          </w:tcPr>
          <w:p>
            <w:r>
              <w:t>قاسم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91**00*9*2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>
              <w:t>MAMDOOHI</w:t>
            </w:r>
          </w:p>
        </w:tc>
        <w:tc>
          <w:tcPr>
            <w:tcW w:type="dxa" w:w="1728"/>
          </w:tcPr>
          <w:p>
            <w:r>
              <w:t>amiralimamdoohi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9371*1337*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mohammad_nooo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93*4*73302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Ss_Mt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93*4379473</w:t>
            </w:r>
          </w:p>
        </w:tc>
        <w:tc>
          <w:tcPr>
            <w:tcW w:type="dxa" w:w="1728"/>
          </w:tcPr>
          <w:p>
            <w:r>
              <w:t>🙏🏻🙏🏻🙏🏻🙏🏻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Mbp321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901179*2**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hasan_manavi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9332*77307</w:t>
            </w:r>
          </w:p>
        </w:tc>
        <w:tc>
          <w:tcPr>
            <w:tcW w:type="dxa" w:w="1728"/>
          </w:tcPr>
          <w:p>
            <w:r>
              <w:t>Setarehoma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SETAREHOMAA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9121*117*1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93*7***420</w:t>
            </w:r>
          </w:p>
        </w:tc>
        <w:tc>
          <w:tcPr>
            <w:tcW w:type="dxa" w:w="1728"/>
          </w:tcPr>
          <w:p>
            <w:r>
              <w:t>Mousarreze</w:t>
            </w:r>
          </w:p>
        </w:tc>
        <w:tc>
          <w:tcPr>
            <w:tcW w:type="dxa" w:w="1728"/>
          </w:tcPr>
          <w:p>
            <w:r>
              <w:t>Rezaee</w:t>
            </w:r>
          </w:p>
        </w:tc>
        <w:tc>
          <w:tcPr>
            <w:tcW w:type="dxa" w:w="1728"/>
          </w:tcPr>
          <w:p>
            <w:r>
              <w:t>M_Rezaee_B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91*9*40929</w:t>
            </w:r>
          </w:p>
        </w:tc>
        <w:tc>
          <w:tcPr>
            <w:tcW w:type="dxa" w:w="1728"/>
          </w:tcPr>
          <w:p>
            <w:r>
              <w:t>Mj</w:t>
            </w:r>
          </w:p>
        </w:tc>
        <w:tc>
          <w:tcPr>
            <w:tcW w:type="dxa" w:w="1728"/>
          </w:tcPr>
          <w:p>
            <w:r>
              <w:t>Hs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91**077*32</w:t>
            </w:r>
          </w:p>
        </w:tc>
        <w:tc>
          <w:tcPr>
            <w:tcW w:type="dxa" w:w="1728"/>
          </w:tcPr>
          <w:p>
            <w:r>
              <w:t>hamed saremi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hsaremi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912*****92</w:t>
            </w:r>
          </w:p>
        </w:tc>
        <w:tc>
          <w:tcPr>
            <w:tcW w:type="dxa" w:w="1728"/>
          </w:tcPr>
          <w:p>
            <w:r>
              <w:t>ایوب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9030330*40</w:t>
            </w:r>
          </w:p>
        </w:tc>
        <w:tc>
          <w:tcPr>
            <w:tcW w:type="dxa" w:w="1728"/>
          </w:tcPr>
          <w:p>
            <w:r>
              <w:t>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bakhshaoee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91**1**107</w:t>
            </w:r>
          </w:p>
        </w:tc>
        <w:tc>
          <w:tcPr>
            <w:tcW w:type="dxa" w:w="1728"/>
          </w:tcPr>
          <w:p>
            <w:r>
              <w:t>M :*)s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91**71*744</w:t>
            </w:r>
          </w:p>
        </w:tc>
        <w:tc>
          <w:tcPr>
            <w:tcW w:type="dxa" w:w="1728"/>
          </w:tcPr>
          <w:p>
            <w:r>
              <w:t>M&amp;H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esmaeilabadim_HM_1986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93**9*2*21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Majidi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9177*27*42</w:t>
            </w:r>
          </w:p>
        </w:tc>
        <w:tc>
          <w:tcPr>
            <w:tcW w:type="dxa" w:w="1728"/>
          </w:tcPr>
          <w:p>
            <w:r>
              <w:t>بازرگانی خارجی کیمیا تجارت زر K.T.Z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bazargani_kimiya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93****0770</w:t>
            </w:r>
          </w:p>
        </w:tc>
        <w:tc>
          <w:tcPr>
            <w:tcW w:type="dxa" w:w="1728"/>
          </w:tcPr>
          <w:p>
            <w:r>
              <w:t>sh.m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Sh53man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990**42049</w:t>
            </w:r>
          </w:p>
        </w:tc>
        <w:tc>
          <w:tcPr>
            <w:tcW w:type="dxa" w:w="1728"/>
          </w:tcPr>
          <w:p>
            <w:r>
              <w:t>♣️mohammad ♣️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MoooNn7333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919*794*17</w:t>
            </w:r>
          </w:p>
        </w:tc>
        <w:tc>
          <w:tcPr>
            <w:tcW w:type="dxa" w:w="1728"/>
          </w:tcPr>
          <w:p>
            <w:r>
              <w:t>فقط خدا👑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mahdi_666666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93***49924</w:t>
            </w:r>
          </w:p>
        </w:tc>
        <w:tc>
          <w:tcPr>
            <w:tcW w:type="dxa" w:w="1728"/>
          </w:tcPr>
          <w:p>
            <w:r>
              <w:t>پيام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payam799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91*9*3790*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912744*7*1</w:t>
            </w:r>
          </w:p>
        </w:tc>
        <w:tc>
          <w:tcPr>
            <w:tcW w:type="dxa" w:w="1728"/>
          </w:tcPr>
          <w:p>
            <w:r>
              <w:t>سعید ولی خانی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933*30*74*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Peshro111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91217*3*99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91**334*24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911*2*400*</w:t>
            </w:r>
          </w:p>
        </w:tc>
        <w:tc>
          <w:tcPr>
            <w:tcW w:type="dxa" w:w="1728"/>
          </w:tcPr>
          <w:p>
            <w:r>
              <w:t>Arghavan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912*47*32*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AFM47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9123**4*19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rerosa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91*49*331*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Barati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91**2*073*</w:t>
            </w:r>
          </w:p>
        </w:tc>
        <w:tc>
          <w:tcPr>
            <w:tcW w:type="dxa" w:w="1728"/>
          </w:tcPr>
          <w:p>
            <w:r>
              <w:t>Ahmad.hatami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Kskekjk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93****20*7</w:t>
            </w:r>
          </w:p>
        </w:tc>
        <w:tc>
          <w:tcPr>
            <w:tcW w:type="dxa" w:w="1728"/>
          </w:tcPr>
          <w:p>
            <w:r>
              <w:t>دکتر موبایل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Acemoon1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91*3177330</w:t>
            </w:r>
          </w:p>
        </w:tc>
        <w:tc>
          <w:tcPr>
            <w:tcW w:type="dxa" w:w="1728"/>
          </w:tcPr>
          <w:p>
            <w:r>
              <w:t>اسماعیل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91*9**2090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91*11*49*0</w:t>
            </w:r>
          </w:p>
        </w:tc>
        <w:tc>
          <w:tcPr>
            <w:tcW w:type="dxa" w:w="1728"/>
          </w:tcPr>
          <w:p>
            <w:r>
              <w:t>Ali.zohorian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91*1**9*17</w:t>
            </w:r>
          </w:p>
        </w:tc>
        <w:tc>
          <w:tcPr>
            <w:tcW w:type="dxa" w:w="1728"/>
          </w:tcPr>
          <w:p>
            <w:r>
              <w:t>j shahi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javadshahi66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91311**4*9</w:t>
            </w:r>
          </w:p>
        </w:tc>
        <w:tc>
          <w:tcPr>
            <w:tcW w:type="dxa" w:w="1728"/>
          </w:tcPr>
          <w:p>
            <w:r>
              <w:t>Me</w:t>
            </w:r>
          </w:p>
        </w:tc>
        <w:tc>
          <w:tcPr>
            <w:tcW w:type="dxa" w:w="1728"/>
          </w:tcPr>
          <w:p>
            <w:r>
              <w:t>Hran</w:t>
            </w:r>
          </w:p>
        </w:tc>
        <w:tc>
          <w:tcPr>
            <w:tcW w:type="dxa" w:w="1728"/>
          </w:tcPr>
          <w:p>
            <w:r>
              <w:t>Mehran6469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9131*3027*</w:t>
            </w:r>
          </w:p>
        </w:tc>
        <w:tc>
          <w:tcPr>
            <w:tcW w:type="dxa" w:w="1728"/>
          </w:tcPr>
          <w:p>
            <w:r>
              <w:t>Fazel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9109***73*</w:t>
            </w:r>
          </w:p>
        </w:tc>
        <w:tc>
          <w:tcPr>
            <w:tcW w:type="dxa" w:w="1728"/>
          </w:tcPr>
          <w:p>
            <w:r>
              <w:t>Manijeh</w:t>
            </w:r>
          </w:p>
        </w:tc>
        <w:tc>
          <w:tcPr>
            <w:tcW w:type="dxa" w:w="1728"/>
          </w:tcPr>
          <w:p>
            <w:r>
              <w:t>Hasaninasab</w:t>
            </w:r>
          </w:p>
        </w:tc>
        <w:tc>
          <w:tcPr>
            <w:tcW w:type="dxa" w:w="1728"/>
          </w:tcPr>
          <w:p>
            <w:r>
              <w:t>Mzh_Hassani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91*42*0*21</w:t>
            </w:r>
          </w:p>
        </w:tc>
        <w:tc>
          <w:tcPr>
            <w:tcW w:type="dxa" w:w="1728"/>
          </w:tcPr>
          <w:p>
            <w:r>
              <w:t>فرزاد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91*47291**</w:t>
            </w:r>
          </w:p>
        </w:tc>
        <w:tc>
          <w:tcPr>
            <w:tcW w:type="dxa" w:w="1728"/>
          </w:tcPr>
          <w:p>
            <w:r>
              <w:t>؟؟؟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  <w:tr>
        <w:tc>
          <w:tcPr>
            <w:tcW w:type="dxa" w:w="1728"/>
          </w:tcPr>
          <w:p>
            <w:r>
              <w:t>91207*2901</w:t>
            </w:r>
          </w:p>
        </w:tc>
        <w:tc>
          <w:tcPr>
            <w:tcW w:type="dxa" w:w="1728"/>
          </w:tcPr>
          <w:p>
            <w:r>
              <w:t>.❀.تجهیزات مرغداری.بلدرچین.بوقلمون.امانخانی.•❀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tajhiz_poultry</w:t>
            </w:r>
          </w:p>
        </w:tc>
        <w:tc>
          <w:tcPr>
            <w:tcW w:type="dxa" w:w="1728"/>
          </w:tcPr>
          <w:p>
            <w:r>
              <w:t>بازارچه هزارمسجد (لاین)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بازارچه هزارمسجد (لاین)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