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بازارچه شهرقدس و حومه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بازارچه شهرقدس و حومه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93*0**90*9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شهباز</w:t>
            </w:r>
          </w:p>
        </w:tc>
        <w:tc>
          <w:tcPr>
            <w:tcW w:type="dxa" w:w="1728"/>
          </w:tcPr>
          <w:p>
            <w:r>
              <w:t>Mehdi10sha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93*9*90103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Mina_rad_77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99007**1**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abolfazlesalehi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930700*9*9</w:t>
            </w:r>
          </w:p>
        </w:tc>
        <w:tc>
          <w:tcPr>
            <w:tcW w:type="dxa" w:w="1728"/>
          </w:tcPr>
          <w:p>
            <w:r>
              <w:t>pezhman 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pezhan145145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930194472*</w:t>
            </w:r>
          </w:p>
        </w:tc>
        <w:tc>
          <w:tcPr>
            <w:tcW w:type="dxa" w:w="1728"/>
          </w:tcPr>
          <w:p>
            <w:r>
              <w:t>امپراطور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Alik1405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91979***2*</w:t>
            </w:r>
          </w:p>
        </w:tc>
        <w:tc>
          <w:tcPr>
            <w:tcW w:type="dxa" w:w="1728"/>
          </w:tcPr>
          <w:p>
            <w:r>
              <w:t>Z.dadashi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Zpom3alboorz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930**00*03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sat4336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93*1**9*09</w:t>
            </w:r>
          </w:p>
        </w:tc>
        <w:tc>
          <w:tcPr>
            <w:tcW w:type="dxa" w:w="1728"/>
          </w:tcPr>
          <w:p>
            <w:r>
              <w:t>NeGaR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Negar_ms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99097**4*2</w:t>
            </w:r>
          </w:p>
        </w:tc>
        <w:tc>
          <w:tcPr>
            <w:tcW w:type="dxa" w:w="1728"/>
          </w:tcPr>
          <w:p>
            <w:r>
              <w:t>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Imanrezai1374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93*07713*3</w:t>
            </w:r>
          </w:p>
        </w:tc>
        <w:tc>
          <w:tcPr>
            <w:tcW w:type="dxa" w:w="1728"/>
          </w:tcPr>
          <w:p>
            <w:r>
              <w:t>Mahssa🍒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atlasi1999ma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93*1490124</w:t>
            </w:r>
          </w:p>
        </w:tc>
        <w:tc>
          <w:tcPr>
            <w:tcW w:type="dxa" w:w="1728"/>
          </w:tcPr>
          <w:p>
            <w:r>
              <w:t>♥👸F🤴B🧚‍♀️Z♥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901702*2*2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912**920*3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Elllhammmm5555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9334034*49</w:t>
            </w:r>
          </w:p>
        </w:tc>
        <w:tc>
          <w:tcPr>
            <w:tcW w:type="dxa" w:w="1728"/>
          </w:tcPr>
          <w:p>
            <w:r>
              <w:t>♣️♦️Mostafa ♥️♠️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Mostafa202012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912*21*491</w:t>
            </w:r>
          </w:p>
        </w:tc>
        <w:tc>
          <w:tcPr>
            <w:tcW w:type="dxa" w:w="1728"/>
          </w:tcPr>
          <w:p>
            <w:r>
              <w:t>Mortez@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MortezaTashtzar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939*0477*7</w:t>
            </w:r>
          </w:p>
        </w:tc>
        <w:tc>
          <w:tcPr>
            <w:tcW w:type="dxa" w:w="1728"/>
          </w:tcPr>
          <w:p>
            <w:r>
              <w:t>Biricikim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910*21**2*</w:t>
            </w:r>
          </w:p>
        </w:tc>
        <w:tc>
          <w:tcPr>
            <w:tcW w:type="dxa" w:w="1728"/>
          </w:tcPr>
          <w:p>
            <w:r>
              <w:t>Shima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Shimakarimi1040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91227*0*1*</w:t>
            </w:r>
          </w:p>
        </w:tc>
        <w:tc>
          <w:tcPr>
            <w:tcW w:type="dxa" w:w="1728"/>
          </w:tcPr>
          <w:p>
            <w:r>
              <w:t>King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Vvahidkarimi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91900*7*23</w:t>
            </w:r>
          </w:p>
        </w:tc>
        <w:tc>
          <w:tcPr>
            <w:tcW w:type="dxa" w:w="1728"/>
          </w:tcPr>
          <w:p>
            <w:r>
              <w:t>((คђ๓ค๔гєzค))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Ahmadzrn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9122*10*73</w:t>
            </w:r>
          </w:p>
        </w:tc>
        <w:tc>
          <w:tcPr>
            <w:tcW w:type="dxa" w:w="1728"/>
          </w:tcPr>
          <w:p>
            <w:r>
              <w:t>علی محرمی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Ali11111111111111111111112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93**4*2307</w:t>
            </w:r>
          </w:p>
        </w:tc>
        <w:tc>
          <w:tcPr>
            <w:tcW w:type="dxa" w:w="1728"/>
          </w:tcPr>
          <w:p>
            <w:r>
              <w:t>اکرم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Akram13601360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9372**0731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93**443449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SsaAaeEedD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919093*12*</w:t>
            </w:r>
          </w:p>
        </w:tc>
        <w:tc>
          <w:tcPr>
            <w:tcW w:type="dxa" w:w="1728"/>
          </w:tcPr>
          <w:p>
            <w:r>
              <w:t>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93*42**9*2</w:t>
            </w:r>
          </w:p>
        </w:tc>
        <w:tc>
          <w:tcPr>
            <w:tcW w:type="dxa" w:w="1728"/>
          </w:tcPr>
          <w:p>
            <w:r>
              <w:t>Mohamad asadi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Mohamad425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939302729*</w:t>
            </w:r>
          </w:p>
        </w:tc>
        <w:tc>
          <w:tcPr>
            <w:tcW w:type="dxa" w:w="1728"/>
          </w:tcPr>
          <w:p>
            <w:r>
              <w:t>T....R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93*4441470</w:t>
            </w:r>
          </w:p>
        </w:tc>
        <w:tc>
          <w:tcPr>
            <w:tcW w:type="dxa" w:w="1728"/>
          </w:tcPr>
          <w:p>
            <w:r>
              <w:t>📦 Bums🐐🌱SEED▪️Majid🐈‍⬛️🌿🌈🐾👀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L14701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912*72**14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حمزه علی طهرانی</w:t>
            </w:r>
          </w:p>
        </w:tc>
        <w:tc>
          <w:tcPr>
            <w:tcW w:type="dxa" w:w="1728"/>
          </w:tcPr>
          <w:p>
            <w:r>
              <w:t>Si21irtehrani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93*2*42*3*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Ali_khodabakhsh76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93*71*0*00</w:t>
            </w:r>
          </w:p>
        </w:tc>
        <w:tc>
          <w:tcPr>
            <w:tcW w:type="dxa" w:w="1728"/>
          </w:tcPr>
          <w:p>
            <w:r>
              <w:t>تیام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tiam_tiamod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919**1*774</w:t>
            </w:r>
          </w:p>
        </w:tc>
        <w:tc>
          <w:tcPr>
            <w:tcW w:type="dxa" w:w="1728"/>
          </w:tcPr>
          <w:p>
            <w:r>
              <w:t>R3ZV∀Иʝ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Re_zvani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990491*3*2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aa123321bb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903404*30*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Mhmd75mhdy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9011****1*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nsr</w:t>
            </w:r>
          </w:p>
        </w:tc>
        <w:tc>
          <w:tcPr>
            <w:tcW w:type="dxa" w:w="1728"/>
          </w:tcPr>
          <w:p>
            <w:r>
              <w:t>mahdinsr7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93*9**1*39</w:t>
            </w:r>
          </w:p>
        </w:tc>
        <w:tc>
          <w:tcPr>
            <w:tcW w:type="dxa" w:w="1728"/>
          </w:tcPr>
          <w:p>
            <w:r>
              <w:t>زارعی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Zzaahhrraa43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92139***3*</w:t>
            </w:r>
          </w:p>
        </w:tc>
        <w:tc>
          <w:tcPr>
            <w:tcW w:type="dxa" w:w="1728"/>
          </w:tcPr>
          <w:p>
            <w:r>
              <w:t>ოﾑみყﾑR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Mahyar7058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93*474****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M7</w:t>
            </w:r>
          </w:p>
        </w:tc>
        <w:tc>
          <w:tcPr>
            <w:tcW w:type="dxa" w:w="1728"/>
          </w:tcPr>
          <w:p>
            <w:r>
              <w:t>Alireza717056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912949*72*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mehdi_mostaghimi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939*9*9929</w:t>
            </w:r>
          </w:p>
        </w:tc>
        <w:tc>
          <w:tcPr>
            <w:tcW w:type="dxa" w:w="1728"/>
          </w:tcPr>
          <w:p>
            <w:r>
              <w:t>@behbood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Selen44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9331099*11</w:t>
            </w:r>
          </w:p>
        </w:tc>
        <w:tc>
          <w:tcPr>
            <w:tcW w:type="dxa" w:w="1728"/>
          </w:tcPr>
          <w:p>
            <w:r>
              <w:t>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Pou_Judo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937194*72*</w:t>
            </w:r>
          </w:p>
        </w:tc>
        <w:tc>
          <w:tcPr>
            <w:tcW w:type="dxa" w:w="1728"/>
          </w:tcPr>
          <w:p>
            <w:r>
              <w:t>RED</w:t>
            </w:r>
          </w:p>
        </w:tc>
        <w:tc>
          <w:tcPr>
            <w:tcW w:type="dxa" w:w="1728"/>
          </w:tcPr>
          <w:p>
            <w:r>
              <w:t>LOVE 6 * 4</w:t>
            </w:r>
          </w:p>
        </w:tc>
        <w:tc>
          <w:tcPr>
            <w:tcW w:type="dxa" w:w="1728"/>
          </w:tcPr>
          <w:p>
            <w:r>
              <w:t>Fonix_Tk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93*413990*</w:t>
            </w:r>
          </w:p>
        </w:tc>
        <w:tc>
          <w:tcPr>
            <w:tcW w:type="dxa" w:w="1728"/>
          </w:tcPr>
          <w:p>
            <w:r>
              <w:t>جعفرحیدری:مشاور و نماینده رسمی بیمه عمر پاسارگاد</w:t>
            </w:r>
          </w:p>
        </w:tc>
        <w:tc>
          <w:tcPr>
            <w:tcW w:type="dxa" w:w="1728"/>
          </w:tcPr>
          <w:p>
            <w:r>
              <w:t>09364139905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91*12*0*43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amirali4700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9121*47209</w:t>
            </w:r>
          </w:p>
        </w:tc>
        <w:tc>
          <w:tcPr>
            <w:tcW w:type="dxa" w:w="1728"/>
          </w:tcPr>
          <w:p>
            <w:r>
              <w:t>حبیب</w:t>
            </w:r>
          </w:p>
        </w:tc>
        <w:tc>
          <w:tcPr>
            <w:tcW w:type="dxa" w:w="1728"/>
          </w:tcPr>
          <w:p>
            <w:r>
              <w:t>حاتمی</w:t>
            </w:r>
          </w:p>
        </w:tc>
        <w:tc>
          <w:tcPr>
            <w:tcW w:type="dxa" w:w="1728"/>
          </w:tcPr>
          <w:p>
            <w:r>
              <w:t>Habibhatami20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93*13*9307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93*930732*</w:t>
            </w:r>
          </w:p>
        </w:tc>
        <w:tc>
          <w:tcPr>
            <w:tcW w:type="dxa" w:w="1728"/>
          </w:tcPr>
          <w:p>
            <w:r>
              <w:t>🦒Milad</w:t>
            </w:r>
          </w:p>
        </w:tc>
        <w:tc>
          <w:tcPr>
            <w:tcW w:type="dxa" w:w="1728"/>
          </w:tcPr>
          <w:p>
            <w:r>
              <w:t>🦒🦒</w:t>
            </w:r>
          </w:p>
        </w:tc>
        <w:tc>
          <w:tcPr>
            <w:tcW w:type="dxa" w:w="1728"/>
          </w:tcPr>
          <w:p>
            <w:r>
              <w:t>Milad_glad73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91*1*9**40</w:t>
            </w:r>
          </w:p>
        </w:tc>
        <w:tc>
          <w:tcPr>
            <w:tcW w:type="dxa" w:w="1728"/>
          </w:tcPr>
          <w:p>
            <w:r>
              <w:t>المیراو امیر 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93004*0422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Mohammad199618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93*7027*3*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Sardar1995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9339**4293</w:t>
            </w:r>
          </w:p>
        </w:tc>
        <w:tc>
          <w:tcPr>
            <w:tcW w:type="dxa" w:w="1728"/>
          </w:tcPr>
          <w:p>
            <w:r>
              <w:t>L.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HASTI7_7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9127*422*4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Z_k6513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93732321*7</w:t>
            </w:r>
          </w:p>
        </w:tc>
        <w:tc>
          <w:tcPr>
            <w:tcW w:type="dxa" w:w="1728"/>
          </w:tcPr>
          <w:p>
            <w:r>
              <w:t>Mohammad hj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Mohammadhaji7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9102*3**21</w:t>
            </w:r>
          </w:p>
        </w:tc>
        <w:tc>
          <w:tcPr>
            <w:tcW w:type="dxa" w:w="1728"/>
          </w:tcPr>
          <w:p>
            <w:r>
              <w:t>Nad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nadiamr81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91**41**4*</w:t>
            </w:r>
          </w:p>
        </w:tc>
        <w:tc>
          <w:tcPr>
            <w:tcW w:type="dxa" w:w="1728"/>
          </w:tcPr>
          <w:p>
            <w:r>
              <w:t>Dezmelody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DezMelody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910*99*42*</w:t>
            </w:r>
          </w:p>
        </w:tc>
        <w:tc>
          <w:tcPr>
            <w:tcW w:type="dxa" w:w="1728"/>
          </w:tcPr>
          <w:p>
            <w:r>
              <w:t>admin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neaz88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93*929*03*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Mmmmm15042018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93**4702*4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9104**774*</w:t>
            </w:r>
          </w:p>
        </w:tc>
        <w:tc>
          <w:tcPr>
            <w:tcW w:type="dxa" w:w="1728"/>
          </w:tcPr>
          <w:p>
            <w:r>
              <w:t>Emad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Emad7578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93**44*711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937**27*01</w:t>
            </w:r>
          </w:p>
        </w:tc>
        <w:tc>
          <w:tcPr>
            <w:tcW w:type="dxa" w:w="1728"/>
          </w:tcPr>
          <w:p>
            <w:r>
              <w:t>لیلا بابایی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leilababaei1366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9129*24**7</w:t>
            </w:r>
          </w:p>
        </w:tc>
        <w:tc>
          <w:tcPr>
            <w:tcW w:type="dxa" w:w="1728"/>
          </w:tcPr>
          <w:p>
            <w:r>
              <w:t>Miss.ahmadi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913*2*0**3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9120*230*0</w:t>
            </w:r>
          </w:p>
        </w:tc>
        <w:tc>
          <w:tcPr>
            <w:tcW w:type="dxa" w:w="1728"/>
          </w:tcPr>
          <w:p>
            <w:r>
              <w:t>H - R $X IS THE TICKER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Hiwa8t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93*1*1***4</w:t>
            </w:r>
          </w:p>
        </w:tc>
        <w:tc>
          <w:tcPr>
            <w:tcW w:type="dxa" w:w="1728"/>
          </w:tcPr>
          <w:p>
            <w:r>
              <w:t>msm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Ahooramsm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93*1*003*3</w:t>
            </w:r>
          </w:p>
        </w:tc>
        <w:tc>
          <w:tcPr>
            <w:tcW w:type="dxa" w:w="1728"/>
          </w:tcPr>
          <w:p>
            <w:r>
              <w:t>‘°ºø•❤•.¸Fatemeh¸.•❤•øº°‘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Fatemeh_6882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93**11*731</w:t>
            </w:r>
          </w:p>
        </w:tc>
        <w:tc>
          <w:tcPr>
            <w:tcW w:type="dxa" w:w="1728"/>
          </w:tcPr>
          <w:p>
            <w:r>
              <w:t>Hamid Parsamehr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hp1981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919*30*399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919*70422*</w:t>
            </w:r>
          </w:p>
        </w:tc>
        <w:tc>
          <w:tcPr>
            <w:tcW w:type="dxa" w:w="1728"/>
          </w:tcPr>
          <w:p>
            <w:r>
              <w:t>˙·٠•●♥ Ƹ̵̡Ӝ̵̨̄ƷEbrahimiƸ̵̡Ӝ̵̨̄Ʒ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Ebrahimi6231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901****017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ali_rafiei11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9192*34*30</w:t>
            </w:r>
          </w:p>
        </w:tc>
        <w:tc>
          <w:tcPr>
            <w:tcW w:type="dxa" w:w="1728"/>
          </w:tcPr>
          <w:p>
            <w:r>
              <w:t>:*´¨`*:.(¯`*•.¸,¤°´ محمد صالح:*´¨`*:.(¯`*•.¸,¤°´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Mahtabyarhmadi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93*4*21374</w:t>
            </w:r>
          </w:p>
        </w:tc>
        <w:tc>
          <w:tcPr>
            <w:tcW w:type="dxa" w:w="1728"/>
          </w:tcPr>
          <w:p>
            <w:r>
              <w:t>نفس</w:t>
            </w:r>
          </w:p>
        </w:tc>
        <w:tc>
          <w:tcPr>
            <w:tcW w:type="dxa" w:w="1728"/>
          </w:tcPr>
          <w:p>
            <w:r>
              <w:t>پویا فیلم</w:t>
            </w:r>
          </w:p>
        </w:tc>
        <w:tc>
          <w:tcPr>
            <w:tcW w:type="dxa" w:w="1728"/>
          </w:tcPr>
          <w:p>
            <w:r>
              <w:t>reoua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93***13***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91990*14*7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Alii_1363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93**9**421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933*774*30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javadnooo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93*39*9399</w:t>
            </w:r>
          </w:p>
        </w:tc>
        <w:tc>
          <w:tcPr>
            <w:tcW w:type="dxa" w:w="1728"/>
          </w:tcPr>
          <w:p>
            <w:r>
              <w:t>Melo</w:t>
            </w:r>
          </w:p>
        </w:tc>
        <w:tc>
          <w:tcPr>
            <w:tcW w:type="dxa" w:w="1728"/>
          </w:tcPr>
          <w:p>
            <w:r>
              <w:t>Drim</w:t>
            </w:r>
          </w:p>
        </w:tc>
        <w:tc>
          <w:tcPr>
            <w:tcW w:type="dxa" w:w="1728"/>
          </w:tcPr>
          <w:p>
            <w:r>
              <w:t>melodesin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9123*01**2</w:t>
            </w:r>
          </w:p>
        </w:tc>
        <w:tc>
          <w:tcPr>
            <w:tcW w:type="dxa" w:w="1728"/>
          </w:tcPr>
          <w:p>
            <w:r>
              <w:t>Kambiz</w:t>
            </w:r>
          </w:p>
        </w:tc>
        <w:tc>
          <w:tcPr>
            <w:tcW w:type="dxa" w:w="1728"/>
          </w:tcPr>
          <w:p>
            <w:r>
              <w:t>Kafi</w:t>
            </w:r>
          </w:p>
        </w:tc>
        <w:tc>
          <w:tcPr>
            <w:tcW w:type="dxa" w:w="1728"/>
          </w:tcPr>
          <w:p>
            <w:r>
              <w:t>Kambiz_Kafi</w:t>
            </w:r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93*71*131*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912**27***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  <w:tr>
        <w:tc>
          <w:tcPr>
            <w:tcW w:type="dxa" w:w="1728"/>
          </w:tcPr>
          <w:p>
            <w:r>
              <w:t>9379*2**04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بازارچه شهرقدس و حومه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بازارچه شهرقدس و حومه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