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بازارانلاین.خراسان.تایباد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بازارانلاین.خراسان.تایباد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9032979*33</w:t>
            </w:r>
          </w:p>
        </w:tc>
        <w:tc>
          <w:tcPr>
            <w:tcW w:type="dxa" w:w="1728"/>
          </w:tcPr>
          <w:p>
            <w:r>
              <w:t>الله‌برای‌من کافیست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Amin40307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91*12*0*1*</w:t>
            </w:r>
          </w:p>
        </w:tc>
        <w:tc>
          <w:tcPr>
            <w:tcW w:type="dxa" w:w="1728"/>
          </w:tcPr>
          <w:p>
            <w:r>
              <w:t>Aziz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9122490112</w:t>
            </w:r>
          </w:p>
        </w:tc>
        <w:tc>
          <w:tcPr>
            <w:tcW w:type="dxa" w:w="1728"/>
          </w:tcPr>
          <w:p>
            <w:r>
              <w:t>Ahmad Ali</w:t>
            </w:r>
          </w:p>
        </w:tc>
        <w:tc>
          <w:tcPr>
            <w:tcW w:type="dxa" w:w="1728"/>
          </w:tcPr>
          <w:p>
            <w:r>
              <w:t>Aminzade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91**291173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sarvar208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93*71**473</w:t>
            </w:r>
          </w:p>
        </w:tc>
        <w:tc>
          <w:tcPr>
            <w:tcW w:type="dxa" w:w="1728"/>
          </w:tcPr>
          <w:p>
            <w:r>
              <w:t>Nana 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Fafa_store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937*14*002</w:t>
            </w:r>
          </w:p>
        </w:tc>
        <w:tc>
          <w:tcPr>
            <w:tcW w:type="dxa" w:w="1728"/>
          </w:tcPr>
          <w:p>
            <w:r>
              <w:t>Crypto</w:t>
            </w:r>
          </w:p>
        </w:tc>
        <w:tc>
          <w:tcPr>
            <w:tcW w:type="dxa" w:w="1728"/>
          </w:tcPr>
          <w:p>
            <w:r>
              <w:t>Life</w:t>
            </w:r>
          </w:p>
        </w:tc>
        <w:tc>
          <w:tcPr>
            <w:tcW w:type="dxa" w:w="1728"/>
          </w:tcPr>
          <w:p>
            <w:r>
              <w:t>DFA6002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93*9*4**19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91*39194*7</w:t>
            </w:r>
          </w:p>
        </w:tc>
        <w:tc>
          <w:tcPr>
            <w:tcW w:type="dxa" w:w="1728"/>
          </w:tcPr>
          <w:p>
            <w:r>
              <w:t>Alijenabeesgh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Alijenabeesgh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91*3*212*7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>
              <w:t>Harirchy</w:t>
            </w:r>
          </w:p>
        </w:tc>
        <w:tc>
          <w:tcPr>
            <w:tcW w:type="dxa" w:w="1728"/>
          </w:tcPr>
          <w:p>
            <w:r>
              <w:t>Zharirchyy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93*340**09</w:t>
            </w:r>
          </w:p>
        </w:tc>
        <w:tc>
          <w:tcPr>
            <w:tcW w:type="dxa" w:w="1728"/>
          </w:tcPr>
          <w:p>
            <w:r>
              <w:t>هستی</w:t>
            </w:r>
          </w:p>
        </w:tc>
        <w:tc>
          <w:tcPr>
            <w:tcW w:type="dxa" w:w="1728"/>
          </w:tcPr>
          <w:p>
            <w:r>
              <w:t>هستی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91*92*91**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Bahramimahdii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91**02*300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Alireza73fakhra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91**2*3312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>
              <w:t>sedighi</w:t>
            </w:r>
          </w:p>
        </w:tc>
        <w:tc>
          <w:tcPr>
            <w:tcW w:type="dxa" w:w="1728"/>
          </w:tcPr>
          <w:p>
            <w:r>
              <w:t>habibsedighi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91**17*2*3</w:t>
            </w:r>
          </w:p>
        </w:tc>
        <w:tc>
          <w:tcPr>
            <w:tcW w:type="dxa" w:w="1728"/>
          </w:tcPr>
          <w:p>
            <w:r>
              <w:t>ABAZARI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91**192031</w:t>
            </w:r>
          </w:p>
        </w:tc>
        <w:tc>
          <w:tcPr>
            <w:tcW w:type="dxa" w:w="1728"/>
          </w:tcPr>
          <w:p>
            <w:r>
              <w:t>شاکری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9337*01*47</w:t>
            </w:r>
          </w:p>
        </w:tc>
        <w:tc>
          <w:tcPr>
            <w:tcW w:type="dxa" w:w="1728"/>
          </w:tcPr>
          <w:p>
            <w:r>
              <w:t>😘😘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91*93133**</w:t>
            </w:r>
          </w:p>
        </w:tc>
        <w:tc>
          <w:tcPr>
            <w:tcW w:type="dxa" w:w="1728"/>
          </w:tcPr>
          <w:p>
            <w:r>
              <w:t>یا 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91**0092*0</w:t>
            </w:r>
          </w:p>
        </w:tc>
        <w:tc>
          <w:tcPr>
            <w:tcW w:type="dxa" w:w="1728"/>
          </w:tcPr>
          <w:p>
            <w:r>
              <w:t>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93**2014*3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99077303*1</w:t>
            </w:r>
          </w:p>
        </w:tc>
        <w:tc>
          <w:tcPr>
            <w:tcW w:type="dxa" w:w="1728"/>
          </w:tcPr>
          <w:p>
            <w:r>
              <w:t>دلووو?????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91*3*1**39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91*4*031*3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!</w:t>
            </w:r>
          </w:p>
        </w:tc>
        <w:tc>
          <w:tcPr>
            <w:tcW w:type="dxa" w:w="1728"/>
          </w:tcPr>
          <w:p>
            <w:r>
              <w:t>yaser696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914*490*3*</w:t>
            </w:r>
          </w:p>
        </w:tc>
        <w:tc>
          <w:tcPr>
            <w:tcW w:type="dxa" w:w="1728"/>
          </w:tcPr>
          <w:p>
            <w:r>
              <w:t>♪♫♪M♫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93*491*4*2</w:t>
            </w:r>
          </w:p>
        </w:tc>
        <w:tc>
          <w:tcPr>
            <w:tcW w:type="dxa" w:w="1728"/>
          </w:tcPr>
          <w:p>
            <w:r>
              <w:t>@Y@n.@l@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9034***997</w:t>
            </w:r>
          </w:p>
        </w:tc>
        <w:tc>
          <w:tcPr>
            <w:tcW w:type="dxa" w:w="1728"/>
          </w:tcPr>
          <w:p>
            <w:r>
              <w:t>ᴍᴀsᴏᴜᴅ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masod_8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91*439***3</w:t>
            </w:r>
          </w:p>
        </w:tc>
        <w:tc>
          <w:tcPr>
            <w:tcW w:type="dxa" w:w="1728"/>
          </w:tcPr>
          <w:p>
            <w:r>
              <w:t>سلنا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93*****7**</w:t>
            </w:r>
          </w:p>
        </w:tc>
        <w:tc>
          <w:tcPr>
            <w:tcW w:type="dxa" w:w="1728"/>
          </w:tcPr>
          <w:p>
            <w:r>
              <w:t>˙·٠•●♥بیادمادران ازدست رفته♥●•٠·˙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93****90**</w:t>
            </w:r>
          </w:p>
        </w:tc>
        <w:tc>
          <w:tcPr>
            <w:tcW w:type="dxa" w:w="1728"/>
          </w:tcPr>
          <w:p>
            <w:r>
              <w:t>AUTO FIT1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MMMZZZ0111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93*2422939</w:t>
            </w:r>
          </w:p>
        </w:tc>
        <w:tc>
          <w:tcPr>
            <w:tcW w:type="dxa" w:w="1728"/>
          </w:tcPr>
          <w:p>
            <w:r>
              <w:t>‌mohamad 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9030*9**23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9334*90313</w:t>
            </w:r>
          </w:p>
        </w:tc>
        <w:tc>
          <w:tcPr>
            <w:tcW w:type="dxa" w:w="1728"/>
          </w:tcPr>
          <w:p>
            <w:r>
              <w:t>(¯`✿.¸(¯`’♥.ڹیایݜَ .♥’´¯)¸.✿ ‘´¯)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9331*3*321</w:t>
            </w:r>
          </w:p>
        </w:tc>
        <w:tc>
          <w:tcPr>
            <w:tcW w:type="dxa" w:w="1728"/>
          </w:tcPr>
          <w:p>
            <w:r>
              <w:t>Mirza muty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Love79mm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939**294*2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خالقی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91*44032**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93**431**3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ehssan61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901*23440*</w:t>
            </w:r>
          </w:p>
        </w:tc>
        <w:tc>
          <w:tcPr>
            <w:tcW w:type="dxa" w:w="1728"/>
          </w:tcPr>
          <w:p>
            <w:r>
              <w:t>ابراهیم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>
              <w:t>hosseini365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91*32**41*</w:t>
            </w:r>
          </w:p>
        </w:tc>
        <w:tc>
          <w:tcPr>
            <w:tcW w:type="dxa" w:w="1728"/>
          </w:tcPr>
          <w:p>
            <w:r>
              <w:t>آقا قادری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913293201*</w:t>
            </w:r>
          </w:p>
        </w:tc>
        <w:tc>
          <w:tcPr>
            <w:tcW w:type="dxa" w:w="1728"/>
          </w:tcPr>
          <w:p>
            <w:r>
              <w:t>سارا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939*1**24*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>
              <w:t>Alimardani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9190*2*3*7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93*1399***</w:t>
            </w:r>
          </w:p>
        </w:tc>
        <w:tc>
          <w:tcPr>
            <w:tcW w:type="dxa" w:w="1728"/>
          </w:tcPr>
          <w:p>
            <w:r>
              <w:t>˙·٠•●♥ Ƹ̵̡Ӝ̵̨̄Ʒݦؤݓۻی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Xfcghh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9029102**1</w:t>
            </w:r>
          </w:p>
        </w:tc>
        <w:tc>
          <w:tcPr>
            <w:tcW w:type="dxa" w:w="1728"/>
          </w:tcPr>
          <w:p>
            <w:r>
              <w:t>乇んㄎﾑ刀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Wrehsan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903703*7*3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91*9*14320</w:t>
            </w:r>
          </w:p>
        </w:tc>
        <w:tc>
          <w:tcPr>
            <w:tcW w:type="dxa" w:w="1728"/>
          </w:tcPr>
          <w:p>
            <w:r>
              <w:t>وطن پرس ....</w:t>
            </w:r>
          </w:p>
        </w:tc>
        <w:tc>
          <w:tcPr>
            <w:tcW w:type="dxa" w:w="1728"/>
          </w:tcPr>
          <w:p>
            <w:r>
              <w:t>ایرانی</w:t>
            </w:r>
          </w:p>
        </w:tc>
        <w:tc>
          <w:tcPr>
            <w:tcW w:type="dxa" w:w="1728"/>
          </w:tcPr>
          <w:p>
            <w:r>
              <w:t>esmaildehnave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93917127**</w:t>
            </w:r>
          </w:p>
        </w:tc>
        <w:tc>
          <w:tcPr>
            <w:tcW w:type="dxa" w:w="1728"/>
          </w:tcPr>
          <w:p>
            <w:r>
              <w:t>m.reza93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91**0*3119</w:t>
            </w:r>
          </w:p>
        </w:tc>
        <w:tc>
          <w:tcPr>
            <w:tcW w:type="dxa" w:w="1728"/>
          </w:tcPr>
          <w:p>
            <w:r>
              <w:t>♡ ｎｅｇｉｎ 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negin_f9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93*430*340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9370*03*12</w:t>
            </w:r>
          </w:p>
        </w:tc>
        <w:tc>
          <w:tcPr>
            <w:tcW w:type="dxa" w:w="1728"/>
          </w:tcPr>
          <w:p>
            <w:r>
              <w:t>YOSOF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9337101*20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93*19*9473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کفاشیان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91*13*40*3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91*907471*</w:t>
            </w:r>
          </w:p>
        </w:tc>
        <w:tc>
          <w:tcPr>
            <w:tcW w:type="dxa" w:w="1728"/>
          </w:tcPr>
          <w:p>
            <w:r>
              <w:t>Azade</w:t>
            </w:r>
          </w:p>
        </w:tc>
        <w:tc>
          <w:tcPr>
            <w:tcW w:type="dxa" w:w="1728"/>
          </w:tcPr>
          <w:p>
            <w:r>
              <w:t>Azizian</w:t>
            </w:r>
          </w:p>
        </w:tc>
        <w:tc>
          <w:tcPr>
            <w:tcW w:type="dxa" w:w="1728"/>
          </w:tcPr>
          <w:p>
            <w:r>
              <w:t>Azizian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93*929239*</w:t>
            </w:r>
          </w:p>
        </w:tc>
        <w:tc>
          <w:tcPr>
            <w:tcW w:type="dxa" w:w="1728"/>
          </w:tcPr>
          <w:p>
            <w:r>
              <w:t>‌? ‌?‌?‌?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93*4***941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91*9294*2*</w:t>
            </w:r>
          </w:p>
        </w:tc>
        <w:tc>
          <w:tcPr>
            <w:tcW w:type="dxa" w:w="1728"/>
          </w:tcPr>
          <w:p>
            <w:r>
              <w:t>جلیل برشکن</w:t>
            </w:r>
          </w:p>
        </w:tc>
        <w:tc>
          <w:tcPr>
            <w:tcW w:type="dxa" w:w="1728"/>
          </w:tcPr>
          <w:p>
            <w:r>
              <w:t>09159294525</w:t>
            </w:r>
          </w:p>
        </w:tc>
        <w:tc>
          <w:tcPr>
            <w:tcW w:type="dxa" w:w="1728"/>
          </w:tcPr>
          <w:p>
            <w:r>
              <w:t>barshkan1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91*12*7*0*</w:t>
            </w:r>
          </w:p>
        </w:tc>
        <w:tc>
          <w:tcPr>
            <w:tcW w:type="dxa" w:w="1728"/>
          </w:tcPr>
          <w:p>
            <w:r>
              <w:t>فروشگاه مواد غذایی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93*9**3447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93724*1702</w:t>
            </w:r>
          </w:p>
        </w:tc>
        <w:tc>
          <w:tcPr>
            <w:tcW w:type="dxa" w:w="1728"/>
          </w:tcPr>
          <w:p>
            <w:r>
              <w:t>اتی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933*1433**</w:t>
            </w:r>
          </w:p>
        </w:tc>
        <w:tc>
          <w:tcPr>
            <w:tcW w:type="dxa" w:w="1728"/>
          </w:tcPr>
          <w:p>
            <w:r>
              <w:t>110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937313**2*</w:t>
            </w:r>
          </w:p>
        </w:tc>
        <w:tc>
          <w:tcPr>
            <w:tcW w:type="dxa" w:w="1728"/>
          </w:tcPr>
          <w:p>
            <w:r>
              <w:t>☆:*´¨`*:.☆(¯`*•.¸,¤°´ alijavid☆:*´¨`*:.☆(¯`*•.¸,¤°´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Alireza5828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937110*3**</w:t>
            </w:r>
          </w:p>
        </w:tc>
        <w:tc>
          <w:tcPr>
            <w:tcW w:type="dxa" w:w="1728"/>
          </w:tcPr>
          <w:p>
            <w:r>
              <w:t>آریا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rahmany5553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9132941310</w:t>
            </w:r>
          </w:p>
        </w:tc>
        <w:tc>
          <w:tcPr>
            <w:tcW w:type="dxa" w:w="1728"/>
          </w:tcPr>
          <w:p>
            <w:r>
              <w:t>Soheila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933**1709*</w:t>
            </w:r>
          </w:p>
        </w:tc>
        <w:tc>
          <w:tcPr>
            <w:tcW w:type="dxa" w:w="1728"/>
          </w:tcPr>
          <w:p>
            <w:r>
              <w:t>عشق من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9030*21*42</w:t>
            </w:r>
          </w:p>
        </w:tc>
        <w:tc>
          <w:tcPr>
            <w:tcW w:type="dxa" w:w="1728"/>
          </w:tcPr>
          <w:p>
            <w:r>
              <w:t>ستارگان برتر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91*0011**0</w:t>
            </w:r>
          </w:p>
        </w:tc>
        <w:tc>
          <w:tcPr>
            <w:tcW w:type="dxa" w:w="1728"/>
          </w:tcPr>
          <w:p>
            <w:r>
              <w:t>علیرضا رضاییLSF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LSF_SAZEH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91**7*9077</w:t>
            </w:r>
          </w:p>
        </w:tc>
        <w:tc>
          <w:tcPr>
            <w:tcW w:type="dxa" w:w="1728"/>
          </w:tcPr>
          <w:p>
            <w:r>
              <w:t>زرتشت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901*71**12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ArtSanaz_saee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90379*94**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93*1***33*</w:t>
            </w:r>
          </w:p>
        </w:tc>
        <w:tc>
          <w:tcPr>
            <w:tcW w:type="dxa" w:w="1728"/>
          </w:tcPr>
          <w:p>
            <w:r>
              <w:t>مرصاد</w:t>
            </w:r>
          </w:p>
        </w:tc>
        <w:tc>
          <w:tcPr>
            <w:tcW w:type="dxa" w:w="1728"/>
          </w:tcPr>
          <w:p>
            <w:r>
              <w:t>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9192740427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amin0427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93**2*9199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91*12*049*</w:t>
            </w:r>
          </w:p>
        </w:tc>
        <w:tc>
          <w:tcPr>
            <w:tcW w:type="dxa" w:w="1728"/>
          </w:tcPr>
          <w:p>
            <w:r>
              <w:t>Mahmoud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93913*1**2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daruleftahozekhaf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911729933*</w:t>
            </w:r>
          </w:p>
        </w:tc>
        <w:tc>
          <w:tcPr>
            <w:tcW w:type="dxa" w:w="1728"/>
          </w:tcPr>
          <w:p>
            <w:r>
              <w:t>A_Teymouri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93970*02**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Dastjerdi</w:t>
            </w:r>
          </w:p>
        </w:tc>
        <w:tc>
          <w:tcPr>
            <w:tcW w:type="dxa" w:w="1728"/>
          </w:tcPr>
          <w:p>
            <w:r>
              <w:t>Ahmad_dastjerdi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913*03*701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91*32***33</w:t>
            </w:r>
          </w:p>
        </w:tc>
        <w:tc>
          <w:tcPr>
            <w:tcW w:type="dxa" w:w="1728"/>
          </w:tcPr>
          <w:p>
            <w:r>
              <w:t>Rassel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Rassel73l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91**02****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93*9*37**2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Amirreza_Zaroobiii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  <w:tr>
        <w:tc>
          <w:tcPr>
            <w:tcW w:type="dxa" w:w="1728"/>
          </w:tcPr>
          <w:p>
            <w:r>
              <w:t>91****047*</w:t>
            </w:r>
          </w:p>
        </w:tc>
        <w:tc>
          <w:tcPr>
            <w:tcW w:type="dxa" w:w="1728"/>
          </w:tcPr>
          <w:p>
            <w:r>
              <w:t>Mp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Salmanlord</w:t>
            </w:r>
          </w:p>
        </w:tc>
        <w:tc>
          <w:tcPr>
            <w:tcW w:type="dxa" w:w="1728"/>
          </w:tcPr>
          <w:p>
            <w:r>
              <w:t>🌍بازارانلاین.خراسان.تایباد🌏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بازارانلاین.خراسان.تایباد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