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بازار بم و جنوب شرق کرمان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بازار بم و جنوب شرق کرمان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930913*423</w:t>
            </w:r>
          </w:p>
        </w:tc>
        <w:tc>
          <w:tcPr>
            <w:tcW w:type="dxa" w:w="1728"/>
          </w:tcPr>
          <w:p>
            <w:r>
              <w:t>.¸✿¸.•❤•.❀•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91*2*0*917</w:t>
            </w:r>
          </w:p>
        </w:tc>
        <w:tc>
          <w:tcPr>
            <w:tcW w:type="dxa" w:w="1728"/>
          </w:tcPr>
          <w:p>
            <w:r>
              <w:t>بی تو هرگز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93*2130*7*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Dehghan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93*720**00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91334*****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9334*004*4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93*4*14*42</w:t>
            </w:r>
          </w:p>
        </w:tc>
        <w:tc>
          <w:tcPr>
            <w:tcW w:type="dxa" w:w="1728"/>
          </w:tcPr>
          <w:p>
            <w:r>
              <w:t>$AMIR$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SOLTANE1GHALBHA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91334*2142</w:t>
            </w:r>
          </w:p>
        </w:tc>
        <w:tc>
          <w:tcPr>
            <w:tcW w:type="dxa" w:w="1728"/>
          </w:tcPr>
          <w:p>
            <w:r>
              <w:t>▷◉──────── 00:00♪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Fatemerafie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913244779*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>
              <w:t>س 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9137*47*29</w:t>
            </w:r>
          </w:p>
        </w:tc>
        <w:tc>
          <w:tcPr>
            <w:tcW w:type="dxa" w:w="1728"/>
          </w:tcPr>
          <w:p>
            <w:r>
              <w:t>ali7629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91409*0**4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abolfazzl1378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913*432043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mahdi_5769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939192*994</w:t>
            </w:r>
          </w:p>
        </w:tc>
        <w:tc>
          <w:tcPr>
            <w:tcW w:type="dxa" w:w="1728"/>
          </w:tcPr>
          <w:p>
            <w:r>
              <w:t>Admin tabliqat?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sara8580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937*22924*</w:t>
            </w:r>
          </w:p>
        </w:tc>
        <w:tc>
          <w:tcPr>
            <w:tcW w:type="dxa" w:w="1728"/>
          </w:tcPr>
          <w:p>
            <w:r>
              <w:t>♪♫•*¨*•.¸¸s¸.•*¨*•♫♪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913*227300</w:t>
            </w:r>
          </w:p>
        </w:tc>
        <w:tc>
          <w:tcPr>
            <w:tcW w:type="dxa" w:w="1728"/>
          </w:tcPr>
          <w:p>
            <w:r>
              <w:t>نرگس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9010*97*99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Ayjaba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937*9*1*22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9139*7*2*9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93*92242**</w:t>
            </w:r>
          </w:p>
        </w:tc>
        <w:tc>
          <w:tcPr>
            <w:tcW w:type="dxa" w:w="1728"/>
          </w:tcPr>
          <w:p>
            <w:r>
              <w:t>چه روزگاری بود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93*9*02***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9333*310*4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>
              <w:t>a13311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91329*00*0</w:t>
            </w:r>
          </w:p>
        </w:tc>
        <w:tc>
          <w:tcPr>
            <w:tcW w:type="dxa" w:w="1728"/>
          </w:tcPr>
          <w:p>
            <w:r>
              <w:t>سیدی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922*70*320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M@</w:t>
            </w:r>
          </w:p>
        </w:tc>
        <w:tc>
          <w:tcPr>
            <w:tcW w:type="dxa" w:w="1728"/>
          </w:tcPr>
          <w:p>
            <w:r>
              <w:t>ay5115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93*9279*3*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91409*0*40</w:t>
            </w:r>
          </w:p>
        </w:tc>
        <w:tc>
          <w:tcPr>
            <w:tcW w:type="dxa" w:w="1728"/>
          </w:tcPr>
          <w:p>
            <w:r>
              <w:t>نازگل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913397*173</w:t>
            </w:r>
          </w:p>
        </w:tc>
        <w:tc>
          <w:tcPr>
            <w:tcW w:type="dxa" w:w="1728"/>
          </w:tcPr>
          <w:p>
            <w:r>
              <w:t>abas njafpoor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9303097*7*</w:t>
            </w:r>
          </w:p>
        </w:tc>
        <w:tc>
          <w:tcPr>
            <w:tcW w:type="dxa" w:w="1728"/>
          </w:tcPr>
          <w:p>
            <w:r>
              <w:t>ـــــــــــــــــــــــــــــــــــــــــــــــــ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912407*329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9303027044</w:t>
            </w:r>
          </w:p>
        </w:tc>
        <w:tc>
          <w:tcPr>
            <w:tcW w:type="dxa" w:w="1728"/>
          </w:tcPr>
          <w:p>
            <w:r>
              <w:t>‘°ºø•❤•.¸ṕḁṝṃḯḓḁ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91334**9*4</w:t>
            </w:r>
          </w:p>
        </w:tc>
        <w:tc>
          <w:tcPr>
            <w:tcW w:type="dxa" w:w="1728"/>
          </w:tcPr>
          <w:p>
            <w:r>
              <w:t>توحیدی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9133913*24</w:t>
            </w:r>
          </w:p>
        </w:tc>
        <w:tc>
          <w:tcPr>
            <w:tcW w:type="dxa" w:w="1728"/>
          </w:tcPr>
          <w:p>
            <w:r>
              <w:t>◦•●◉✿کابینت آشپزخانه 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alihassani38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9377*****3</w:t>
            </w:r>
          </w:p>
        </w:tc>
        <w:tc>
          <w:tcPr>
            <w:tcW w:type="dxa" w:w="1728"/>
          </w:tcPr>
          <w:p>
            <w:r>
              <w:t>razieh.sh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cake_yasi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933*412729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Bahrami68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939****91*</w:t>
            </w:r>
          </w:p>
        </w:tc>
        <w:tc>
          <w:tcPr>
            <w:tcW w:type="dxa" w:w="1728"/>
          </w:tcPr>
          <w:p>
            <w:r>
              <w:t>▂▃▄▅▆▇█▓▒░A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Azuruni_7234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93***91370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93*1911371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w8930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93923204*7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912*11*373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Rahnama</w:t>
            </w:r>
          </w:p>
        </w:tc>
        <w:tc>
          <w:tcPr>
            <w:tcW w:type="dxa" w:w="1728"/>
          </w:tcPr>
          <w:p>
            <w:r>
              <w:t>rahtanco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91334*31**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91301**492</w:t>
            </w:r>
          </w:p>
        </w:tc>
        <w:tc>
          <w:tcPr>
            <w:tcW w:type="dxa" w:w="1728"/>
          </w:tcPr>
          <w:p>
            <w:r>
              <w:t>Kerman</w:t>
            </w:r>
          </w:p>
        </w:tc>
        <w:tc>
          <w:tcPr>
            <w:tcW w:type="dxa" w:w="1728"/>
          </w:tcPr>
          <w:p>
            <w:r>
              <w:t>Abyar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9131440***</w:t>
            </w:r>
          </w:p>
        </w:tc>
        <w:tc>
          <w:tcPr>
            <w:tcW w:type="dxa" w:w="1728"/>
          </w:tcPr>
          <w:p>
            <w:r>
              <w:t>Tajabadi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Yadollahtajabadi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9179*3*907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9034*21*37</w:t>
            </w:r>
          </w:p>
        </w:tc>
        <w:tc>
          <w:tcPr>
            <w:tcW w:type="dxa" w:w="1728"/>
          </w:tcPr>
          <w:p>
            <w:r>
              <w:t>Agh mahti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Mrdivooone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9129*27073</w:t>
            </w:r>
          </w:p>
        </w:tc>
        <w:tc>
          <w:tcPr>
            <w:tcW w:type="dxa" w:w="1728"/>
          </w:tcPr>
          <w:p>
            <w:r>
              <w:t>‌‌‌‍ ‌‌‌‌اسما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9034***197</w:t>
            </w:r>
          </w:p>
        </w:tc>
        <w:tc>
          <w:tcPr>
            <w:tcW w:type="dxa" w:w="1728"/>
          </w:tcPr>
          <w:p>
            <w:r>
              <w:t>رضا قلی پور</w:t>
            </w:r>
          </w:p>
        </w:tc>
        <w:tc>
          <w:tcPr>
            <w:tcW w:type="dxa" w:w="1728"/>
          </w:tcPr>
          <w:p>
            <w:r>
              <w:t>خریدار ضایعات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937*3497*1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9137**2017</w:t>
            </w:r>
          </w:p>
        </w:tc>
        <w:tc>
          <w:tcPr>
            <w:tcW w:type="dxa" w:w="1728"/>
          </w:tcPr>
          <w:p>
            <w:r>
              <w:t>Mehrad</w:t>
            </w:r>
          </w:p>
        </w:tc>
        <w:tc>
          <w:tcPr>
            <w:tcW w:type="dxa" w:w="1728"/>
          </w:tcPr>
          <w:p>
            <w:r>
              <w:t>saghandi</w:t>
            </w:r>
          </w:p>
        </w:tc>
        <w:tc>
          <w:tcPr>
            <w:tcW w:type="dxa" w:w="1728"/>
          </w:tcPr>
          <w:p>
            <w:r>
              <w:t>Mahrab123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9120*9*919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rajabzadeh</w:t>
            </w:r>
          </w:p>
        </w:tc>
        <w:tc>
          <w:tcPr>
            <w:tcW w:type="dxa" w:w="1728"/>
          </w:tcPr>
          <w:p>
            <w:r>
              <w:t>Dr_ehsanrz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9139422124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Eslami</w:t>
            </w:r>
          </w:p>
        </w:tc>
        <w:tc>
          <w:tcPr>
            <w:tcW w:type="dxa" w:w="1728"/>
          </w:tcPr>
          <w:p>
            <w:r>
              <w:t>Saeed_esalami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9211*43970</w:t>
            </w:r>
          </w:p>
        </w:tc>
        <w:tc>
          <w:tcPr>
            <w:tcW w:type="dxa" w:w="1728"/>
          </w:tcPr>
          <w:p>
            <w:r>
              <w:t>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Alavin67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9024297104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93**00*304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Vim0i0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9132449**2</w:t>
            </w:r>
          </w:p>
        </w:tc>
        <w:tc>
          <w:tcPr>
            <w:tcW w:type="dxa" w:w="1728"/>
          </w:tcPr>
          <w:p>
            <w:r>
              <w:t>..m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913944**09</w:t>
            </w:r>
          </w:p>
        </w:tc>
        <w:tc>
          <w:tcPr>
            <w:tcW w:type="dxa" w:w="1728"/>
          </w:tcPr>
          <w:p>
            <w:r>
              <w:t>امیرمهدی محمدکیان عشقای مادر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91*1127239</w:t>
            </w:r>
          </w:p>
        </w:tc>
        <w:tc>
          <w:tcPr>
            <w:tcW w:type="dxa" w:w="1728"/>
          </w:tcPr>
          <w:p>
            <w:r>
              <w:t>Ali akbarSharif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914*9*3*1*</w:t>
            </w:r>
          </w:p>
        </w:tc>
        <w:tc>
          <w:tcPr>
            <w:tcW w:type="dxa" w:w="1728"/>
          </w:tcPr>
          <w:p>
            <w:r>
              <w:t>Jazbe namayande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pasargad_Bime_omr_va_atie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921072*922</w:t>
            </w:r>
          </w:p>
        </w:tc>
        <w:tc>
          <w:tcPr>
            <w:tcW w:type="dxa" w:w="1728"/>
          </w:tcPr>
          <w:p>
            <w:r>
              <w:t>•Amir•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bahador_d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939772*92*</w:t>
            </w:r>
          </w:p>
        </w:tc>
        <w:tc>
          <w:tcPr>
            <w:tcW w:type="dxa" w:w="1728"/>
          </w:tcPr>
          <w:p>
            <w:r>
              <w:t>♥♥♥ amirali♥♥♥♥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amirali1462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922*9***3*</w:t>
            </w:r>
          </w:p>
        </w:tc>
        <w:tc>
          <w:tcPr>
            <w:tcW w:type="dxa" w:w="1728"/>
          </w:tcPr>
          <w:p>
            <w:r>
              <w:t>yas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yughb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9139**3*9*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9137**920*</w:t>
            </w:r>
          </w:p>
        </w:tc>
        <w:tc>
          <w:tcPr>
            <w:tcW w:type="dxa" w:w="1728"/>
          </w:tcPr>
          <w:p>
            <w:r>
              <w:t>کافه اسپرسو@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COFFE_m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930**70**4</w:t>
            </w:r>
          </w:p>
        </w:tc>
        <w:tc>
          <w:tcPr>
            <w:tcW w:type="dxa" w:w="1728"/>
          </w:tcPr>
          <w:p>
            <w:r>
              <w:t>Shelyagh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Shelyaghi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913*430497</w:t>
            </w:r>
          </w:p>
        </w:tc>
        <w:tc>
          <w:tcPr>
            <w:tcW w:type="dxa" w:w="1728"/>
          </w:tcPr>
          <w:p>
            <w:r>
              <w:t>M-kh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9217*97***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adnezamabadigallery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9211***39*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amrard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93*4017*91</w:t>
            </w:r>
          </w:p>
        </w:tc>
        <w:tc>
          <w:tcPr>
            <w:tcW w:type="dxa" w:w="1728"/>
          </w:tcPr>
          <w:p>
            <w:r>
              <w:t>حاج قاسم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Haj_gha3m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913*793*33</w:t>
            </w:r>
          </w:p>
        </w:tc>
        <w:tc>
          <w:tcPr>
            <w:tcW w:type="dxa" w:w="1728"/>
          </w:tcPr>
          <w:p>
            <w:r>
              <w:t>Mohamad Hosein</w:t>
            </w:r>
          </w:p>
        </w:tc>
        <w:tc>
          <w:tcPr>
            <w:tcW w:type="dxa" w:w="1728"/>
          </w:tcPr>
          <w:p>
            <w:r>
              <w:t>Barani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9103**0**2</w:t>
            </w:r>
          </w:p>
        </w:tc>
        <w:tc>
          <w:tcPr>
            <w:tcW w:type="dxa" w:w="1728"/>
          </w:tcPr>
          <w:p>
            <w:r>
              <w:t>Roz.hay,</w:t>
            </w:r>
          </w:p>
        </w:tc>
        <w:tc>
          <w:tcPr>
            <w:tcW w:type="dxa" w:w="1728"/>
          </w:tcPr>
          <w:p>
            <w:r>
              <w:t>Khooob</w:t>
            </w:r>
          </w:p>
        </w:tc>
        <w:tc>
          <w:tcPr>
            <w:tcW w:type="dxa" w:w="1728"/>
          </w:tcPr>
          <w:p>
            <w:r>
              <w:t>reza137279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921*490370</w:t>
            </w:r>
          </w:p>
        </w:tc>
        <w:tc>
          <w:tcPr>
            <w:tcW w:type="dxa" w:w="1728"/>
          </w:tcPr>
          <w:p>
            <w:r>
              <w:t>...,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99117**10*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Queen_niloo_tokhs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9391999102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H11ma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9333**2*42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mamal000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9904377*1*</w:t>
            </w:r>
          </w:p>
        </w:tc>
        <w:tc>
          <w:tcPr>
            <w:tcW w:type="dxa" w:w="1728"/>
          </w:tcPr>
          <w:p>
            <w:r>
              <w:t>fazel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913399*902</w:t>
            </w:r>
          </w:p>
        </w:tc>
        <w:tc>
          <w:tcPr>
            <w:tcW w:type="dxa" w:w="1728"/>
          </w:tcPr>
          <w:p>
            <w:r>
              <w:t>Sami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Mrs_karamshahi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9127792**9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>
              <w:t>J76</w:t>
            </w:r>
          </w:p>
        </w:tc>
        <w:tc>
          <w:tcPr>
            <w:tcW w:type="dxa" w:w="1728"/>
          </w:tcPr>
          <w:p>
            <w:r>
              <w:t>MM_jaberansari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901707*2*0</w:t>
            </w:r>
          </w:p>
        </w:tc>
        <w:tc>
          <w:tcPr>
            <w:tcW w:type="dxa" w:w="1728"/>
          </w:tcPr>
          <w:p>
            <w:r>
              <w:t>بشیری</w:t>
            </w:r>
          </w:p>
        </w:tc>
        <w:tc>
          <w:tcPr>
            <w:tcW w:type="dxa" w:w="1728"/>
          </w:tcPr>
          <w:p>
            <w:r>
              <w:t>مشاور پوست</w:t>
            </w:r>
          </w:p>
        </w:tc>
        <w:tc>
          <w:tcPr>
            <w:tcW w:type="dxa" w:w="1728"/>
          </w:tcPr>
          <w:p>
            <w:r>
              <w:t>Yaldanaaaaz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91394100**</w:t>
            </w:r>
          </w:p>
        </w:tc>
        <w:tc>
          <w:tcPr>
            <w:tcW w:type="dxa" w:w="1728"/>
          </w:tcPr>
          <w:p>
            <w:r>
              <w:t>محمدعلی ثمره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91334**270</w:t>
            </w:r>
          </w:p>
        </w:tc>
        <w:tc>
          <w:tcPr>
            <w:tcW w:type="dxa" w:w="1728"/>
          </w:tcPr>
          <w:p>
            <w:r>
              <w:t>$$$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913*3*37**</w:t>
            </w:r>
          </w:p>
        </w:tc>
        <w:tc>
          <w:tcPr>
            <w:tcW w:type="dxa" w:w="1728"/>
          </w:tcPr>
          <w:p>
            <w:r>
              <w:t>A@s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  <w:tr>
        <w:tc>
          <w:tcPr>
            <w:tcW w:type="dxa" w:w="1728"/>
          </w:tcPr>
          <w:p>
            <w:r>
              <w:t>93*4974003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goldoozifantezi1</w:t>
            </w:r>
          </w:p>
        </w:tc>
        <w:tc>
          <w:tcPr>
            <w:tcW w:type="dxa" w:w="1728"/>
          </w:tcPr>
          <w:p>
            <w:r>
              <w:t>بازار بم و جنوب شرق⬅️⬅️ کرمان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بازار بم و جنوب شرق کرمان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