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ایرانیان مقیم اتریش(دارکوب)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ایرانیان مقیم اتریش(دارکوب)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9107744993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912917*0*7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ifixmohammadi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93**0*2*07</w:t>
            </w:r>
          </w:p>
        </w:tc>
        <w:tc>
          <w:tcPr>
            <w:tcW w:type="dxa" w:w="1728"/>
          </w:tcPr>
          <w:p>
            <w:r>
              <w:t>Jay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javadd_mqm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93*27*47**</w:t>
            </w:r>
          </w:p>
        </w:tc>
        <w:tc>
          <w:tcPr>
            <w:tcW w:type="dxa" w:w="1728"/>
          </w:tcPr>
          <w:p>
            <w:r>
              <w:t>Mehrasa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Mehrasa_mahmoodi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91434*7**7</w:t>
            </w:r>
          </w:p>
        </w:tc>
        <w:tc>
          <w:tcPr>
            <w:tcW w:type="dxa" w:w="1728"/>
          </w:tcPr>
          <w:p>
            <w:r>
              <w:t>مارمارا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Omid136677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9904903340</w:t>
            </w:r>
          </w:p>
        </w:tc>
        <w:tc>
          <w:tcPr>
            <w:tcW w:type="dxa" w:w="1728"/>
          </w:tcPr>
          <w:p>
            <w:r>
              <w:t>MaSe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MaseAlM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91**1*7019</w:t>
            </w:r>
          </w:p>
        </w:tc>
        <w:tc>
          <w:tcPr>
            <w:tcW w:type="dxa" w:w="1728"/>
          </w:tcPr>
          <w:p>
            <w:r>
              <w:t>آرمان سمائی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ArmanSamaei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912093339*</w:t>
            </w:r>
          </w:p>
        </w:tc>
        <w:tc>
          <w:tcPr>
            <w:tcW w:type="dxa" w:w="1728"/>
          </w:tcPr>
          <w:p>
            <w:r>
              <w:t>Rana</w:t>
            </w:r>
          </w:p>
        </w:tc>
        <w:tc>
          <w:tcPr>
            <w:tcW w:type="dxa" w:w="1728"/>
          </w:tcPr>
          <w:p>
            <w:r>
              <w:t>Imani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912*440*3*</w:t>
            </w:r>
          </w:p>
        </w:tc>
        <w:tc>
          <w:tcPr>
            <w:tcW w:type="dxa" w:w="1728"/>
          </w:tcPr>
          <w:p>
            <w:r>
              <w:t>18792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MMM576099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939**1774*</w:t>
            </w:r>
          </w:p>
        </w:tc>
        <w:tc>
          <w:tcPr>
            <w:tcW w:type="dxa" w:w="1728"/>
          </w:tcPr>
          <w:p>
            <w:r>
              <w:t>🌷🌸🌺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mehrana1390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93*4*01929</w:t>
            </w:r>
          </w:p>
        </w:tc>
        <w:tc>
          <w:tcPr>
            <w:tcW w:type="dxa" w:w="1728"/>
          </w:tcPr>
          <w:p>
            <w:r>
              <w:t>M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MHABZ1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91249*71*0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Vasipour</w:t>
            </w:r>
          </w:p>
        </w:tc>
        <w:tc>
          <w:tcPr>
            <w:tcW w:type="dxa" w:w="1728"/>
          </w:tcPr>
          <w:p>
            <w:r>
              <w:t>Vasipour67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91920**40*</w:t>
            </w:r>
          </w:p>
        </w:tc>
        <w:tc>
          <w:tcPr>
            <w:tcW w:type="dxa" w:w="1728"/>
          </w:tcPr>
          <w:p>
            <w:r>
              <w:t>G.G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Ghasem1991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90*1*31037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Sami_No_love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91941*72**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93**33202*</w:t>
            </w:r>
          </w:p>
        </w:tc>
        <w:tc>
          <w:tcPr>
            <w:tcW w:type="dxa" w:w="1728"/>
          </w:tcPr>
          <w:p>
            <w:r>
              <w:t>♡|: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W_Margam_w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91293210*7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mahhaprz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93**079193</w:t>
            </w:r>
          </w:p>
        </w:tc>
        <w:tc>
          <w:tcPr>
            <w:tcW w:type="dxa" w:w="1728"/>
          </w:tcPr>
          <w:p>
            <w:r>
              <w:t>MSN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Switchport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93**79**0*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BN</w:t>
            </w:r>
          </w:p>
        </w:tc>
        <w:tc>
          <w:tcPr>
            <w:tcW w:type="dxa" w:w="1728"/>
          </w:tcPr>
          <w:p>
            <w:r>
              <w:t>geotechnic_engineer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91010*1***</w:t>
            </w:r>
          </w:p>
        </w:tc>
        <w:tc>
          <w:tcPr>
            <w:tcW w:type="dxa" w:w="1728"/>
          </w:tcPr>
          <w:p>
            <w:r>
              <w:t>L.a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khodayman1397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912224*7*2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Masroufi</w:t>
            </w:r>
          </w:p>
        </w:tc>
        <w:tc>
          <w:tcPr>
            <w:tcW w:type="dxa" w:w="1728"/>
          </w:tcPr>
          <w:p>
            <w:r>
              <w:t>Masroufi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91113*4220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Majid_Ejlali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9397**4003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Moghaddas</w:t>
            </w:r>
          </w:p>
        </w:tc>
        <w:tc>
          <w:tcPr>
            <w:tcW w:type="dxa" w:w="1728"/>
          </w:tcPr>
          <w:p>
            <w:r>
              <w:t>pymoghaddas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93***91*04</w:t>
            </w:r>
          </w:p>
        </w:tc>
        <w:tc>
          <w:tcPr>
            <w:tcW w:type="dxa" w:w="1728"/>
          </w:tcPr>
          <w:p>
            <w:r>
              <w:t>Mem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A_memariani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912*042272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nazaninzivdarchegini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919*1177*1</w:t>
            </w:r>
          </w:p>
        </w:tc>
        <w:tc>
          <w:tcPr>
            <w:tcW w:type="dxa" w:w="1728"/>
          </w:tcPr>
          <w:p>
            <w:r>
              <w:t>Киаваш_Kiawasch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Kiavashkarimipour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901733923*</w:t>
            </w:r>
          </w:p>
        </w:tc>
        <w:tc>
          <w:tcPr>
            <w:tcW w:type="dxa" w:w="1728"/>
          </w:tcPr>
          <w:p>
            <w:r>
              <w:t>عشق</w:t>
            </w:r>
          </w:p>
        </w:tc>
        <w:tc>
          <w:tcPr>
            <w:tcW w:type="dxa" w:w="1728"/>
          </w:tcPr>
          <w:p>
            <w:r>
              <w:t>نامحسوس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913*79214*</w:t>
            </w:r>
          </w:p>
        </w:tc>
        <w:tc>
          <w:tcPr>
            <w:tcW w:type="dxa" w:w="1728"/>
          </w:tcPr>
          <w:p>
            <w:r>
              <w:t>Mary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Maryamb1374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91230*349*</w:t>
            </w:r>
          </w:p>
        </w:tc>
        <w:tc>
          <w:tcPr>
            <w:tcW w:type="dxa" w:w="1728"/>
          </w:tcPr>
          <w:p>
            <w:r>
              <w:t>Omid Music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912*721471</w:t>
            </w:r>
          </w:p>
        </w:tc>
        <w:tc>
          <w:tcPr>
            <w:tcW w:type="dxa" w:w="1728"/>
          </w:tcPr>
          <w:p>
            <w:r>
              <w:t>Hamideh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>
              <w:t>h_amirafshar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93*7**3*12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930**209*1</w:t>
            </w:r>
          </w:p>
        </w:tc>
        <w:tc>
          <w:tcPr>
            <w:tcW w:type="dxa" w:w="1728"/>
          </w:tcPr>
          <w:p>
            <w:r>
              <w:t>مالمیر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91132720*4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Armankazemi2064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912*00101*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Amirkhani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9143723*12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Maryam_bio69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93733*92**</w:t>
            </w:r>
          </w:p>
        </w:tc>
        <w:tc>
          <w:tcPr>
            <w:tcW w:type="dxa" w:w="1728"/>
          </w:tcPr>
          <w:p>
            <w:r>
              <w:t>کیانیکا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9393*2**43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Shojaee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9301202220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STdrtt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91793*71*3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Homayounaraz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91339****0</w:t>
            </w:r>
          </w:p>
        </w:tc>
        <w:tc>
          <w:tcPr>
            <w:tcW w:type="dxa" w:w="1728"/>
          </w:tcPr>
          <w:p>
            <w:r>
              <w:t>F.sol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FsB5650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93*39201**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Aliebrahimi1378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91430*7*71</w:t>
            </w:r>
          </w:p>
        </w:tc>
        <w:tc>
          <w:tcPr>
            <w:tcW w:type="dxa" w:w="1728"/>
          </w:tcPr>
          <w:p>
            <w:r>
              <w:t>beh</w:t>
            </w:r>
          </w:p>
        </w:tc>
        <w:tc>
          <w:tcPr>
            <w:tcW w:type="dxa" w:w="1728"/>
          </w:tcPr>
          <w:p>
            <w:r>
              <w:t>Zad</w:t>
            </w:r>
          </w:p>
        </w:tc>
        <w:tc>
          <w:tcPr>
            <w:tcW w:type="dxa" w:w="1728"/>
          </w:tcPr>
          <w:p>
            <w:r>
              <w:t>Behzadcpp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937491*2*3</w:t>
            </w:r>
          </w:p>
        </w:tc>
        <w:tc>
          <w:tcPr>
            <w:tcW w:type="dxa" w:w="1728"/>
          </w:tcPr>
          <w:p>
            <w:r>
              <w:t>fereshteh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fereshte_she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91114049**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9124**2421</w:t>
            </w:r>
          </w:p>
        </w:tc>
        <w:tc>
          <w:tcPr>
            <w:tcW w:type="dxa" w:w="1728"/>
          </w:tcPr>
          <w:p>
            <w:r>
              <w:t>🌗…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so2421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911*011*17</w:t>
            </w:r>
          </w:p>
        </w:tc>
        <w:tc>
          <w:tcPr>
            <w:tcW w:type="dxa" w:w="1728"/>
          </w:tcPr>
          <w:p>
            <w:r>
              <w:t>M4hsaw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mahsaabd2020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9194914297</w:t>
            </w:r>
          </w:p>
        </w:tc>
        <w:tc>
          <w:tcPr>
            <w:tcW w:type="dxa" w:w="1728"/>
          </w:tcPr>
          <w:p>
            <w:r>
              <w:t>Sona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9017*30301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93*21*0021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alirezasohrabian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91191*19*7</w:t>
            </w:r>
          </w:p>
        </w:tc>
        <w:tc>
          <w:tcPr>
            <w:tcW w:type="dxa" w:w="1728"/>
          </w:tcPr>
          <w:p>
            <w:r>
              <w:t>Kourosh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arsham1330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93*01*0313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Safavi</w:t>
            </w:r>
          </w:p>
        </w:tc>
        <w:tc>
          <w:tcPr>
            <w:tcW w:type="dxa" w:w="1728"/>
          </w:tcPr>
          <w:p>
            <w:r>
              <w:t>ArashSafavi36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9173*13**0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Parse</w:t>
            </w:r>
          </w:p>
        </w:tc>
        <w:tc>
          <w:tcPr>
            <w:tcW w:type="dxa" w:w="1728"/>
          </w:tcPr>
          <w:p>
            <w:r>
              <w:t>PSD60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91943***00</w:t>
            </w:r>
          </w:p>
        </w:tc>
        <w:tc>
          <w:tcPr>
            <w:tcW w:type="dxa" w:w="1728"/>
          </w:tcPr>
          <w:p>
            <w:r>
              <w:t>^^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toktamtarabi8383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91****7917</w:t>
            </w:r>
          </w:p>
        </w:tc>
        <w:tc>
          <w:tcPr>
            <w:tcW w:type="dxa" w:w="1728"/>
          </w:tcPr>
          <w:p>
            <w:r>
              <w:t>Z.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Hosseini13794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937**20*24</w:t>
            </w:r>
          </w:p>
        </w:tc>
        <w:tc>
          <w:tcPr>
            <w:tcW w:type="dxa" w:w="1728"/>
          </w:tcPr>
          <w:p>
            <w:r>
              <w:t>Pay 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paymansh1992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91233*9*27</w:t>
            </w:r>
          </w:p>
        </w:tc>
        <w:tc>
          <w:tcPr>
            <w:tcW w:type="dxa" w:w="1728"/>
          </w:tcPr>
          <w:p>
            <w:r>
              <w:t>BZ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912***4393</w:t>
            </w:r>
          </w:p>
        </w:tc>
        <w:tc>
          <w:tcPr>
            <w:tcW w:type="dxa" w:w="1728"/>
          </w:tcPr>
          <w:p>
            <w:r>
              <w:t>SCHíííVA</w:t>
            </w:r>
          </w:p>
        </w:tc>
        <w:tc>
          <w:tcPr>
            <w:tcW w:type="dxa" w:w="1728"/>
          </w:tcPr>
          <w:p>
            <w:r>
              <w:t>RK</w:t>
            </w:r>
          </w:p>
        </w:tc>
        <w:tc>
          <w:tcPr>
            <w:tcW w:type="dxa" w:w="1728"/>
          </w:tcPr>
          <w:p>
            <w:r>
              <w:t>Shiva04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9124*049**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ahmadian</w:t>
            </w:r>
          </w:p>
        </w:tc>
        <w:tc>
          <w:tcPr>
            <w:tcW w:type="dxa" w:w="1728"/>
          </w:tcPr>
          <w:p>
            <w:r>
              <w:t>Ahmadianmohamad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9121333*14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Sh.</w:t>
            </w:r>
          </w:p>
        </w:tc>
        <w:tc>
          <w:tcPr>
            <w:tcW w:type="dxa" w:w="1728"/>
          </w:tcPr>
          <w:p>
            <w:r>
              <w:t>ASheini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912*0**19*</w:t>
            </w:r>
          </w:p>
        </w:tc>
        <w:tc>
          <w:tcPr>
            <w:tcW w:type="dxa" w:w="1728"/>
          </w:tcPr>
          <w:p>
            <w:r>
              <w:t>Mery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parisa_mid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912312*747</w:t>
            </w:r>
          </w:p>
        </w:tc>
        <w:tc>
          <w:tcPr>
            <w:tcW w:type="dxa" w:w="1728"/>
          </w:tcPr>
          <w:p>
            <w:r>
              <w:t>صادق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sadegh_0311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93*14*40**</w:t>
            </w:r>
          </w:p>
        </w:tc>
        <w:tc>
          <w:tcPr>
            <w:tcW w:type="dxa" w:w="1728"/>
          </w:tcPr>
          <w:p>
            <w:r>
              <w:t>Sadegh Ⓜ️</w:t>
            </w:r>
          </w:p>
        </w:tc>
        <w:tc>
          <w:tcPr>
            <w:tcW w:type="dxa" w:w="1728"/>
          </w:tcPr>
          <w:p>
            <w:r>
              <w:t>Fadaei</w:t>
            </w:r>
          </w:p>
        </w:tc>
        <w:tc>
          <w:tcPr>
            <w:tcW w:type="dxa" w:w="1728"/>
          </w:tcPr>
          <w:p>
            <w:r>
              <w:t>sadeghfadaeiii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9300703*13</w:t>
            </w:r>
          </w:p>
        </w:tc>
        <w:tc>
          <w:tcPr>
            <w:tcW w:type="dxa" w:w="1728"/>
          </w:tcPr>
          <w:p>
            <w:r>
              <w:t>مجيد</w:t>
            </w:r>
          </w:p>
        </w:tc>
        <w:tc>
          <w:tcPr>
            <w:tcW w:type="dxa" w:w="1728"/>
          </w:tcPr>
          <w:p>
            <w:r>
              <w:t>فرد</w:t>
            </w:r>
          </w:p>
        </w:tc>
        <w:tc>
          <w:tcPr>
            <w:tcW w:type="dxa" w:w="1728"/>
          </w:tcPr>
          <w:p>
            <w:r>
              <w:t>Ariafard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9127142*0*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Asangoo</w:t>
            </w:r>
          </w:p>
        </w:tc>
        <w:tc>
          <w:tcPr>
            <w:tcW w:type="dxa" w:w="1728"/>
          </w:tcPr>
          <w:p>
            <w:r>
              <w:t>M_a136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911313*4*7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Barsam1392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93*37177*2</w:t>
            </w:r>
          </w:p>
        </w:tc>
        <w:tc>
          <w:tcPr>
            <w:tcW w:type="dxa" w:w="1728"/>
          </w:tcPr>
          <w:p>
            <w:r>
              <w:t>2301500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9192***11*</w:t>
            </w:r>
          </w:p>
        </w:tc>
        <w:tc>
          <w:tcPr>
            <w:tcW w:type="dxa" w:w="1728"/>
          </w:tcPr>
          <w:p>
            <w:r>
              <w:t>Angel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Angel31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9104**3910</w:t>
            </w:r>
          </w:p>
        </w:tc>
        <w:tc>
          <w:tcPr>
            <w:tcW w:type="dxa" w:w="1728"/>
          </w:tcPr>
          <w:p>
            <w:r>
              <w:t>Ataei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Ataei1333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901*7922**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XDMm_Amiri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901***037*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O0AMIR0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9127*9*3*1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rahmati</w:t>
            </w:r>
          </w:p>
        </w:tc>
        <w:tc>
          <w:tcPr>
            <w:tcW w:type="dxa" w:w="1728"/>
          </w:tcPr>
          <w:p>
            <w:r>
              <w:t>navidrahmati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9377*7*014</w:t>
            </w:r>
          </w:p>
        </w:tc>
        <w:tc>
          <w:tcPr>
            <w:tcW w:type="dxa" w:w="1728"/>
          </w:tcPr>
          <w:p>
            <w:r>
              <w:t>نیلوفر</w:t>
            </w:r>
          </w:p>
        </w:tc>
        <w:tc>
          <w:tcPr>
            <w:tcW w:type="dxa" w:w="1728"/>
          </w:tcPr>
          <w:p>
            <w:r>
              <w:t>آبی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939144***3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hosseinamiriii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93031971**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Thepriority_of_fami_life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912370903*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>
              <w:t>Sh~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91*1073*1*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91**722934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Rrrashed67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93*2*44*7*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>
              <w:t>amir_adel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9112444907</w:t>
            </w:r>
          </w:p>
        </w:tc>
        <w:tc>
          <w:tcPr>
            <w:tcW w:type="dxa" w:w="1728"/>
          </w:tcPr>
          <w:p>
            <w:r>
              <w:t>Afsane</w:t>
            </w:r>
          </w:p>
        </w:tc>
        <w:tc>
          <w:tcPr>
            <w:tcW w:type="dxa" w:w="1728"/>
          </w:tcPr>
          <w:p>
            <w:r>
              <w:t>Nabipay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  <w:tr>
        <w:tc>
          <w:tcPr>
            <w:tcW w:type="dxa" w:w="1728"/>
          </w:tcPr>
          <w:p>
            <w:r>
              <w:t>939031*10*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mahdimokhtariiiiiii</w:t>
            </w:r>
          </w:p>
        </w:tc>
        <w:tc>
          <w:tcPr>
            <w:tcW w:type="dxa" w:w="1728"/>
          </w:tcPr>
          <w:p>
            <w:r>
              <w:t>ایرانیان مقیم اتریش(دارکوب)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ایرانیان مقیم اتریش(دارکوب)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