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انواع کیف های فلاکسی عمده و جزیی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انواع کیف های فلاکسی عمده و جزیی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902*7*0*00</w:t>
            </w:r>
          </w:p>
        </w:tc>
        <w:tc>
          <w:tcPr>
            <w:tcW w:type="dxa" w:w="1728"/>
          </w:tcPr>
          <w:p>
            <w:r>
              <w:t>s@&amp;egh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SFSF7075</w:t>
            </w:r>
          </w:p>
        </w:tc>
        <w:tc>
          <w:tcPr>
            <w:tcW w:type="dxa" w:w="1728"/>
          </w:tcPr>
          <w:p>
            <w:r>
              <w:t>انواع کیف های فلاکسی عمده و جزیی</w:t>
            </w:r>
          </w:p>
        </w:tc>
      </w:tr>
      <w:tr>
        <w:tc>
          <w:tcPr>
            <w:tcW w:type="dxa" w:w="1728"/>
          </w:tcPr>
          <w:p>
            <w:r>
              <w:t>939*47***4</w:t>
            </w:r>
          </w:p>
        </w:tc>
        <w:tc>
          <w:tcPr>
            <w:tcW w:type="dxa" w:w="1728"/>
          </w:tcPr>
          <w:p>
            <w:r>
              <w:t>●▬▬๑۩۩๑اݦیڔځڛیڽ ๑۩۩๑▬▬●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Amirhossein_abi</w:t>
            </w:r>
          </w:p>
        </w:tc>
        <w:tc>
          <w:tcPr>
            <w:tcW w:type="dxa" w:w="1728"/>
          </w:tcPr>
          <w:p>
            <w:r>
              <w:t>انواع کیف های فلاکسی عمده و جزیی</w:t>
            </w:r>
          </w:p>
        </w:tc>
      </w:tr>
      <w:tr>
        <w:tc>
          <w:tcPr>
            <w:tcW w:type="dxa" w:w="1728"/>
          </w:tcPr>
          <w:p>
            <w:r>
              <w:t>91*7**300*</w:t>
            </w:r>
          </w:p>
        </w:tc>
        <w:tc>
          <w:tcPr>
            <w:tcW w:type="dxa" w:w="1728"/>
          </w:tcPr>
          <w:p>
            <w:r>
              <w:t>S</w:t>
            </w:r>
          </w:p>
        </w:tc>
        <w:tc>
          <w:tcPr>
            <w:tcW w:type="dxa" w:w="1728"/>
          </w:tcPr>
          <w:p>
            <w:r>
              <w:t>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انواع کیف های فلاکسی عمده و جزیی</w:t>
            </w:r>
          </w:p>
        </w:tc>
      </w:tr>
      <w:tr>
        <w:tc>
          <w:tcPr>
            <w:tcW w:type="dxa" w:w="1728"/>
          </w:tcPr>
          <w:p>
            <w:r>
              <w:t>93777*1*44</w:t>
            </w:r>
          </w:p>
        </w:tc>
        <w:tc>
          <w:tcPr>
            <w:tcW w:type="dxa" w:w="1728"/>
          </w:tcPr>
          <w:p>
            <w:r>
              <w:t>◔͜͡◔ Ma®yam ◔͜͡◔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MT1644</w:t>
            </w:r>
          </w:p>
        </w:tc>
        <w:tc>
          <w:tcPr>
            <w:tcW w:type="dxa" w:w="1728"/>
          </w:tcPr>
          <w:p>
            <w:r>
              <w:t>انواع کیف های فلاکسی عمده و جزیی</w:t>
            </w:r>
          </w:p>
        </w:tc>
      </w:tr>
      <w:tr>
        <w:tc>
          <w:tcPr>
            <w:tcW w:type="dxa" w:w="1728"/>
          </w:tcPr>
          <w:p>
            <w:r>
              <w:t>903421*1*9</w:t>
            </w:r>
          </w:p>
        </w:tc>
        <w:tc>
          <w:tcPr>
            <w:tcW w:type="dxa" w:w="1728"/>
          </w:tcPr>
          <w:p>
            <w:r>
              <w:t>Deleted Accunt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ma2346</w:t>
            </w:r>
          </w:p>
        </w:tc>
        <w:tc>
          <w:tcPr>
            <w:tcW w:type="dxa" w:w="1728"/>
          </w:tcPr>
          <w:p>
            <w:r>
              <w:t>انواع کیف های فلاکسی عمده و جزیی</w:t>
            </w:r>
          </w:p>
        </w:tc>
      </w:tr>
      <w:tr>
        <w:tc>
          <w:tcPr>
            <w:tcW w:type="dxa" w:w="1728"/>
          </w:tcPr>
          <w:p>
            <w:r>
              <w:t>93*3*7**13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انواع کیف های فلاکسی عمده و جزیی</w:t>
            </w:r>
          </w:p>
        </w:tc>
      </w:tr>
      <w:tr>
        <w:tc>
          <w:tcPr>
            <w:tcW w:type="dxa" w:w="1728"/>
          </w:tcPr>
          <w:p>
            <w:r>
              <w:t>91*9322117</w:t>
            </w:r>
          </w:p>
        </w:tc>
        <w:tc>
          <w:tcPr>
            <w:tcW w:type="dxa" w:w="1728"/>
          </w:tcPr>
          <w:p>
            <w:r>
              <w:t>zahra .s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انواع کیف های فلاکسی عمده و جزیی</w:t>
            </w:r>
          </w:p>
        </w:tc>
      </w:tr>
      <w:tr>
        <w:tc>
          <w:tcPr>
            <w:tcW w:type="dxa" w:w="1728"/>
          </w:tcPr>
          <w:p>
            <w:r>
              <w:t>990320*414</w:t>
            </w:r>
          </w:p>
        </w:tc>
        <w:tc>
          <w:tcPr>
            <w:tcW w:type="dxa" w:w="1728"/>
          </w:tcPr>
          <w:p>
            <w:r>
              <w:t>◦•●◉✿ افسانه 👑✿◉●•◦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انواع کیف های فلاکسی عمده و جزیی</w:t>
            </w:r>
          </w:p>
        </w:tc>
      </w:tr>
      <w:tr>
        <w:tc>
          <w:tcPr>
            <w:tcW w:type="dxa" w:w="1728"/>
          </w:tcPr>
          <w:p>
            <w:r>
              <w:t>9917742*44</w:t>
            </w:r>
          </w:p>
        </w:tc>
        <w:tc>
          <w:tcPr>
            <w:tcW w:type="dxa" w:w="1728"/>
          </w:tcPr>
          <w:p>
            <w:r>
              <w:t>𝐹𝑎𝑟𝑖𝑑𝑒𝑒𝑒𝑒❤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Farideh116677</w:t>
            </w:r>
          </w:p>
        </w:tc>
        <w:tc>
          <w:tcPr>
            <w:tcW w:type="dxa" w:w="1728"/>
          </w:tcPr>
          <w:p>
            <w:r>
              <w:t>انواع کیف های فلاکسی عمده و جزیی</w:t>
            </w:r>
          </w:p>
        </w:tc>
      </w:tr>
      <w:tr>
        <w:tc>
          <w:tcPr>
            <w:tcW w:type="dxa" w:w="1728"/>
          </w:tcPr>
          <w:p>
            <w:r>
              <w:t>91924041*3</w:t>
            </w:r>
          </w:p>
        </w:tc>
        <w:tc>
          <w:tcPr>
            <w:tcW w:type="dxa" w:w="1728"/>
          </w:tcPr>
          <w:p>
            <w:r>
              <w:t>N.M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Nahidtamizi</w:t>
            </w:r>
          </w:p>
        </w:tc>
        <w:tc>
          <w:tcPr>
            <w:tcW w:type="dxa" w:w="1728"/>
          </w:tcPr>
          <w:p>
            <w:r>
              <w:t>انواع کیف های فلاکسی عمده و جزیی</w:t>
            </w:r>
          </w:p>
        </w:tc>
      </w:tr>
      <w:tr>
        <w:tc>
          <w:tcPr>
            <w:tcW w:type="dxa" w:w="1728"/>
          </w:tcPr>
          <w:p>
            <w:r>
              <w:t>93**2****0</w:t>
            </w:r>
          </w:p>
        </w:tc>
        <w:tc>
          <w:tcPr>
            <w:tcW w:type="dxa" w:w="1728"/>
          </w:tcPr>
          <w:p>
            <w:r>
              <w:t>𝓜𝓐𝓡𝓖𝓐𝓝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khakshoor_9197</w:t>
            </w:r>
          </w:p>
        </w:tc>
        <w:tc>
          <w:tcPr>
            <w:tcW w:type="dxa" w:w="1728"/>
          </w:tcPr>
          <w:p>
            <w:r>
              <w:t>انواع کیف های فلاکسی عمده و جزیی</w:t>
            </w:r>
          </w:p>
        </w:tc>
      </w:tr>
      <w:tr>
        <w:tc>
          <w:tcPr>
            <w:tcW w:type="dxa" w:w="1728"/>
          </w:tcPr>
          <w:p>
            <w:r>
              <w:t>912441*020</w:t>
            </w:r>
          </w:p>
        </w:tc>
        <w:tc>
          <w:tcPr>
            <w:tcW w:type="dxa" w:w="1728"/>
          </w:tcPr>
          <w:p>
            <w:r>
              <w:t>قاصدک🦴🐍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Nsmz51</w:t>
            </w:r>
          </w:p>
        </w:tc>
        <w:tc>
          <w:tcPr>
            <w:tcW w:type="dxa" w:w="1728"/>
          </w:tcPr>
          <w:p>
            <w:r>
              <w:t>انواع کیف های فلاکسی عمده و جزیی</w:t>
            </w:r>
          </w:p>
        </w:tc>
      </w:tr>
      <w:tr>
        <w:tc>
          <w:tcPr>
            <w:tcW w:type="dxa" w:w="1728"/>
          </w:tcPr>
          <w:p>
            <w:r>
              <w:t>93**722727</w:t>
            </w:r>
          </w:p>
        </w:tc>
        <w:tc>
          <w:tcPr>
            <w:tcW w:type="dxa" w:w="1728"/>
          </w:tcPr>
          <w:p>
            <w:r>
              <w:t>علی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Ali2727</w:t>
            </w:r>
          </w:p>
        </w:tc>
        <w:tc>
          <w:tcPr>
            <w:tcW w:type="dxa" w:w="1728"/>
          </w:tcPr>
          <w:p>
            <w:r>
              <w:t>انواع کیف های فلاکسی عمده و جزیی</w:t>
            </w:r>
          </w:p>
        </w:tc>
      </w:tr>
      <w:tr>
        <w:tc>
          <w:tcPr>
            <w:tcW w:type="dxa" w:w="1728"/>
          </w:tcPr>
          <w:p>
            <w:r>
              <w:t>91*3331007</w:t>
            </w:r>
          </w:p>
        </w:tc>
        <w:tc>
          <w:tcPr>
            <w:tcW w:type="dxa" w:w="1728"/>
          </w:tcPr>
          <w:p>
            <w:r>
              <w:t>جلال</w:t>
            </w:r>
          </w:p>
        </w:tc>
        <w:tc>
          <w:tcPr>
            <w:tcW w:type="dxa" w:w="1728"/>
          </w:tcPr>
          <w:p>
            <w:r>
              <w:t>عرفانی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انواع کیف های فلاکسی عمده و جزیی</w:t>
            </w:r>
          </w:p>
        </w:tc>
      </w:tr>
      <w:tr>
        <w:tc>
          <w:tcPr>
            <w:tcW w:type="dxa" w:w="1728"/>
          </w:tcPr>
          <w:p>
            <w:r>
              <w:t>93390*24**</w:t>
            </w:r>
          </w:p>
        </w:tc>
        <w:tc>
          <w:tcPr>
            <w:tcW w:type="dxa" w:w="1728"/>
          </w:tcPr>
          <w:p>
            <w:r>
              <w:t>فقط</w:t>
            </w:r>
          </w:p>
        </w:tc>
        <w:tc>
          <w:tcPr>
            <w:tcW w:type="dxa" w:w="1728"/>
          </w:tcPr>
          <w:p>
            <w:r>
              <w:t>خدا</w:t>
            </w:r>
          </w:p>
        </w:tc>
        <w:tc>
          <w:tcPr>
            <w:tcW w:type="dxa" w:w="1728"/>
          </w:tcPr>
          <w:p>
            <w:r>
              <w:t>Fsfsd1371</w:t>
            </w:r>
          </w:p>
        </w:tc>
        <w:tc>
          <w:tcPr>
            <w:tcW w:type="dxa" w:w="1728"/>
          </w:tcPr>
          <w:p>
            <w:r>
              <w:t>انواع کیف های فلاکسی عمده و جزیی</w:t>
            </w:r>
          </w:p>
        </w:tc>
      </w:tr>
      <w:tr>
        <w:tc>
          <w:tcPr>
            <w:tcW w:type="dxa" w:w="1728"/>
          </w:tcPr>
          <w:p>
            <w:r>
              <w:t>913*27901*</w:t>
            </w:r>
          </w:p>
        </w:tc>
        <w:tc>
          <w:tcPr>
            <w:tcW w:type="dxa" w:w="1728"/>
          </w:tcPr>
          <w:p>
            <w:r>
              <w:t>Bahar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انواع کیف های فلاکسی عمده و جزیی</w:t>
            </w:r>
          </w:p>
        </w:tc>
      </w:tr>
      <w:tr>
        <w:tc>
          <w:tcPr>
            <w:tcW w:type="dxa" w:w="1728"/>
          </w:tcPr>
          <w:p>
            <w:r>
              <w:t>91*99*3**0</w:t>
            </w:r>
          </w:p>
        </w:tc>
        <w:tc>
          <w:tcPr>
            <w:tcW w:type="dxa" w:w="1728"/>
          </w:tcPr>
          <w:p>
            <w:r>
              <w:t>Pari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Parvkrimi</w:t>
            </w:r>
          </w:p>
        </w:tc>
        <w:tc>
          <w:tcPr>
            <w:tcW w:type="dxa" w:w="1728"/>
          </w:tcPr>
          <w:p>
            <w:r>
              <w:t>انواع کیف های فلاکسی عمده و جزیی</w:t>
            </w:r>
          </w:p>
        </w:tc>
      </w:tr>
      <w:tr>
        <w:tc>
          <w:tcPr>
            <w:tcW w:type="dxa" w:w="1728"/>
          </w:tcPr>
          <w:p>
            <w:r>
              <w:t>9910*03027</w:t>
            </w:r>
          </w:p>
        </w:tc>
        <w:tc>
          <w:tcPr>
            <w:tcW w:type="dxa" w:w="1728"/>
          </w:tcPr>
          <w:p>
            <w:r>
              <w:t>شقایق۱۶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انواع کیف های فلاکسی عمده و جزیی</w:t>
            </w:r>
          </w:p>
        </w:tc>
      </w:tr>
      <w:tr>
        <w:tc>
          <w:tcPr>
            <w:tcW w:type="dxa" w:w="1728"/>
          </w:tcPr>
          <w:p>
            <w:r>
              <w:t>93**1720*2</w:t>
            </w:r>
          </w:p>
        </w:tc>
        <w:tc>
          <w:tcPr>
            <w:tcW w:type="dxa" w:w="1728"/>
          </w:tcPr>
          <w:p>
            <w:r>
              <w:t>تلاش کن تا طلاش کن✌</w:t>
            </w:r>
          </w:p>
        </w:tc>
        <w:tc>
          <w:tcPr>
            <w:tcW w:type="dxa" w:w="1728"/>
          </w:tcPr>
          <w:p>
            <w:r>
              <w:t>فاطمه احمدی</w:t>
            </w:r>
          </w:p>
        </w:tc>
        <w:tc>
          <w:tcPr>
            <w:tcW w:type="dxa" w:w="1728"/>
          </w:tcPr>
          <w:p>
            <w:r>
              <w:t>Ahmadi1820</w:t>
            </w:r>
          </w:p>
        </w:tc>
        <w:tc>
          <w:tcPr>
            <w:tcW w:type="dxa" w:w="1728"/>
          </w:tcPr>
          <w:p>
            <w:r>
              <w:t>انواع کیف های فلاکسی عمده و جزیی</w:t>
            </w:r>
          </w:p>
        </w:tc>
      </w:tr>
      <w:tr>
        <w:tc>
          <w:tcPr>
            <w:tcW w:type="dxa" w:w="1728"/>
          </w:tcPr>
          <w:p>
            <w:r>
              <w:t>93*222*422</w:t>
            </w:r>
          </w:p>
        </w:tc>
        <w:tc>
          <w:tcPr>
            <w:tcW w:type="dxa" w:w="1728"/>
          </w:tcPr>
          <w:p>
            <w:r>
              <w:t># м.нo3ɘiɴ ⇜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Horachi_admin</w:t>
            </w:r>
          </w:p>
        </w:tc>
        <w:tc>
          <w:tcPr>
            <w:tcW w:type="dxa" w:w="1728"/>
          </w:tcPr>
          <w:p>
            <w:r>
              <w:t>انواع کیف های فلاکسی عمده و جزیی</w:t>
            </w:r>
          </w:p>
        </w:tc>
      </w:tr>
      <w:tr>
        <w:tc>
          <w:tcPr>
            <w:tcW w:type="dxa" w:w="1728"/>
          </w:tcPr>
          <w:p>
            <w:r>
              <w:t>9147199170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انواع کیف های فلاکسی عمده و جزیی</w:t>
            </w:r>
          </w:p>
        </w:tc>
      </w:tr>
      <w:tr>
        <w:tc>
          <w:tcPr>
            <w:tcW w:type="dxa" w:w="1728"/>
          </w:tcPr>
          <w:p>
            <w:r>
              <w:t>9019*0*20*</w:t>
            </w:r>
          </w:p>
        </w:tc>
        <w:tc>
          <w:tcPr>
            <w:tcW w:type="dxa" w:w="1728"/>
          </w:tcPr>
          <w:p>
            <w:r>
              <w:t>علی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انواع کیف های فلاکسی عمده و جزیی</w:t>
            </w:r>
          </w:p>
        </w:tc>
      </w:tr>
      <w:tr>
        <w:tc>
          <w:tcPr>
            <w:tcW w:type="dxa" w:w="1728"/>
          </w:tcPr>
          <w:p>
            <w:r>
              <w:t>937*1*9*9*</w:t>
            </w:r>
          </w:p>
        </w:tc>
        <w:tc>
          <w:tcPr>
            <w:tcW w:type="dxa" w:w="1728"/>
          </w:tcPr>
          <w:p>
            <w:r>
              <w:t>.۰۰۰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Xxxiizaz</w:t>
            </w:r>
          </w:p>
        </w:tc>
        <w:tc>
          <w:tcPr>
            <w:tcW w:type="dxa" w:w="1728"/>
          </w:tcPr>
          <w:p>
            <w:r>
              <w:t>انواع کیف های فلاکسی عمده و جزیی</w:t>
            </w:r>
          </w:p>
        </w:tc>
      </w:tr>
      <w:tr>
        <w:tc>
          <w:tcPr>
            <w:tcW w:type="dxa" w:w="1728"/>
          </w:tcPr>
          <w:p>
            <w:r>
              <w:t>93*297177*</w:t>
            </w:r>
          </w:p>
        </w:tc>
        <w:tc>
          <w:tcPr>
            <w:tcW w:type="dxa" w:w="1728"/>
          </w:tcPr>
          <w:p>
            <w:r>
              <w:t>❤️ROMINA❤️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Hnr1393</w:t>
            </w:r>
          </w:p>
        </w:tc>
        <w:tc>
          <w:tcPr>
            <w:tcW w:type="dxa" w:w="1728"/>
          </w:tcPr>
          <w:p>
            <w:r>
              <w:t>انواع کیف های فلاکسی عمده و جزیی</w:t>
            </w:r>
          </w:p>
        </w:tc>
      </w:tr>
      <w:tr>
        <w:tc>
          <w:tcPr>
            <w:tcW w:type="dxa" w:w="1728"/>
          </w:tcPr>
          <w:p>
            <w:r>
              <w:t>91*4*1217*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انواع کیف های فلاکسی عمده و جزیی</w:t>
            </w:r>
          </w:p>
        </w:tc>
      </w:tr>
      <w:tr>
        <w:tc>
          <w:tcPr>
            <w:tcW w:type="dxa" w:w="1728"/>
          </w:tcPr>
          <w:p>
            <w:r>
              <w:t>90*1942324</w:t>
            </w:r>
          </w:p>
        </w:tc>
        <w:tc>
          <w:tcPr>
            <w:tcW w:type="dxa" w:w="1728"/>
          </w:tcPr>
          <w:p>
            <w:r>
              <w:t>«غروب بی انتها»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انواع کیف های فلاکسی عمده و جزیی</w:t>
            </w:r>
          </w:p>
        </w:tc>
      </w:tr>
      <w:tr>
        <w:tc>
          <w:tcPr>
            <w:tcW w:type="dxa" w:w="1728"/>
          </w:tcPr>
          <w:p>
            <w:r>
              <w:t>9139**1934</w:t>
            </w:r>
          </w:p>
        </w:tc>
        <w:tc>
          <w:tcPr>
            <w:tcW w:type="dxa" w:w="1728"/>
          </w:tcPr>
          <w:p>
            <w:r>
              <w:t>گل نرگس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انواع کیف های فلاکسی عمده و جزیی</w:t>
            </w:r>
          </w:p>
        </w:tc>
      </w:tr>
      <w:tr>
        <w:tc>
          <w:tcPr>
            <w:tcW w:type="dxa" w:w="1728"/>
          </w:tcPr>
          <w:p>
            <w:r>
              <w:t>93***4204*</w:t>
            </w:r>
          </w:p>
        </w:tc>
        <w:tc>
          <w:tcPr>
            <w:tcW w:type="dxa" w:w="1728"/>
          </w:tcPr>
          <w:p>
            <w:r>
              <w:t>زینب: :-) :-) :-) :-:-) :-)</w:t>
            </w:r>
          </w:p>
        </w:tc>
        <w:tc>
          <w:tcPr>
            <w:tcW w:type="dxa" w:w="1728"/>
          </w:tcPr>
          <w:p>
            <w:r>
              <w:t>دنیا بی توصفا نداره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انواع کیف های فلاکسی عمده و جزیی</w:t>
            </w:r>
          </w:p>
        </w:tc>
      </w:tr>
      <w:tr>
        <w:tc>
          <w:tcPr>
            <w:tcW w:type="dxa" w:w="1728"/>
          </w:tcPr>
          <w:p>
            <w:r>
              <w:t>91**0*73*9</w:t>
            </w:r>
          </w:p>
        </w:tc>
        <w:tc>
          <w:tcPr>
            <w:tcW w:type="dxa" w:w="1728"/>
          </w:tcPr>
          <w:p>
            <w:r>
              <w:t>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Ghollmy</w:t>
            </w:r>
          </w:p>
        </w:tc>
        <w:tc>
          <w:tcPr>
            <w:tcW w:type="dxa" w:w="1728"/>
          </w:tcPr>
          <w:p>
            <w:r>
              <w:t>انواع کیف های فلاکسی عمده و جزیی</w:t>
            </w:r>
          </w:p>
        </w:tc>
      </w:tr>
      <w:tr>
        <w:tc>
          <w:tcPr>
            <w:tcW w:type="dxa" w:w="1728"/>
          </w:tcPr>
          <w:p>
            <w:r>
              <w:t>93*2*22092</w:t>
            </w:r>
          </w:p>
        </w:tc>
        <w:tc>
          <w:tcPr>
            <w:tcW w:type="dxa" w:w="1728"/>
          </w:tcPr>
          <w:p>
            <w:r>
              <w:t>s</w:t>
            </w:r>
          </w:p>
        </w:tc>
        <w:tc>
          <w:tcPr>
            <w:tcW w:type="dxa" w:w="1728"/>
          </w:tcPr>
          <w:p>
            <w:r>
              <w:t>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انواع کیف های فلاکسی عمده و جزیی</w:t>
            </w:r>
          </w:p>
        </w:tc>
      </w:tr>
      <w:tr>
        <w:tc>
          <w:tcPr>
            <w:tcW w:type="dxa" w:w="1728"/>
          </w:tcPr>
          <w:p>
            <w:r>
              <w:t>93*74423*0</w:t>
            </w:r>
          </w:p>
        </w:tc>
        <w:tc>
          <w:tcPr>
            <w:tcW w:type="dxa" w:w="1728"/>
          </w:tcPr>
          <w:p>
            <w:r>
              <w:t>❊✿khoshdel.fahimeh ✿❊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Iman_1611</w:t>
            </w:r>
          </w:p>
        </w:tc>
        <w:tc>
          <w:tcPr>
            <w:tcW w:type="dxa" w:w="1728"/>
          </w:tcPr>
          <w:p>
            <w:r>
              <w:t>انواع کیف های فلاکسی عمده و جزیی</w:t>
            </w:r>
          </w:p>
        </w:tc>
      </w:tr>
      <w:tr>
        <w:tc>
          <w:tcPr>
            <w:tcW w:type="dxa" w:w="1728"/>
          </w:tcPr>
          <w:p>
            <w:r>
              <w:t>91*221120*</w:t>
            </w:r>
          </w:p>
        </w:tc>
        <w:tc>
          <w:tcPr>
            <w:tcW w:type="dxa" w:w="1728"/>
          </w:tcPr>
          <w:p>
            <w:r>
              <w:t>˙·٠•●♥faezeh♥●•٠·˙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Fz_acee_decor</w:t>
            </w:r>
          </w:p>
        </w:tc>
        <w:tc>
          <w:tcPr>
            <w:tcW w:type="dxa" w:w="1728"/>
          </w:tcPr>
          <w:p>
            <w:r>
              <w:t>انواع کیف های فلاکسی عمده و جزیی</w:t>
            </w:r>
          </w:p>
        </w:tc>
      </w:tr>
      <w:tr>
        <w:tc>
          <w:tcPr>
            <w:tcW w:type="dxa" w:w="1728"/>
          </w:tcPr>
          <w:p>
            <w:r>
              <w:t>91**12442*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انواع کیف های فلاکسی عمده و جزیی</w:t>
            </w:r>
          </w:p>
        </w:tc>
      </w:tr>
      <w:tr>
        <w:tc>
          <w:tcPr>
            <w:tcW w:type="dxa" w:w="1728"/>
          </w:tcPr>
          <w:p>
            <w:r>
              <w:t>91*72*3***</w:t>
            </w:r>
          </w:p>
        </w:tc>
        <w:tc>
          <w:tcPr>
            <w:tcW w:type="dxa" w:w="1728"/>
          </w:tcPr>
          <w:p>
            <w:r>
              <w:t>Fazeli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انواع کیف های فلاکسی عمده و جزیی</w:t>
            </w:r>
          </w:p>
        </w:tc>
      </w:tr>
      <w:tr>
        <w:tc>
          <w:tcPr>
            <w:tcW w:type="dxa" w:w="1728"/>
          </w:tcPr>
          <w:p>
            <w:r>
              <w:t>914**741*2</w:t>
            </w:r>
          </w:p>
        </w:tc>
        <w:tc>
          <w:tcPr>
            <w:tcW w:type="dxa" w:w="1728"/>
          </w:tcPr>
          <w:p>
            <w:r>
              <w:t>بنده خدا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Younes1369000</w:t>
            </w:r>
          </w:p>
        </w:tc>
        <w:tc>
          <w:tcPr>
            <w:tcW w:type="dxa" w:w="1728"/>
          </w:tcPr>
          <w:p>
            <w:r>
              <w:t>انواع کیف های فلاکسی عمده و جزیی</w:t>
            </w:r>
          </w:p>
        </w:tc>
      </w:tr>
      <w:tr>
        <w:tc>
          <w:tcPr>
            <w:tcW w:type="dxa" w:w="1728"/>
          </w:tcPr>
          <w:p>
            <w:r>
              <w:t>9131*7*147</w:t>
            </w:r>
          </w:p>
        </w:tc>
        <w:tc>
          <w:tcPr>
            <w:tcW w:type="dxa" w:w="1728"/>
          </w:tcPr>
          <w:p>
            <w:r>
              <w:t>ریحانه</w:t>
            </w:r>
          </w:p>
        </w:tc>
        <w:tc>
          <w:tcPr>
            <w:tcW w:type="dxa" w:w="1728"/>
          </w:tcPr>
          <w:p>
            <w:r>
              <w:t>یاوری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انواع کیف های فلاکسی عمده و جزیی</w:t>
            </w:r>
          </w:p>
        </w:tc>
      </w:tr>
      <w:tr>
        <w:tc>
          <w:tcPr>
            <w:tcW w:type="dxa" w:w="1728"/>
          </w:tcPr>
          <w:p>
            <w:r>
              <w:t>91**49*474</w:t>
            </w:r>
          </w:p>
        </w:tc>
        <w:tc>
          <w:tcPr>
            <w:tcW w:type="dxa" w:w="1728"/>
          </w:tcPr>
          <w:p>
            <w:r>
              <w:t>(¯`·._.·[ Saied. Alim ]·._.·´¯)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Salimohammdy8474</w:t>
            </w:r>
          </w:p>
        </w:tc>
        <w:tc>
          <w:tcPr>
            <w:tcW w:type="dxa" w:w="1728"/>
          </w:tcPr>
          <w:p>
            <w:r>
              <w:t>انواع کیف های فلاکسی عمده و جزیی</w:t>
            </w:r>
          </w:p>
        </w:tc>
      </w:tr>
      <w:tr>
        <w:tc>
          <w:tcPr>
            <w:tcW w:type="dxa" w:w="1728"/>
          </w:tcPr>
          <w:p>
            <w:r>
              <w:t>91*707*32*</w:t>
            </w:r>
          </w:p>
        </w:tc>
        <w:tc>
          <w:tcPr>
            <w:tcW w:type="dxa" w:w="1728"/>
          </w:tcPr>
          <w:p>
            <w:r>
              <w:t>.:**:.*.:｡.✿saṧḁ✿.｡.: :**:.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انواع کیف های فلاکسی عمده و جزیی</w:t>
            </w:r>
          </w:p>
        </w:tc>
      </w:tr>
      <w:tr>
        <w:tc>
          <w:tcPr>
            <w:tcW w:type="dxa" w:w="1728"/>
          </w:tcPr>
          <w:p>
            <w:r>
              <w:t>91*2412*43</w:t>
            </w:r>
          </w:p>
        </w:tc>
        <w:tc>
          <w:tcPr>
            <w:tcW w:type="dxa" w:w="1728"/>
          </w:tcPr>
          <w:p>
            <w:r>
              <w:t>«فقط خدا»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Moheb_zahra88</w:t>
            </w:r>
          </w:p>
        </w:tc>
        <w:tc>
          <w:tcPr>
            <w:tcW w:type="dxa" w:w="1728"/>
          </w:tcPr>
          <w:p>
            <w:r>
              <w:t>انواع کیف های فلاکسی عمده و جزیی</w:t>
            </w:r>
          </w:p>
        </w:tc>
      </w:tr>
      <w:tr>
        <w:tc>
          <w:tcPr>
            <w:tcW w:type="dxa" w:w="1728"/>
          </w:tcPr>
          <w:p>
            <w:r>
              <w:t>9302*9**74</w:t>
            </w:r>
          </w:p>
        </w:tc>
        <w:tc>
          <w:tcPr>
            <w:tcW w:type="dxa" w:w="1728"/>
          </w:tcPr>
          <w:p>
            <w:r>
              <w:t>F</w:t>
            </w:r>
          </w:p>
        </w:tc>
        <w:tc>
          <w:tcPr>
            <w:tcW w:type="dxa" w:w="1728"/>
          </w:tcPr>
          <w:p>
            <w:r>
              <w:t>D</w:t>
            </w:r>
          </w:p>
        </w:tc>
        <w:tc>
          <w:tcPr>
            <w:tcW w:type="dxa" w:w="1728"/>
          </w:tcPr>
          <w:p>
            <w:r>
              <w:t>Fardad_d</w:t>
            </w:r>
          </w:p>
        </w:tc>
        <w:tc>
          <w:tcPr>
            <w:tcW w:type="dxa" w:w="1728"/>
          </w:tcPr>
          <w:p>
            <w:r>
              <w:t>انواع کیف های فلاکسی عمده و جزیی</w:t>
            </w:r>
          </w:p>
        </w:tc>
      </w:tr>
      <w:tr>
        <w:tc>
          <w:tcPr>
            <w:tcW w:type="dxa" w:w="1728"/>
          </w:tcPr>
          <w:p>
            <w:r>
              <w:t>930*1**40*</w:t>
            </w:r>
          </w:p>
        </w:tc>
        <w:tc>
          <w:tcPr>
            <w:tcW w:type="dxa" w:w="1728"/>
          </w:tcPr>
          <w:p>
            <w:r>
              <w:t>علی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az09mahdi4</w:t>
            </w:r>
          </w:p>
        </w:tc>
        <w:tc>
          <w:tcPr>
            <w:tcW w:type="dxa" w:w="1728"/>
          </w:tcPr>
          <w:p>
            <w:r>
              <w:t>انواع کیف های فلاکسی عمده و جزیی</w:t>
            </w:r>
          </w:p>
        </w:tc>
      </w:tr>
      <w:tr>
        <w:tc>
          <w:tcPr>
            <w:tcW w:type="dxa" w:w="1728"/>
          </w:tcPr>
          <w:p>
            <w:r>
              <w:t>911224**11</w:t>
            </w:r>
          </w:p>
        </w:tc>
        <w:tc>
          <w:tcPr>
            <w:tcW w:type="dxa" w:w="1728"/>
          </w:tcPr>
          <w:p>
            <w:r>
              <w:t>مهناز</w:t>
            </w:r>
          </w:p>
        </w:tc>
        <w:tc>
          <w:tcPr>
            <w:tcW w:type="dxa" w:w="1728"/>
          </w:tcPr>
          <w:p>
            <w:r>
              <w:t>دادبین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انواع کیف های فلاکسی عمده و جزیی</w:t>
            </w:r>
          </w:p>
        </w:tc>
      </w:tr>
      <w:tr>
        <w:tc>
          <w:tcPr>
            <w:tcW w:type="dxa" w:w="1728"/>
          </w:tcPr>
          <w:p>
            <w:r>
              <w:t>91*22*39*2</w:t>
            </w:r>
          </w:p>
        </w:tc>
        <w:tc>
          <w:tcPr>
            <w:tcW w:type="dxa" w:w="1728"/>
          </w:tcPr>
          <w:p>
            <w:r>
              <w:t>Z.Pourmohammad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AZ_PSYCHOLOGY77</w:t>
            </w:r>
          </w:p>
        </w:tc>
        <w:tc>
          <w:tcPr>
            <w:tcW w:type="dxa" w:w="1728"/>
          </w:tcPr>
          <w:p>
            <w:r>
              <w:t>انواع کیف های فلاکسی عمده و جزیی</w:t>
            </w:r>
          </w:p>
        </w:tc>
      </w:tr>
      <w:tr>
        <w:tc>
          <w:tcPr>
            <w:tcW w:type="dxa" w:w="1728"/>
          </w:tcPr>
          <w:p>
            <w:r>
              <w:t>93***02742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انواع کیف های فلاکسی عمده و جزیی</w:t>
            </w:r>
          </w:p>
        </w:tc>
      </w:tr>
      <w:tr>
        <w:tc>
          <w:tcPr>
            <w:tcW w:type="dxa" w:w="1728"/>
          </w:tcPr>
          <w:p>
            <w:r>
              <w:t>939970****</w:t>
            </w:r>
          </w:p>
        </w:tc>
        <w:tc>
          <w:tcPr>
            <w:tcW w:type="dxa" w:w="1728"/>
          </w:tcPr>
          <w:p>
            <w:r>
              <w:t>مرتضی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انواع کیف های فلاکسی عمده و جزیی</w:t>
            </w:r>
          </w:p>
        </w:tc>
      </w:tr>
      <w:tr>
        <w:tc>
          <w:tcPr>
            <w:tcW w:type="dxa" w:w="1728"/>
          </w:tcPr>
          <w:p>
            <w:r>
              <w:t>93*14***70</w:t>
            </w:r>
          </w:p>
        </w:tc>
        <w:tc>
          <w:tcPr>
            <w:tcW w:type="dxa" w:w="1728"/>
          </w:tcPr>
          <w:p>
            <w:r>
              <w:t>mehdi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انواع کیف های فلاکسی عمده و جزیی</w:t>
            </w:r>
          </w:p>
        </w:tc>
      </w:tr>
      <w:tr>
        <w:tc>
          <w:tcPr>
            <w:tcW w:type="dxa" w:w="1728"/>
          </w:tcPr>
          <w:p>
            <w:r>
              <w:t>9017242721</w:t>
            </w:r>
          </w:p>
        </w:tc>
        <w:tc>
          <w:tcPr>
            <w:tcW w:type="dxa" w:w="1728"/>
          </w:tcPr>
          <w:p>
            <w:r>
              <w:t>فاطمه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انواع کیف های فلاکسی عمده و جزیی</w:t>
            </w:r>
          </w:p>
        </w:tc>
      </w:tr>
      <w:tr>
        <w:tc>
          <w:tcPr>
            <w:tcW w:type="dxa" w:w="1728"/>
          </w:tcPr>
          <w:p>
            <w:r>
              <w:t>919*0701**</w:t>
            </w:r>
          </w:p>
        </w:tc>
        <w:tc>
          <w:tcPr>
            <w:tcW w:type="dxa" w:w="1728"/>
          </w:tcPr>
          <w:p>
            <w:r>
              <w:t>Davood_ra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Da_ra60</w:t>
            </w:r>
          </w:p>
        </w:tc>
        <w:tc>
          <w:tcPr>
            <w:tcW w:type="dxa" w:w="1728"/>
          </w:tcPr>
          <w:p>
            <w:r>
              <w:t>انواع کیف های فلاکسی عمده و جزیی</w:t>
            </w:r>
          </w:p>
        </w:tc>
      </w:tr>
      <w:tr>
        <w:tc>
          <w:tcPr>
            <w:tcW w:type="dxa" w:w="1728"/>
          </w:tcPr>
          <w:p>
            <w:r>
              <w:t>93**442493</w:t>
            </w:r>
          </w:p>
        </w:tc>
        <w:tc>
          <w:tcPr>
            <w:tcW w:type="dxa" w:w="1728"/>
          </w:tcPr>
          <w:p>
            <w:r>
              <w:t>Gilda</w:t>
            </w:r>
          </w:p>
        </w:tc>
        <w:tc>
          <w:tcPr>
            <w:tcW w:type="dxa" w:w="1728"/>
          </w:tcPr>
          <w:p>
            <w:r>
              <w:t>Sm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انواع کیف های فلاکسی عمده و جزیی</w:t>
            </w:r>
          </w:p>
        </w:tc>
      </w:tr>
      <w:tr>
        <w:tc>
          <w:tcPr>
            <w:tcW w:type="dxa" w:w="1728"/>
          </w:tcPr>
          <w:p>
            <w:r>
              <w:t>91***3*3*2</w:t>
            </w:r>
          </w:p>
        </w:tc>
        <w:tc>
          <w:tcPr>
            <w:tcW w:type="dxa" w:w="1728"/>
          </w:tcPr>
          <w:p>
            <w:r>
              <w:t>H.s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M11264</w:t>
            </w:r>
          </w:p>
        </w:tc>
        <w:tc>
          <w:tcPr>
            <w:tcW w:type="dxa" w:w="1728"/>
          </w:tcPr>
          <w:p>
            <w:r>
              <w:t>انواع کیف های فلاکسی عمده و جزیی</w:t>
            </w:r>
          </w:p>
        </w:tc>
      </w:tr>
      <w:tr>
        <w:tc>
          <w:tcPr>
            <w:tcW w:type="dxa" w:w="1728"/>
          </w:tcPr>
          <w:p>
            <w:r>
              <w:t>919*779209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Shavaliy</w:t>
            </w:r>
          </w:p>
        </w:tc>
        <w:tc>
          <w:tcPr>
            <w:tcW w:type="dxa" w:w="1728"/>
          </w:tcPr>
          <w:p>
            <w:r>
              <w:t>انواع کیف های فلاکسی عمده و جزیی</w:t>
            </w:r>
          </w:p>
        </w:tc>
      </w:tr>
      <w:tr>
        <w:tc>
          <w:tcPr>
            <w:tcW w:type="dxa" w:w="1728"/>
          </w:tcPr>
          <w:p>
            <w:r>
              <w:t>91**33**31</w:t>
            </w:r>
          </w:p>
        </w:tc>
        <w:tc>
          <w:tcPr>
            <w:tcW w:type="dxa" w:w="1728"/>
          </w:tcPr>
          <w:p>
            <w:r>
              <w:t>مهدیسا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انواع کیف های فلاکسی عمده و جزیی</w:t>
            </w:r>
          </w:p>
        </w:tc>
      </w:tr>
      <w:tr>
        <w:tc>
          <w:tcPr>
            <w:tcW w:type="dxa" w:w="1728"/>
          </w:tcPr>
          <w:p>
            <w:r>
              <w:t>93*4*944**</w:t>
            </w:r>
          </w:p>
        </w:tc>
        <w:tc>
          <w:tcPr>
            <w:tcW w:type="dxa" w:w="1728"/>
          </w:tcPr>
          <w:p>
            <w:r>
              <w:t>Mahdi</w:t>
            </w:r>
          </w:p>
        </w:tc>
        <w:tc>
          <w:tcPr>
            <w:tcW w:type="dxa" w:w="1728"/>
          </w:tcPr>
          <w:p>
            <w:r>
              <w:t>Ramezani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انواع کیف های فلاکسی عمده و جزیی</w:t>
            </w:r>
          </w:p>
        </w:tc>
      </w:tr>
      <w:tr>
        <w:tc>
          <w:tcPr>
            <w:tcW w:type="dxa" w:w="1728"/>
          </w:tcPr>
          <w:p>
            <w:r>
              <w:t>93*17*709*</w:t>
            </w:r>
          </w:p>
        </w:tc>
        <w:tc>
          <w:tcPr>
            <w:tcW w:type="dxa" w:w="1728"/>
          </w:tcPr>
          <w:p>
            <w:r>
              <w:t>A . F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انواع کیف های فلاکسی عمده و جزیی</w:t>
            </w:r>
          </w:p>
        </w:tc>
      </w:tr>
      <w:tr>
        <w:tc>
          <w:tcPr>
            <w:tcW w:type="dxa" w:w="1728"/>
          </w:tcPr>
          <w:p>
            <w:r>
              <w:t>91*24*0*41</w:t>
            </w:r>
          </w:p>
        </w:tc>
        <w:tc>
          <w:tcPr>
            <w:tcW w:type="dxa" w:w="1728"/>
          </w:tcPr>
          <w:p>
            <w:r>
              <w:t>Fateme payami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انواع کیف های فلاکسی عمده و جزیی</w:t>
            </w:r>
          </w:p>
        </w:tc>
      </w:tr>
      <w:tr>
        <w:tc>
          <w:tcPr>
            <w:tcW w:type="dxa" w:w="1728"/>
          </w:tcPr>
          <w:p>
            <w:r>
              <w:t>93**99149*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انواع کیف های فلاکسی عمده و جزیی</w:t>
            </w:r>
          </w:p>
        </w:tc>
      </w:tr>
      <w:tr>
        <w:tc>
          <w:tcPr>
            <w:tcW w:type="dxa" w:w="1728"/>
          </w:tcPr>
          <w:p>
            <w:r>
              <w:t>91*1*132**</w:t>
            </w:r>
          </w:p>
        </w:tc>
        <w:tc>
          <w:tcPr>
            <w:tcW w:type="dxa" w:w="1728"/>
          </w:tcPr>
          <w:p>
            <w:r>
              <w:t>یکتا بابا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gold_torki</w:t>
            </w:r>
          </w:p>
        </w:tc>
        <w:tc>
          <w:tcPr>
            <w:tcW w:type="dxa" w:w="1728"/>
          </w:tcPr>
          <w:p>
            <w:r>
              <w:t>انواع کیف های فلاکسی عمده و جزیی</w:t>
            </w:r>
          </w:p>
        </w:tc>
      </w:tr>
      <w:tr>
        <w:tc>
          <w:tcPr>
            <w:tcW w:type="dxa" w:w="1728"/>
          </w:tcPr>
          <w:p>
            <w:r>
              <w:t>9104992*4*</w:t>
            </w:r>
          </w:p>
        </w:tc>
        <w:tc>
          <w:tcPr>
            <w:tcW w:type="dxa" w:w="1728"/>
          </w:tcPr>
          <w:p>
            <w:r>
              <w:t>زینب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Elaheh7380</w:t>
            </w:r>
          </w:p>
        </w:tc>
        <w:tc>
          <w:tcPr>
            <w:tcW w:type="dxa" w:w="1728"/>
          </w:tcPr>
          <w:p>
            <w:r>
              <w:t>انواع کیف های فلاکسی عمده و جزیی</w:t>
            </w:r>
          </w:p>
        </w:tc>
      </w:tr>
      <w:tr>
        <w:tc>
          <w:tcPr>
            <w:tcW w:type="dxa" w:w="1728"/>
          </w:tcPr>
          <w:p>
            <w:r>
              <w:t>9034*92030</w:t>
            </w:r>
          </w:p>
        </w:tc>
        <w:tc>
          <w:tcPr>
            <w:tcW w:type="dxa" w:w="1728"/>
          </w:tcPr>
          <w:p>
            <w:r>
              <w:t>....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Onlygod2030</w:t>
            </w:r>
          </w:p>
        </w:tc>
        <w:tc>
          <w:tcPr>
            <w:tcW w:type="dxa" w:w="1728"/>
          </w:tcPr>
          <w:p>
            <w:r>
              <w:t>انواع کیف های فلاکسی عمده و جزیی</w:t>
            </w:r>
          </w:p>
        </w:tc>
      </w:tr>
      <w:tr>
        <w:tc>
          <w:tcPr>
            <w:tcW w:type="dxa" w:w="1728"/>
          </w:tcPr>
          <w:p>
            <w:r>
              <w:t>93**79*992</w:t>
            </w:r>
          </w:p>
        </w:tc>
        <w:tc>
          <w:tcPr>
            <w:tcW w:type="dxa" w:w="1728"/>
          </w:tcPr>
          <w:p>
            <w:r>
              <w:t>مهدی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انواع کیف های فلاکسی عمده و جزیی</w:t>
            </w:r>
          </w:p>
        </w:tc>
      </w:tr>
      <w:tr>
        <w:tc>
          <w:tcPr>
            <w:tcW w:type="dxa" w:w="1728"/>
          </w:tcPr>
          <w:p>
            <w:r>
              <w:t>93*0*2417*</w:t>
            </w:r>
          </w:p>
        </w:tc>
        <w:tc>
          <w:tcPr>
            <w:tcW w:type="dxa" w:w="1728"/>
          </w:tcPr>
          <w:p>
            <w:r>
              <w:t>Mina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انواع کیف های فلاکسی عمده و جزیی</w:t>
            </w:r>
          </w:p>
        </w:tc>
      </w:tr>
      <w:tr>
        <w:tc>
          <w:tcPr>
            <w:tcW w:type="dxa" w:w="1728"/>
          </w:tcPr>
          <w:p>
            <w:r>
              <w:t>91**2207*0</w:t>
            </w:r>
          </w:p>
        </w:tc>
        <w:tc>
          <w:tcPr>
            <w:tcW w:type="dxa" w:w="1728"/>
          </w:tcPr>
          <w:p>
            <w:r>
              <w:t>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nesmailnia</w:t>
            </w:r>
          </w:p>
        </w:tc>
        <w:tc>
          <w:tcPr>
            <w:tcW w:type="dxa" w:w="1728"/>
          </w:tcPr>
          <w:p>
            <w:r>
              <w:t>انواع کیف های فلاکسی عمده و جزیی</w:t>
            </w:r>
          </w:p>
        </w:tc>
      </w:tr>
      <w:tr>
        <w:tc>
          <w:tcPr>
            <w:tcW w:type="dxa" w:w="1728"/>
          </w:tcPr>
          <w:p>
            <w:r>
              <w:t>93*7313*40</w:t>
            </w:r>
          </w:p>
        </w:tc>
        <w:tc>
          <w:tcPr>
            <w:tcW w:type="dxa" w:w="1728"/>
          </w:tcPr>
          <w:p>
            <w:r>
              <w:t>امیرحسام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انواع کیف های فلاکسی عمده و جزیی</w:t>
            </w:r>
          </w:p>
        </w:tc>
      </w:tr>
      <w:tr>
        <w:tc>
          <w:tcPr>
            <w:tcW w:type="dxa" w:w="1728"/>
          </w:tcPr>
          <w:p>
            <w:r>
              <w:t>9107*24**2</w:t>
            </w:r>
          </w:p>
        </w:tc>
        <w:tc>
          <w:tcPr>
            <w:tcW w:type="dxa" w:w="1728"/>
          </w:tcPr>
          <w:p>
            <w:r>
              <w:t>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Sheni_z9_0</w:t>
            </w:r>
          </w:p>
        </w:tc>
        <w:tc>
          <w:tcPr>
            <w:tcW w:type="dxa" w:w="1728"/>
          </w:tcPr>
          <w:p>
            <w:r>
              <w:t>انواع کیف های فلاکسی عمده و جزیی</w:t>
            </w:r>
          </w:p>
        </w:tc>
      </w:tr>
      <w:tr>
        <w:tc>
          <w:tcPr>
            <w:tcW w:type="dxa" w:w="1728"/>
          </w:tcPr>
          <w:p>
            <w:r>
              <w:t>93**23*70*</w:t>
            </w:r>
          </w:p>
        </w:tc>
        <w:tc>
          <w:tcPr>
            <w:tcW w:type="dxa" w:w="1728"/>
          </w:tcPr>
          <w:p>
            <w:r>
              <w:t>رحیمی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انواع کیف های فلاکسی عمده و جزیی</w:t>
            </w:r>
          </w:p>
        </w:tc>
      </w:tr>
      <w:tr>
        <w:tc>
          <w:tcPr>
            <w:tcW w:type="dxa" w:w="1728"/>
          </w:tcPr>
          <w:p>
            <w:r>
              <w:t>9392291*29</w:t>
            </w:r>
          </w:p>
        </w:tc>
        <w:tc>
          <w:tcPr>
            <w:tcW w:type="dxa" w:w="1728"/>
          </w:tcPr>
          <w:p>
            <w:r>
              <w:t>تبلیغات برتر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Hassn7272</w:t>
            </w:r>
          </w:p>
        </w:tc>
        <w:tc>
          <w:tcPr>
            <w:tcW w:type="dxa" w:w="1728"/>
          </w:tcPr>
          <w:p>
            <w:r>
              <w:t>انواع کیف های فلاکسی عمده و جزیی</w:t>
            </w:r>
          </w:p>
        </w:tc>
      </w:tr>
      <w:tr>
        <w:tc>
          <w:tcPr>
            <w:tcW w:type="dxa" w:w="1728"/>
          </w:tcPr>
          <w:p>
            <w:r>
              <w:t>90171**74*</w:t>
            </w:r>
          </w:p>
        </w:tc>
        <w:tc>
          <w:tcPr>
            <w:tcW w:type="dxa" w:w="1728"/>
          </w:tcPr>
          <w:p>
            <w:r>
              <w:t>فرشته تنها...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azdiam_ad</w:t>
            </w:r>
          </w:p>
        </w:tc>
        <w:tc>
          <w:tcPr>
            <w:tcW w:type="dxa" w:w="1728"/>
          </w:tcPr>
          <w:p>
            <w:r>
              <w:t>انواع کیف های فلاکسی عمده و جزیی</w:t>
            </w:r>
          </w:p>
        </w:tc>
      </w:tr>
      <w:tr>
        <w:tc>
          <w:tcPr>
            <w:tcW w:type="dxa" w:w="1728"/>
          </w:tcPr>
          <w:p>
            <w:r>
              <w:t>91*90**423</w:t>
            </w:r>
          </w:p>
        </w:tc>
        <w:tc>
          <w:tcPr>
            <w:tcW w:type="dxa" w:w="1728"/>
          </w:tcPr>
          <w:p>
            <w:r>
              <w:t>بینام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انواع کیف های فلاکسی عمده و جزیی</w:t>
            </w:r>
          </w:p>
        </w:tc>
      </w:tr>
      <w:tr>
        <w:tc>
          <w:tcPr>
            <w:tcW w:type="dxa" w:w="1728"/>
          </w:tcPr>
          <w:p>
            <w:r>
              <w:t>9302741712</w:t>
            </w:r>
          </w:p>
        </w:tc>
        <w:tc>
          <w:tcPr>
            <w:tcW w:type="dxa" w:w="1728"/>
          </w:tcPr>
          <w:p>
            <w:r>
              <w:t>arezoott@@@</w:t>
            </w:r>
          </w:p>
        </w:tc>
        <w:tc>
          <w:tcPr>
            <w:tcW w:type="dxa" w:w="1728"/>
          </w:tcPr>
          <w:p>
            <w:r>
              <w:t>@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انواع کیف های فلاکسی عمده و جزیی</w:t>
            </w:r>
          </w:p>
        </w:tc>
      </w:tr>
      <w:tr>
        <w:tc>
          <w:tcPr>
            <w:tcW w:type="dxa" w:w="1728"/>
          </w:tcPr>
          <w:p>
            <w:r>
              <w:t>93**0*7049</w:t>
            </w:r>
          </w:p>
        </w:tc>
        <w:tc>
          <w:tcPr>
            <w:tcW w:type="dxa" w:w="1728"/>
          </w:tcPr>
          <w:p>
            <w:r>
              <w:t>ARMA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انواع کیف های فلاکسی عمده و جزیی</w:t>
            </w:r>
          </w:p>
        </w:tc>
      </w:tr>
      <w:tr>
        <w:tc>
          <w:tcPr>
            <w:tcW w:type="dxa" w:w="1728"/>
          </w:tcPr>
          <w:p>
            <w:r>
              <w:t>91*232*4*2</w:t>
            </w:r>
          </w:p>
        </w:tc>
        <w:tc>
          <w:tcPr>
            <w:tcW w:type="dxa" w:w="1728"/>
          </w:tcPr>
          <w:p>
            <w:r>
              <w:t>fahimeh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انواع کیف های فلاکسی عمده و جزیی</w:t>
            </w:r>
          </w:p>
        </w:tc>
      </w:tr>
      <w:tr>
        <w:tc>
          <w:tcPr>
            <w:tcW w:type="dxa" w:w="1728"/>
          </w:tcPr>
          <w:p>
            <w:r>
              <w:t>91***02170</w:t>
            </w:r>
          </w:p>
        </w:tc>
        <w:tc>
          <w:tcPr>
            <w:tcW w:type="dxa" w:w="1728"/>
          </w:tcPr>
          <w:p>
            <w:r>
              <w:t>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انواع کیف های فلاکسی عمده و جزیی</w:t>
            </w:r>
          </w:p>
        </w:tc>
      </w:tr>
      <w:tr>
        <w:tc>
          <w:tcPr>
            <w:tcW w:type="dxa" w:w="1728"/>
          </w:tcPr>
          <w:p>
            <w:r>
              <w:t>9132*114**</w:t>
            </w:r>
          </w:p>
        </w:tc>
        <w:tc>
          <w:tcPr>
            <w:tcW w:type="dxa" w:w="1728"/>
          </w:tcPr>
          <w:p>
            <w:r>
              <w:t>سید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Fttftttffttfttttffffttt</w:t>
            </w:r>
          </w:p>
        </w:tc>
        <w:tc>
          <w:tcPr>
            <w:tcW w:type="dxa" w:w="1728"/>
          </w:tcPr>
          <w:p>
            <w:r>
              <w:t>انواع کیف های فلاکسی عمده و جزیی</w:t>
            </w:r>
          </w:p>
        </w:tc>
      </w:tr>
      <w:tr>
        <w:tc>
          <w:tcPr>
            <w:tcW w:type="dxa" w:w="1728"/>
          </w:tcPr>
          <w:p>
            <w:r>
              <w:t>91*332724*</w:t>
            </w:r>
          </w:p>
        </w:tc>
        <w:tc>
          <w:tcPr>
            <w:tcW w:type="dxa" w:w="1728"/>
          </w:tcPr>
          <w:p>
            <w:r>
              <w:t>Hamid@68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hamid31688</w:t>
            </w:r>
          </w:p>
        </w:tc>
        <w:tc>
          <w:tcPr>
            <w:tcW w:type="dxa" w:w="1728"/>
          </w:tcPr>
          <w:p>
            <w:r>
              <w:t>انواع کیف های فلاکسی عمده و جزیی</w:t>
            </w:r>
          </w:p>
        </w:tc>
      </w:tr>
      <w:tr>
        <w:tc>
          <w:tcPr>
            <w:tcW w:type="dxa" w:w="1728"/>
          </w:tcPr>
          <w:p>
            <w:r>
              <w:t>937*13**24</w:t>
            </w:r>
          </w:p>
        </w:tc>
        <w:tc>
          <w:tcPr>
            <w:tcW w:type="dxa" w:w="1728"/>
          </w:tcPr>
          <w:p>
            <w:r>
              <w:t>حلما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انواع کیف های فلاکسی عمده و جزیی</w:t>
            </w:r>
          </w:p>
        </w:tc>
      </w:tr>
      <w:tr>
        <w:tc>
          <w:tcPr>
            <w:tcW w:type="dxa" w:w="1728"/>
          </w:tcPr>
          <w:p>
            <w:r>
              <w:t>91***27*9*</w:t>
            </w:r>
          </w:p>
        </w:tc>
        <w:tc>
          <w:tcPr>
            <w:tcW w:type="dxa" w:w="1728"/>
          </w:tcPr>
          <w:p>
            <w:r>
              <w:t>N Z Kabirian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NazaninZahra_kabirian</w:t>
            </w:r>
          </w:p>
        </w:tc>
        <w:tc>
          <w:tcPr>
            <w:tcW w:type="dxa" w:w="1728"/>
          </w:tcPr>
          <w:p>
            <w:r>
              <w:t>انواع کیف های فلاکسی عمده و جزیی</w:t>
            </w:r>
          </w:p>
        </w:tc>
      </w:tr>
      <w:tr>
        <w:tc>
          <w:tcPr>
            <w:tcW w:type="dxa" w:w="1728"/>
          </w:tcPr>
          <w:p>
            <w:r>
              <w:t>91**33*23*</w:t>
            </w:r>
          </w:p>
        </w:tc>
        <w:tc>
          <w:tcPr>
            <w:tcW w:type="dxa" w:w="1728"/>
          </w:tcPr>
          <w:p>
            <w:r>
              <w:t>ام البنین</w:t>
            </w:r>
          </w:p>
        </w:tc>
        <w:tc>
          <w:tcPr>
            <w:tcW w:type="dxa" w:w="1728"/>
          </w:tcPr>
          <w:p>
            <w:r>
              <w:t>نژادحسن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انواع کیف های فلاکسی عمده و جزیی</w:t>
            </w:r>
          </w:p>
        </w:tc>
      </w:tr>
      <w:tr>
        <w:tc>
          <w:tcPr>
            <w:tcW w:type="dxa" w:w="1728"/>
          </w:tcPr>
          <w:p>
            <w:r>
              <w:t>90320342*7</w:t>
            </w:r>
          </w:p>
        </w:tc>
        <w:tc>
          <w:tcPr>
            <w:tcW w:type="dxa" w:w="1728"/>
          </w:tcPr>
          <w:p>
            <w:r>
              <w:t>S</w:t>
            </w:r>
          </w:p>
        </w:tc>
        <w:tc>
          <w:tcPr>
            <w:tcW w:type="dxa" w:w="1728"/>
          </w:tcPr>
          <w:p>
            <w:r>
              <w:t>&amp; 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انواع کیف های فلاکسی عمده و جزیی</w:t>
            </w:r>
          </w:p>
        </w:tc>
      </w:tr>
      <w:tr>
        <w:tc>
          <w:tcPr>
            <w:tcW w:type="dxa" w:w="1728"/>
          </w:tcPr>
          <w:p>
            <w:r>
              <w:t>91**47940*</w:t>
            </w:r>
          </w:p>
        </w:tc>
        <w:tc>
          <w:tcPr>
            <w:tcW w:type="dxa" w:w="1728"/>
          </w:tcPr>
          <w:p>
            <w:r>
              <w:t>Mohammad. 9405.🦴</w:t>
            </w:r>
          </w:p>
        </w:tc>
        <w:tc>
          <w:tcPr>
            <w:tcW w:type="dxa" w:w="1728"/>
          </w:tcPr>
          <w:p>
            <w:r>
              <w:t>سلیمانی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انواع کیف های فلاکسی عمده و جزیی</w:t>
            </w:r>
          </w:p>
        </w:tc>
      </w:tr>
      <w:tr>
        <w:tc>
          <w:tcPr>
            <w:tcW w:type="dxa" w:w="1728"/>
          </w:tcPr>
          <w:p>
            <w:r>
              <w:t>919*21*9*9</w:t>
            </w:r>
          </w:p>
        </w:tc>
        <w:tc>
          <w:tcPr>
            <w:tcW w:type="dxa" w:w="1728"/>
          </w:tcPr>
          <w:p>
            <w:r>
              <w:t>Setareh</w:t>
            </w:r>
          </w:p>
        </w:tc>
        <w:tc>
          <w:tcPr>
            <w:tcW w:type="dxa" w:w="1728"/>
          </w:tcPr>
          <w:p>
            <w:r>
              <w:t>Marjani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انواع کیف های فلاکسی عمده و جزیی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انواع کیف های فلاکسی عمده و جزیی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