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انجمن دانشجویی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انجمن دانشجویی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93***0*0*9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9127997401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Razzaghi</w:t>
            </w:r>
          </w:p>
        </w:tc>
        <w:tc>
          <w:tcPr>
            <w:tcW w:type="dxa" w:w="1728"/>
          </w:tcPr>
          <w:p>
            <w:r>
              <w:t>mohraz5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9013701*00</w:t>
            </w:r>
          </w:p>
        </w:tc>
        <w:tc>
          <w:tcPr>
            <w:tcW w:type="dxa" w:w="1728"/>
          </w:tcPr>
          <w:p>
            <w:r>
              <w:t>Arezo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arezo_hd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9144470902</w:t>
            </w:r>
          </w:p>
        </w:tc>
        <w:tc>
          <w:tcPr>
            <w:tcW w:type="dxa" w:w="1728"/>
          </w:tcPr>
          <w:p>
            <w:r>
              <w:t>Arshia</w:t>
            </w:r>
          </w:p>
        </w:tc>
        <w:tc>
          <w:tcPr>
            <w:tcW w:type="dxa" w:w="1728"/>
          </w:tcPr>
          <w:p>
            <w:r>
              <w:t>Ilaty</w:t>
            </w:r>
          </w:p>
        </w:tc>
        <w:tc>
          <w:tcPr>
            <w:tcW w:type="dxa" w:w="1728"/>
          </w:tcPr>
          <w:p>
            <w:r>
              <w:t>Arshi_ilaty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93*99439*2</w:t>
            </w:r>
          </w:p>
        </w:tc>
        <w:tc>
          <w:tcPr>
            <w:tcW w:type="dxa" w:w="1728"/>
          </w:tcPr>
          <w:p>
            <w:r>
              <w:t>Hmd</w:t>
            </w:r>
          </w:p>
        </w:tc>
        <w:tc>
          <w:tcPr>
            <w:tcW w:type="dxa" w:w="1728"/>
          </w:tcPr>
          <w:p>
            <w:r>
              <w:t>Dlv</w:t>
            </w:r>
          </w:p>
        </w:tc>
        <w:tc>
          <w:tcPr>
            <w:tcW w:type="dxa" w:w="1728"/>
          </w:tcPr>
          <w:p>
            <w:r>
              <w:t>Hmddlv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9217921091</w:t>
            </w:r>
          </w:p>
        </w:tc>
        <w:tc>
          <w:tcPr>
            <w:tcW w:type="dxa" w:w="1728"/>
          </w:tcPr>
          <w:p>
            <w:r>
              <w:t>Faeze❤️</w:t>
            </w:r>
          </w:p>
        </w:tc>
        <w:tc>
          <w:tcPr>
            <w:tcW w:type="dxa" w:w="1728"/>
          </w:tcPr>
          <w:p>
            <w:r>
              <w:t>Alinasab</w:t>
            </w:r>
          </w:p>
        </w:tc>
        <w:tc>
          <w:tcPr>
            <w:tcW w:type="dxa" w:w="1728"/>
          </w:tcPr>
          <w:p>
            <w:r>
              <w:t>dr_faeze_alinasab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93**9*72*2</w:t>
            </w:r>
          </w:p>
        </w:tc>
        <w:tc>
          <w:tcPr>
            <w:tcW w:type="dxa" w:w="1728"/>
          </w:tcPr>
          <w:p>
            <w:r>
              <w:t>Haniyeh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Haniyeh_Gh_2024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930*990217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Kashef</w:t>
            </w:r>
          </w:p>
        </w:tc>
        <w:tc>
          <w:tcPr>
            <w:tcW w:type="dxa" w:w="1728"/>
          </w:tcPr>
          <w:p>
            <w:r>
              <w:t>Arash_kashef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912*199*17</w:t>
            </w:r>
          </w:p>
        </w:tc>
        <w:tc>
          <w:tcPr>
            <w:tcW w:type="dxa" w:w="1728"/>
          </w:tcPr>
          <w:p>
            <w:r>
              <w:t>s.Askari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Soheil432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93003240*7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913**13204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amir202222222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93**913**7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Ramin4276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91979*9134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Navvid7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93**173*0*</w:t>
            </w:r>
          </w:p>
        </w:tc>
        <w:tc>
          <w:tcPr>
            <w:tcW w:type="dxa" w:w="1728"/>
          </w:tcPr>
          <w:p>
            <w:r>
              <w:t>AD7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Ahmad_afraz7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91320***0*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thebigmat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937*1321*4</w:t>
            </w:r>
          </w:p>
        </w:tc>
        <w:tc>
          <w:tcPr>
            <w:tcW w:type="dxa" w:w="1728"/>
          </w:tcPr>
          <w:p>
            <w:r>
              <w:t>Nasim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GolNasim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93***3*919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elyaskh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912**31299</w:t>
            </w:r>
          </w:p>
        </w:tc>
        <w:tc>
          <w:tcPr>
            <w:tcW w:type="dxa" w:w="1728"/>
          </w:tcPr>
          <w:p>
            <w:r>
              <w:t>Pouya</w:t>
            </w:r>
          </w:p>
        </w:tc>
        <w:tc>
          <w:tcPr>
            <w:tcW w:type="dxa" w:w="1728"/>
          </w:tcPr>
          <w:p>
            <w:r>
              <w:t>Fahimi</w:t>
            </w:r>
          </w:p>
        </w:tc>
        <w:tc>
          <w:tcPr>
            <w:tcW w:type="dxa" w:w="1728"/>
          </w:tcPr>
          <w:p>
            <w:r>
              <w:t>pouya_fhm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91249*2133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Smh1300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93*0*41904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9337341023</w:t>
            </w:r>
          </w:p>
        </w:tc>
        <w:tc>
          <w:tcPr>
            <w:tcW w:type="dxa" w:w="1728"/>
          </w:tcPr>
          <w:p>
            <w:r>
              <w:t>E.R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9371*21*1*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Anvari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9174*2*73*</w:t>
            </w:r>
          </w:p>
        </w:tc>
        <w:tc>
          <w:tcPr>
            <w:tcW w:type="dxa" w:w="1728"/>
          </w:tcPr>
          <w:p>
            <w:r>
              <w:t>Nazanin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Nazanin_Nqb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91*734324*</w:t>
            </w:r>
          </w:p>
        </w:tc>
        <w:tc>
          <w:tcPr>
            <w:tcW w:type="dxa" w:w="1728"/>
          </w:tcPr>
          <w:p>
            <w:r>
              <w:t>Reyhan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Rezkhoy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91244*211*</w:t>
            </w:r>
          </w:p>
        </w:tc>
        <w:tc>
          <w:tcPr>
            <w:tcW w:type="dxa" w:w="1728"/>
          </w:tcPr>
          <w:p>
            <w:r>
              <w:t>Khadijeh</w:t>
            </w:r>
          </w:p>
        </w:tc>
        <w:tc>
          <w:tcPr>
            <w:tcW w:type="dxa" w:w="1728"/>
          </w:tcPr>
          <w:p>
            <w:r>
              <w:t>Saberi</w:t>
            </w:r>
          </w:p>
        </w:tc>
        <w:tc>
          <w:tcPr>
            <w:tcW w:type="dxa" w:w="1728"/>
          </w:tcPr>
          <w:p>
            <w:r>
              <w:t>khsaberi95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93341*0203</w:t>
            </w:r>
          </w:p>
        </w:tc>
        <w:tc>
          <w:tcPr>
            <w:tcW w:type="dxa" w:w="1728"/>
          </w:tcPr>
          <w:p>
            <w:r>
              <w:t>Mina.Gh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psj700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91179*72*3</w:t>
            </w:r>
          </w:p>
        </w:tc>
        <w:tc>
          <w:tcPr>
            <w:tcW w:type="dxa" w:w="1728"/>
          </w:tcPr>
          <w:p>
            <w:r>
              <w:t>Mohamadreza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Mohamadrezaa_mgh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9127**323*</w:t>
            </w:r>
          </w:p>
        </w:tc>
        <w:tc>
          <w:tcPr>
            <w:tcW w:type="dxa" w:w="1728"/>
          </w:tcPr>
          <w:p>
            <w:r>
              <w:t>Faezeh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faezeh_hsn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93*013*110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hosien2709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93730*4*70</w:t>
            </w:r>
          </w:p>
        </w:tc>
        <w:tc>
          <w:tcPr>
            <w:tcW w:type="dxa" w:w="1728"/>
          </w:tcPr>
          <w:p>
            <w:r>
              <w:t>Mohammad.R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MohammadRafee96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9392773*29</w:t>
            </w:r>
          </w:p>
        </w:tc>
        <w:tc>
          <w:tcPr>
            <w:tcW w:type="dxa" w:w="1728"/>
          </w:tcPr>
          <w:p>
            <w:r>
              <w:t>Motahareh Youshi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Moti_y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9197*1*142</w:t>
            </w:r>
          </w:p>
        </w:tc>
        <w:tc>
          <w:tcPr>
            <w:tcW w:type="dxa" w:w="1728"/>
          </w:tcPr>
          <w:p>
            <w:r>
              <w:t>Soroush_</w:t>
            </w:r>
          </w:p>
        </w:tc>
        <w:tc>
          <w:tcPr>
            <w:tcW w:type="dxa" w:w="1728"/>
          </w:tcPr>
          <w:p>
            <w:r>
              <w:t>8</w:t>
            </w:r>
          </w:p>
        </w:tc>
        <w:tc>
          <w:tcPr>
            <w:tcW w:type="dxa" w:w="1728"/>
          </w:tcPr>
          <w:p>
            <w:r>
              <w:t>Soroush8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93092034*1</w:t>
            </w:r>
          </w:p>
        </w:tc>
        <w:tc>
          <w:tcPr>
            <w:tcW w:type="dxa" w:w="1728"/>
          </w:tcPr>
          <w:p>
            <w:r>
              <w:t>Malihe</w:t>
            </w:r>
          </w:p>
        </w:tc>
        <w:tc>
          <w:tcPr>
            <w:tcW w:type="dxa" w:w="1728"/>
          </w:tcPr>
          <w:p>
            <w:r>
              <w:t>Movahedi</w:t>
            </w:r>
          </w:p>
        </w:tc>
        <w:tc>
          <w:tcPr>
            <w:tcW w:type="dxa" w:w="1728"/>
          </w:tcPr>
          <w:p>
            <w:r>
              <w:t>MaliheMovahedi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9904*3***7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Owzhn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9309*124*2</w:t>
            </w:r>
          </w:p>
        </w:tc>
        <w:tc>
          <w:tcPr>
            <w:tcW w:type="dxa" w:w="1728"/>
          </w:tcPr>
          <w:p>
            <w:r>
              <w:t>Poorya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pooria_m_sh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90304*419*</w:t>
            </w:r>
          </w:p>
        </w:tc>
        <w:tc>
          <w:tcPr>
            <w:tcW w:type="dxa" w:w="1728"/>
          </w:tcPr>
          <w:p>
            <w:r>
              <w:t>sepehr</w:t>
            </w:r>
          </w:p>
        </w:tc>
        <w:tc>
          <w:tcPr>
            <w:tcW w:type="dxa" w:w="1728"/>
          </w:tcPr>
          <w:p>
            <w:r>
              <w:t>speed</w:t>
            </w:r>
          </w:p>
        </w:tc>
        <w:tc>
          <w:tcPr>
            <w:tcW w:type="dxa" w:w="1728"/>
          </w:tcPr>
          <w:p>
            <w:r>
              <w:t>Sepehrspeed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9032***2*1</w:t>
            </w:r>
          </w:p>
        </w:tc>
        <w:tc>
          <w:tcPr>
            <w:tcW w:type="dxa" w:w="1728"/>
          </w:tcPr>
          <w:p>
            <w:r>
              <w:t>Matmat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MatinZargaran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91272940*3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Azimian</w:t>
            </w:r>
          </w:p>
        </w:tc>
        <w:tc>
          <w:tcPr>
            <w:tcW w:type="dxa" w:w="1728"/>
          </w:tcPr>
          <w:p>
            <w:r>
              <w:t>Mahdi_azimian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913*7209*1</w:t>
            </w:r>
          </w:p>
        </w:tc>
        <w:tc>
          <w:tcPr>
            <w:tcW w:type="dxa" w:w="1728"/>
          </w:tcPr>
          <w:p>
            <w:r>
              <w:t>ANTON</w:t>
            </w:r>
          </w:p>
        </w:tc>
        <w:tc>
          <w:tcPr>
            <w:tcW w:type="dxa" w:w="1728"/>
          </w:tcPr>
          <w:p>
            <w:r>
              <w:t>PÄDROGA</w:t>
            </w:r>
          </w:p>
        </w:tc>
        <w:tc>
          <w:tcPr>
            <w:tcW w:type="dxa" w:w="1728"/>
          </w:tcPr>
          <w:p>
            <w:r>
              <w:t>singlehamed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91*1*07901</w:t>
            </w:r>
          </w:p>
        </w:tc>
        <w:tc>
          <w:tcPr>
            <w:tcW w:type="dxa" w:w="1728"/>
          </w:tcPr>
          <w:p>
            <w:r>
              <w:t>Atefe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93**32491*</w:t>
            </w:r>
          </w:p>
        </w:tc>
        <w:tc>
          <w:tcPr>
            <w:tcW w:type="dxa" w:w="1728"/>
          </w:tcPr>
          <w:p>
            <w:r>
              <w:t>1</w:t>
            </w:r>
          </w:p>
        </w:tc>
        <w:tc>
          <w:tcPr>
            <w:tcW w:type="dxa" w:w="1728"/>
          </w:tcPr>
          <w:p>
            <w:r>
              <w:t>Princess Benicka</w:t>
            </w:r>
          </w:p>
        </w:tc>
        <w:tc>
          <w:tcPr>
            <w:tcW w:type="dxa" w:w="1728"/>
          </w:tcPr>
          <w:p>
            <w:r>
              <w:t>Anastaa_sia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93***7*9**</w:t>
            </w:r>
          </w:p>
        </w:tc>
        <w:tc>
          <w:tcPr>
            <w:tcW w:type="dxa" w:w="1728"/>
          </w:tcPr>
          <w:p>
            <w:r>
              <w:t>Asie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Asieh_kheirollahi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93*1020441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Zdesign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91144097**</w:t>
            </w:r>
          </w:p>
        </w:tc>
        <w:tc>
          <w:tcPr>
            <w:tcW w:type="dxa" w:w="1728"/>
          </w:tcPr>
          <w:p>
            <w:r>
              <w:t>Ni lu 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Lotussun20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93*92***90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Smko26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9377909072</w:t>
            </w:r>
          </w:p>
        </w:tc>
        <w:tc>
          <w:tcPr>
            <w:tcW w:type="dxa" w:w="1728"/>
          </w:tcPr>
          <w:p>
            <w:r>
              <w:t>Y.T.A.T.</w:t>
            </w:r>
          </w:p>
        </w:tc>
        <w:tc>
          <w:tcPr>
            <w:tcW w:type="dxa" w:w="1728"/>
          </w:tcPr>
          <w:p>
            <w:r>
              <w:t>DJ. 🌱SEED</w:t>
            </w:r>
          </w:p>
        </w:tc>
        <w:tc>
          <w:tcPr>
            <w:tcW w:type="dxa" w:w="1728"/>
          </w:tcPr>
          <w:p>
            <w:r>
              <w:t>Tuco321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91*91**7*9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harati_mina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930**40*3*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91279*70*1</w:t>
            </w:r>
          </w:p>
        </w:tc>
        <w:tc>
          <w:tcPr>
            <w:tcW w:type="dxa" w:w="1728"/>
          </w:tcPr>
          <w:p>
            <w:r>
              <w:t>&lt;Alireza/&gt;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aalireza_sso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93*2197**1</w:t>
            </w:r>
          </w:p>
        </w:tc>
        <w:tc>
          <w:tcPr>
            <w:tcW w:type="dxa" w:w="1728"/>
          </w:tcPr>
          <w:p>
            <w:r>
              <w:t>Eisa</w:t>
            </w:r>
          </w:p>
        </w:tc>
        <w:tc>
          <w:tcPr>
            <w:tcW w:type="dxa" w:w="1728"/>
          </w:tcPr>
          <w:p>
            <w:r>
              <w:t>Maghsoudi</w:t>
            </w:r>
          </w:p>
        </w:tc>
        <w:tc>
          <w:tcPr>
            <w:tcW w:type="dxa" w:w="1728"/>
          </w:tcPr>
          <w:p>
            <w:r>
              <w:t>maghsoudi_eisa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93*0*41174</w:t>
            </w:r>
          </w:p>
        </w:tc>
        <w:tc>
          <w:tcPr>
            <w:tcW w:type="dxa" w:w="1728"/>
          </w:tcPr>
          <w:p>
            <w:r>
              <w:t>Soroush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9034300299</w:t>
            </w:r>
          </w:p>
        </w:tc>
        <w:tc>
          <w:tcPr>
            <w:tcW w:type="dxa" w:w="1728"/>
          </w:tcPr>
          <w:p>
            <w:r>
              <w:t>Ragnar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Lothbroks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912**0*409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ali_Khani_X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91223***11</w:t>
            </w:r>
          </w:p>
        </w:tc>
        <w:tc>
          <w:tcPr>
            <w:tcW w:type="dxa" w:w="1728"/>
          </w:tcPr>
          <w:p>
            <w:r>
              <w:t>A Reza. 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AALLIMAK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9307*40*10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falhawd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93**1*2391</w:t>
            </w:r>
          </w:p>
        </w:tc>
        <w:tc>
          <w:tcPr>
            <w:tcW w:type="dxa" w:w="1728"/>
          </w:tcPr>
          <w:p>
            <w:r>
              <w:t>Solmaz</w:t>
            </w:r>
          </w:p>
        </w:tc>
        <w:tc>
          <w:tcPr>
            <w:tcW w:type="dxa" w:w="1728"/>
          </w:tcPr>
          <w:p>
            <w:r>
              <w:t>Sarkari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93**19*093</w:t>
            </w:r>
          </w:p>
        </w:tc>
        <w:tc>
          <w:tcPr>
            <w:tcW w:type="dxa" w:w="1728"/>
          </w:tcPr>
          <w:p>
            <w:r>
              <w:t>Amirhossein.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AmirhosseinR_1992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91*944*30*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>
              <w:t>Seidbeigi</w:t>
            </w:r>
          </w:p>
        </w:tc>
        <w:tc>
          <w:tcPr>
            <w:tcW w:type="dxa" w:w="1728"/>
          </w:tcPr>
          <w:p>
            <w:r>
              <w:t>Seidbeigi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9103344479</w:t>
            </w:r>
          </w:p>
        </w:tc>
        <w:tc>
          <w:tcPr>
            <w:tcW w:type="dxa" w:w="1728"/>
          </w:tcPr>
          <w:p>
            <w:r>
              <w:t>Amirhossein 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AB2000yk79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93*0**449*</w:t>
            </w:r>
          </w:p>
        </w:tc>
        <w:tc>
          <w:tcPr>
            <w:tcW w:type="dxa" w:w="1728"/>
          </w:tcPr>
          <w:p>
            <w:r>
              <w:t>Milad Ebrahimi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ebrahimimilad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92174****1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93*9**3309</w:t>
            </w:r>
          </w:p>
        </w:tc>
        <w:tc>
          <w:tcPr>
            <w:tcW w:type="dxa" w:w="1728"/>
          </w:tcPr>
          <w:p>
            <w:r>
              <w:t>Shahrzad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Lilimahh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9399*37**0</w:t>
            </w:r>
          </w:p>
        </w:tc>
        <w:tc>
          <w:tcPr>
            <w:tcW w:type="dxa" w:w="1728"/>
          </w:tcPr>
          <w:p>
            <w:r>
              <w:t>nzn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nznsdrnzd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914*0*47*2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Adljuy</w:t>
            </w:r>
          </w:p>
        </w:tc>
        <w:tc>
          <w:tcPr>
            <w:tcW w:type="dxa" w:w="1728"/>
          </w:tcPr>
          <w:p>
            <w:r>
              <w:t>Omid_Adljuy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93**121*90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Minaaaazm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93*70*11*9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moabbasii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9371**1**1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Jafarzadeh</w:t>
            </w:r>
          </w:p>
        </w:tc>
        <w:tc>
          <w:tcPr>
            <w:tcW w:type="dxa" w:w="1728"/>
          </w:tcPr>
          <w:p>
            <w:r>
              <w:t>jafarzadeh_saeed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93**9*2***</w:t>
            </w:r>
          </w:p>
        </w:tc>
        <w:tc>
          <w:tcPr>
            <w:tcW w:type="dxa" w:w="1728"/>
          </w:tcPr>
          <w:p>
            <w:r>
              <w:t>الهام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elhaamhamidi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99107134*4</w:t>
            </w:r>
          </w:p>
        </w:tc>
        <w:tc>
          <w:tcPr>
            <w:tcW w:type="dxa" w:w="1728"/>
          </w:tcPr>
          <w:p>
            <w:r>
              <w:t>F.p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fara_2218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90249*10**</w:t>
            </w:r>
          </w:p>
        </w:tc>
        <w:tc>
          <w:tcPr>
            <w:tcW w:type="dxa" w:w="1728"/>
          </w:tcPr>
          <w:p>
            <w:r>
              <w:t>?????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sir143143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922*042*93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Dabiri</w:t>
            </w:r>
          </w:p>
        </w:tc>
        <w:tc>
          <w:tcPr>
            <w:tcW w:type="dxa" w:w="1728"/>
          </w:tcPr>
          <w:p>
            <w:r>
              <w:t>newhamid1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93*720*441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9910417230</w:t>
            </w:r>
          </w:p>
        </w:tc>
        <w:tc>
          <w:tcPr>
            <w:tcW w:type="dxa" w:w="1728"/>
          </w:tcPr>
          <w:p>
            <w:r>
              <w:t>Shiva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912*4**201</w:t>
            </w:r>
          </w:p>
        </w:tc>
        <w:tc>
          <w:tcPr>
            <w:tcW w:type="dxa" w:w="1728"/>
          </w:tcPr>
          <w:p>
            <w:r>
              <w:t>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991110*1*9</w:t>
            </w:r>
          </w:p>
        </w:tc>
        <w:tc>
          <w:tcPr>
            <w:tcW w:type="dxa" w:w="1728"/>
          </w:tcPr>
          <w:p>
            <w:r>
              <w:t>Spring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SpringUp6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939**9**92</w:t>
            </w:r>
          </w:p>
        </w:tc>
        <w:tc>
          <w:tcPr>
            <w:tcW w:type="dxa" w:w="1728"/>
          </w:tcPr>
          <w:p>
            <w:r>
              <w:t>TAHAMTAN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TAHAMTAN21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9212*71*0*</w:t>
            </w:r>
          </w:p>
        </w:tc>
        <w:tc>
          <w:tcPr>
            <w:tcW w:type="dxa" w:w="1728"/>
          </w:tcPr>
          <w:p>
            <w:r>
              <w:t>Omidche1475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>
              <w:t>Omidche1475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9307*13*7*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hadi_mh1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9120*49342</w:t>
            </w:r>
          </w:p>
        </w:tc>
        <w:tc>
          <w:tcPr>
            <w:tcW w:type="dxa" w:w="1728"/>
          </w:tcPr>
          <w:p>
            <w:r>
              <w:t>Mahta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mahtaaghf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  <w:tr>
        <w:tc>
          <w:tcPr>
            <w:tcW w:type="dxa" w:w="1728"/>
          </w:tcPr>
          <w:p>
            <w:r>
              <w:t>919909313*</w:t>
            </w:r>
          </w:p>
        </w:tc>
        <w:tc>
          <w:tcPr>
            <w:tcW w:type="dxa" w:w="1728"/>
          </w:tcPr>
          <w:p>
            <w:r>
              <w:t>Arian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Arian_chem</w:t>
            </w:r>
          </w:p>
        </w:tc>
        <w:tc>
          <w:tcPr>
            <w:tcW w:type="dxa" w:w="1728"/>
          </w:tcPr>
          <w:p>
            <w:r>
              <w:t>انجمن دانشجویی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انجمن دانشجویی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