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املاک مهاجرین گلشهر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املاک مهاجرین گلشهر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933*300204</w:t>
            </w:r>
          </w:p>
        </w:tc>
        <w:tc>
          <w:tcPr>
            <w:tcW w:type="dxa" w:w="1728"/>
          </w:tcPr>
          <w:p>
            <w:r>
              <w:t>مصطفی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930190**23</w:t>
            </w:r>
          </w:p>
        </w:tc>
        <w:tc>
          <w:tcPr>
            <w:tcW w:type="dxa" w:w="1728"/>
          </w:tcPr>
          <w:p>
            <w:r>
              <w:t>◔͜͡◔ A.M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ZAAN717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911**2*970</w:t>
            </w:r>
          </w:p>
        </w:tc>
        <w:tc>
          <w:tcPr>
            <w:tcW w:type="dxa" w:w="1728"/>
          </w:tcPr>
          <w:p>
            <w:r>
              <w:t>اللهم عجل الولیک الفرج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Android30rr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91*4012**3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939*279943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marge2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933**2***0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im12345iiiiiiimannnnn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901*10**34</w:t>
            </w:r>
          </w:p>
        </w:tc>
        <w:tc>
          <w:tcPr>
            <w:tcW w:type="dxa" w:w="1728"/>
          </w:tcPr>
          <w:p>
            <w:r>
              <w:t>جوادفیضی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Ali11011059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93343*9727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93*3*29*00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mirzaeie</w:t>
            </w:r>
          </w:p>
        </w:tc>
        <w:tc>
          <w:tcPr>
            <w:tcW w:type="dxa" w:w="1728"/>
          </w:tcPr>
          <w:p>
            <w:r>
              <w:t>alirezamirzaeie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91*2*13***</w:t>
            </w:r>
          </w:p>
        </w:tc>
        <w:tc>
          <w:tcPr>
            <w:tcW w:type="dxa" w:w="1728"/>
          </w:tcPr>
          <w:p>
            <w:r>
              <w:t>🐈‍⬛....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psaraaaaaak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93**103*3*</w:t>
            </w:r>
          </w:p>
        </w:tc>
        <w:tc>
          <w:tcPr>
            <w:tcW w:type="dxa" w:w="1728"/>
          </w:tcPr>
          <w:p>
            <w:r>
              <w:t>محمد مهدی موسوی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sajjadbntn5548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91**9**417</w:t>
            </w:r>
          </w:p>
        </w:tc>
        <w:tc>
          <w:tcPr>
            <w:tcW w:type="dxa" w:w="1728"/>
          </w:tcPr>
          <w:p>
            <w:r>
              <w:t>M.a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Mahboot2022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91**2*2*29</w:t>
            </w:r>
          </w:p>
        </w:tc>
        <w:tc>
          <w:tcPr>
            <w:tcW w:type="dxa" w:w="1728"/>
          </w:tcPr>
          <w:p>
            <w:r>
              <w:t>بیمه پاسارگاد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93*344*473</w:t>
            </w:r>
          </w:p>
        </w:tc>
        <w:tc>
          <w:tcPr>
            <w:tcW w:type="dxa" w:w="1728"/>
          </w:tcPr>
          <w:p>
            <w:r>
              <w:t>T....A....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93301944**</w:t>
            </w:r>
          </w:p>
        </w:tc>
        <w:tc>
          <w:tcPr>
            <w:tcW w:type="dxa" w:w="1728"/>
          </w:tcPr>
          <w:p>
            <w:r>
              <w:t>اسماعیل</w:t>
            </w:r>
          </w:p>
        </w:tc>
        <w:tc>
          <w:tcPr>
            <w:tcW w:type="dxa" w:w="1728"/>
          </w:tcPr>
          <w:p>
            <w:r>
              <w:t>حسینی</w:t>
            </w:r>
          </w:p>
        </w:tc>
        <w:tc>
          <w:tcPr>
            <w:tcW w:type="dxa" w:w="1728"/>
          </w:tcPr>
          <w:p>
            <w:r>
              <w:t>hossini_62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93*1**4344</w:t>
            </w:r>
          </w:p>
        </w:tc>
        <w:tc>
          <w:tcPr>
            <w:tcW w:type="dxa" w:w="1728"/>
          </w:tcPr>
          <w:p>
            <w:r>
              <w:t>مجتبی</w:t>
            </w:r>
          </w:p>
        </w:tc>
        <w:tc>
          <w:tcPr>
            <w:tcW w:type="dxa" w:w="1728"/>
          </w:tcPr>
          <w:p>
            <w:r>
              <w:t>فیروزبخش</w:t>
            </w:r>
          </w:p>
        </w:tc>
        <w:tc>
          <w:tcPr>
            <w:tcW w:type="dxa" w:w="1728"/>
          </w:tcPr>
          <w:p>
            <w:r>
              <w:t>Mshte1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933372*114</w:t>
            </w:r>
          </w:p>
        </w:tc>
        <w:tc>
          <w:tcPr>
            <w:tcW w:type="dxa" w:w="1728"/>
          </w:tcPr>
          <w:p>
            <w:r>
              <w:t>𖤍 نــــــصـاب مــــــــشهد 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satlaitnasabmashhad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912*1**3*7</w:t>
            </w:r>
          </w:p>
        </w:tc>
        <w:tc>
          <w:tcPr>
            <w:tcW w:type="dxa" w:w="1728"/>
          </w:tcPr>
          <w:p>
            <w:r>
              <w:t>Abraham Mohammade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Mohammadi387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9139*7*133</w:t>
            </w:r>
          </w:p>
        </w:tc>
        <w:tc>
          <w:tcPr>
            <w:tcW w:type="dxa" w:w="1728"/>
          </w:tcPr>
          <w:p>
            <w:r>
              <w:t>موسوی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ssssss7045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9302190*0*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mostafa880044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939*240*9*</w:t>
            </w:r>
          </w:p>
        </w:tc>
        <w:tc>
          <w:tcPr>
            <w:tcW w:type="dxa" w:w="1728"/>
          </w:tcPr>
          <w:p>
            <w:r>
              <w:t>.•♫•♬•روزگار.....•♬•♫•.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HelenaZA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9339**7*74</w:t>
            </w:r>
          </w:p>
        </w:tc>
        <w:tc>
          <w:tcPr>
            <w:tcW w:type="dxa" w:w="1728"/>
          </w:tcPr>
          <w:p>
            <w:r>
              <w:t>Arman shayan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903232***4</w:t>
            </w:r>
          </w:p>
        </w:tc>
        <w:tc>
          <w:tcPr>
            <w:tcW w:type="dxa" w:w="1728"/>
          </w:tcPr>
          <w:p>
            <w:r>
              <w:t>ℓ£ℓﾑ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9332*213*2</w:t>
            </w:r>
          </w:p>
        </w:tc>
        <w:tc>
          <w:tcPr>
            <w:tcW w:type="dxa" w:w="1728"/>
          </w:tcPr>
          <w:p>
            <w:r>
              <w:t>شبگرد تنها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9301*904**</w:t>
            </w:r>
          </w:p>
        </w:tc>
        <w:tc>
          <w:tcPr>
            <w:tcW w:type="dxa" w:w="1728"/>
          </w:tcPr>
          <w:p>
            <w:r>
              <w:t>Taha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Thesstaha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90310*2*1*</w:t>
            </w:r>
          </w:p>
        </w:tc>
        <w:tc>
          <w:tcPr>
            <w:tcW w:type="dxa" w:w="1728"/>
          </w:tcPr>
          <w:p>
            <w:r>
              <w:t>My x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9370*213*7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ح</w:t>
            </w:r>
          </w:p>
        </w:tc>
        <w:tc>
          <w:tcPr>
            <w:tcW w:type="dxa" w:w="1728"/>
          </w:tcPr>
          <w:p>
            <w:r>
              <w:t>H0621367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9333444***</w:t>
            </w:r>
          </w:p>
        </w:tc>
        <w:tc>
          <w:tcPr>
            <w:tcW w:type="dxa" w:w="1728"/>
          </w:tcPr>
          <w:p>
            <w:r>
              <w:t>موسوی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9304*0*17*</w:t>
            </w:r>
          </w:p>
        </w:tc>
        <w:tc>
          <w:tcPr>
            <w:tcW w:type="dxa" w:w="1728"/>
          </w:tcPr>
          <w:p>
            <w:r>
              <w:t>Pari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Narsisyus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91032219*0</w:t>
            </w:r>
          </w:p>
        </w:tc>
        <w:tc>
          <w:tcPr>
            <w:tcW w:type="dxa" w:w="1728"/>
          </w:tcPr>
          <w:p>
            <w:r>
              <w:t>Tayebe Bazpoor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bazpoor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93*3*07*1*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Ta</w:t>
            </w:r>
          </w:p>
        </w:tc>
        <w:tc>
          <w:tcPr>
            <w:tcW w:type="dxa" w:w="1728"/>
          </w:tcPr>
          <w:p>
            <w:r>
              <w:t>Tahooni_A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91*7037307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avaz90avaz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93*3*09**4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Qane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939*33**90</w:t>
            </w:r>
          </w:p>
        </w:tc>
        <w:tc>
          <w:tcPr>
            <w:tcW w:type="dxa" w:w="1728"/>
          </w:tcPr>
          <w:p>
            <w:r>
              <w:t>نازنین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hkoda123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9213233*72</w:t>
            </w:r>
          </w:p>
        </w:tc>
        <w:tc>
          <w:tcPr>
            <w:tcW w:type="dxa" w:w="1728"/>
          </w:tcPr>
          <w:p>
            <w:r>
              <w:t>هاشم</w:t>
            </w:r>
          </w:p>
        </w:tc>
        <w:tc>
          <w:tcPr>
            <w:tcW w:type="dxa" w:w="1728"/>
          </w:tcPr>
          <w:p>
            <w:r>
              <w:t>جیریایی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903*702077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Na222mj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9303*97409</w:t>
            </w:r>
          </w:p>
        </w:tc>
        <w:tc>
          <w:tcPr>
            <w:tcW w:type="dxa" w:w="1728"/>
          </w:tcPr>
          <w:p>
            <w:r>
              <w:t>Ⓜ️ MEMESHosin| Drops🐼💧</w:t>
            </w:r>
          </w:p>
        </w:tc>
        <w:tc>
          <w:tcPr>
            <w:tcW w:type="dxa" w:w="1728"/>
          </w:tcPr>
          <w:p>
            <w:r>
              <w:t>🌱 🐸🍋🐾 🦆https://t.me/notpixel/app?startapp=f1395781740_t</w:t>
            </w:r>
          </w:p>
        </w:tc>
        <w:tc>
          <w:tcPr>
            <w:tcW w:type="dxa" w:w="1728"/>
          </w:tcPr>
          <w:p>
            <w:r>
              <w:t>hosinshibanyrad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933*72301*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Mohsen_221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9339*44122</w:t>
            </w:r>
          </w:p>
        </w:tc>
        <w:tc>
          <w:tcPr>
            <w:tcW w:type="dxa" w:w="1728"/>
          </w:tcPr>
          <w:p>
            <w:r>
              <w:t>روزهای بهتر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9337*19247</w:t>
            </w:r>
          </w:p>
        </w:tc>
        <w:tc>
          <w:tcPr>
            <w:tcW w:type="dxa" w:w="1728"/>
          </w:tcPr>
          <w:p>
            <w:r>
              <w:t>شریفی</w:t>
            </w:r>
          </w:p>
        </w:tc>
        <w:tc>
          <w:tcPr>
            <w:tcW w:type="dxa" w:w="1728"/>
          </w:tcPr>
          <w:p>
            <w:r>
              <w:t>شریفی</w:t>
            </w:r>
          </w:p>
        </w:tc>
        <w:tc>
          <w:tcPr>
            <w:tcW w:type="dxa" w:w="1728"/>
          </w:tcPr>
          <w:p>
            <w:r>
              <w:t>sharifi09337519247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93*91*7411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H9369157411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9309*3*3*1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mfqwe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903917***1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kelkinn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903*1*3913</w:t>
            </w:r>
          </w:p>
        </w:tc>
        <w:tc>
          <w:tcPr>
            <w:tcW w:type="dxa" w:w="1728"/>
          </w:tcPr>
          <w:p>
            <w:r>
              <w:t>𝑀𝓇.𝐻𝑜𝓈𝑒𝒾𝓃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Tired420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90397*922*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Farmandeh1255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93**3**932</w:t>
            </w:r>
          </w:p>
        </w:tc>
        <w:tc>
          <w:tcPr>
            <w:tcW w:type="dxa" w:w="1728"/>
          </w:tcPr>
          <w:p>
            <w:r>
              <w:t>?Sahar..?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93**0*0224</w:t>
            </w:r>
          </w:p>
        </w:tc>
        <w:tc>
          <w:tcPr>
            <w:tcW w:type="dxa" w:w="1728"/>
          </w:tcPr>
          <w:p>
            <w:r>
              <w:t>●▬▬๑▅▆▇█۩۩M@@K۩۩█▇▆▅●▬▬๑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Mjk1364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933117444*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93**9*39*3</w:t>
            </w:r>
          </w:p>
        </w:tc>
        <w:tc>
          <w:tcPr>
            <w:tcW w:type="dxa" w:w="1728"/>
          </w:tcPr>
          <w:p>
            <w:r>
              <w:t>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Hearts_tanha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93344*9*72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933*093*4*</w:t>
            </w:r>
          </w:p>
        </w:tc>
        <w:tc>
          <w:tcPr>
            <w:tcW w:type="dxa" w:w="1728"/>
          </w:tcPr>
          <w:p>
            <w:r>
              <w:t>▂▃▄▅▆▇█▓▒░شهید گمنام....░▒▓█▇▆▅▄▃▂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Zzb67m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9371*47*97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Physhf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93**49**03</w:t>
            </w:r>
          </w:p>
        </w:tc>
        <w:tc>
          <w:tcPr>
            <w:tcW w:type="dxa" w:w="1728"/>
          </w:tcPr>
          <w:p>
            <w:r>
              <w:t>ممدحیدری؟؟😡😡😡😡👍👍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Aohammad123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93921**19*</w:t>
            </w:r>
          </w:p>
        </w:tc>
        <w:tc>
          <w:tcPr>
            <w:tcW w:type="dxa" w:w="1728"/>
          </w:tcPr>
          <w:p>
            <w:r>
              <w:t>roohollah</w:t>
            </w:r>
          </w:p>
        </w:tc>
        <w:tc>
          <w:tcPr>
            <w:tcW w:type="dxa" w:w="1728"/>
          </w:tcPr>
          <w:p>
            <w:r>
              <w:t>amiri</w:t>
            </w:r>
          </w:p>
        </w:tc>
        <w:tc>
          <w:tcPr>
            <w:tcW w:type="dxa" w:w="1728"/>
          </w:tcPr>
          <w:p>
            <w:r>
              <w:t>Amirireziiii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9301939*93</w:t>
            </w:r>
          </w:p>
        </w:tc>
        <w:tc>
          <w:tcPr>
            <w:tcW w:type="dxa" w:w="1728"/>
          </w:tcPr>
          <w:p>
            <w:r>
              <w:t>Mohammad edris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93049*02*0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میرزایی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939193*34*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Esteghlail44444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93*74**00*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Mhmmmh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91***434**</w:t>
            </w:r>
          </w:p>
        </w:tc>
        <w:tc>
          <w:tcPr>
            <w:tcW w:type="dxa" w:w="1728"/>
          </w:tcPr>
          <w:p>
            <w:r>
              <w:t>محسن تقی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Mohsentqz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937342**22</w:t>
            </w:r>
          </w:p>
        </w:tc>
        <w:tc>
          <w:tcPr>
            <w:tcW w:type="dxa" w:w="1728"/>
          </w:tcPr>
          <w:p>
            <w:r>
              <w:t>@R.M@</w:t>
            </w:r>
          </w:p>
        </w:tc>
        <w:tc>
          <w:tcPr>
            <w:tcW w:type="dxa" w:w="1728"/>
          </w:tcPr>
          <w:p>
            <w:r>
              <w:t>@R.M@</w:t>
            </w:r>
          </w:p>
        </w:tc>
        <w:tc>
          <w:tcPr>
            <w:tcW w:type="dxa" w:w="1728"/>
          </w:tcPr>
          <w:p>
            <w:r>
              <w:t>Naser12344321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91*30419**</w:t>
            </w:r>
          </w:p>
        </w:tc>
        <w:tc>
          <w:tcPr>
            <w:tcW w:type="dxa" w:w="1728"/>
          </w:tcPr>
          <w:p>
            <w:r>
              <w:t>سید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93*39*3*9*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M12AHDI24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93090*29*4</w:t>
            </w:r>
          </w:p>
        </w:tc>
        <w:tc>
          <w:tcPr>
            <w:tcW w:type="dxa" w:w="1728"/>
          </w:tcPr>
          <w:p>
            <w:r>
              <w:t>💗💗💗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Sssssihhhh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937097**39</w:t>
            </w:r>
          </w:p>
        </w:tc>
        <w:tc>
          <w:tcPr>
            <w:tcW w:type="dxa" w:w="1728"/>
          </w:tcPr>
          <w:p>
            <w:r>
              <w:t>Seyed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seid13110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903*14991*</w:t>
            </w:r>
          </w:p>
        </w:tc>
        <w:tc>
          <w:tcPr>
            <w:tcW w:type="dxa" w:w="1728"/>
          </w:tcPr>
          <w:p>
            <w:r>
              <w:t>Seyyed Reza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MRH_Z_2022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93774***40</w:t>
            </w:r>
          </w:p>
        </w:tc>
        <w:tc>
          <w:tcPr>
            <w:tcW w:type="dxa" w:w="1728"/>
          </w:tcPr>
          <w:p>
            <w:r>
              <w:t>زندگی</w:t>
            </w:r>
          </w:p>
        </w:tc>
        <w:tc>
          <w:tcPr>
            <w:tcW w:type="dxa" w:w="1728"/>
          </w:tcPr>
          <w:p>
            <w:r>
              <w:t>زیباست</w:t>
            </w:r>
          </w:p>
        </w:tc>
        <w:tc>
          <w:tcPr>
            <w:tcW w:type="dxa" w:w="1728"/>
          </w:tcPr>
          <w:p>
            <w:r>
              <w:t>Zendegi_zibas12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93*7324334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93**3*29*3</w:t>
            </w:r>
          </w:p>
        </w:tc>
        <w:tc>
          <w:tcPr>
            <w:tcW w:type="dxa" w:w="1728"/>
          </w:tcPr>
          <w:p>
            <w:r>
              <w:t>Hossaini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Sjh19921992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91*30214*7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93*0**13*1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Hamed137000000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901731*724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Mashhadiy_bagh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939*4*17**</w:t>
            </w:r>
          </w:p>
        </w:tc>
        <w:tc>
          <w:tcPr>
            <w:tcW w:type="dxa" w:w="1728"/>
          </w:tcPr>
          <w:p>
            <w:r>
              <w:t>الیاس</w:t>
            </w:r>
          </w:p>
        </w:tc>
        <w:tc>
          <w:tcPr>
            <w:tcW w:type="dxa" w:w="1728"/>
          </w:tcPr>
          <w:p>
            <w:r>
              <w:t>قنبری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922139*14*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msalmani8078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91*24***93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933*2***31</w:t>
            </w:r>
          </w:p>
        </w:tc>
        <w:tc>
          <w:tcPr>
            <w:tcW w:type="dxa" w:w="1728"/>
          </w:tcPr>
          <w:p>
            <w:r>
              <w:t>Marzia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933033*4**</w:t>
            </w:r>
          </w:p>
        </w:tc>
        <w:tc>
          <w:tcPr>
            <w:tcW w:type="dxa" w:w="1728"/>
          </w:tcPr>
          <w:p>
            <w:r>
              <w:t>Sadegh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Sadegh_611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93902*91*0</w:t>
            </w:r>
          </w:p>
        </w:tc>
        <w:tc>
          <w:tcPr>
            <w:tcW w:type="dxa" w:w="1728"/>
          </w:tcPr>
          <w:p>
            <w:r>
              <w:t>Seyed Abolfazl</w:t>
            </w:r>
          </w:p>
        </w:tc>
        <w:tc>
          <w:tcPr>
            <w:tcW w:type="dxa" w:w="1728"/>
          </w:tcPr>
          <w:p>
            <w:r>
              <w:t>Heidari</w:t>
            </w:r>
          </w:p>
        </w:tc>
        <w:tc>
          <w:tcPr>
            <w:tcW w:type="dxa" w:w="1728"/>
          </w:tcPr>
          <w:p>
            <w:r>
              <w:t>Zeinabi94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937*4*24*3</w:t>
            </w:r>
          </w:p>
        </w:tc>
        <w:tc>
          <w:tcPr>
            <w:tcW w:type="dxa" w:w="1728"/>
          </w:tcPr>
          <w:p>
            <w:r>
              <w:t>DR</w:t>
            </w:r>
          </w:p>
        </w:tc>
        <w:tc>
          <w:tcPr>
            <w:tcW w:type="dxa" w:w="1728"/>
          </w:tcPr>
          <w:p>
            <w:r>
              <w:t>M. sohrabi OMFR center</w:t>
            </w:r>
          </w:p>
        </w:tc>
        <w:tc>
          <w:tcPr>
            <w:tcW w:type="dxa" w:w="1728"/>
          </w:tcPr>
          <w:p>
            <w:r>
              <w:t>DRMsohrabiOMFRcenter</w:t>
            </w:r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90*7240791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  <w:tr>
        <w:tc>
          <w:tcPr>
            <w:tcW w:type="dxa" w:w="1728"/>
          </w:tcPr>
          <w:p>
            <w:r>
              <w:t>902*42*1*4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مهاجرین گلشهر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املاک مهاجرین گلشهر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