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افیتز (خدمات رفاهي ويژه فرهنگیان و کارمندان)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افیتز (خدمات رفاهي ويژه فرهنگیان و کارمندان)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93***43*09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غنی آبادی</w:t>
            </w:r>
          </w:p>
        </w:tc>
        <w:tc>
          <w:tcPr>
            <w:tcW w:type="dxa" w:w="1728"/>
          </w:tcPr>
          <w:p>
            <w:r>
              <w:t>alighaniabadi2020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91*101*009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>
              <w:t>Haeri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91*1224991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FAZELI</w:t>
            </w:r>
          </w:p>
        </w:tc>
        <w:tc>
          <w:tcPr>
            <w:tcW w:type="dxa" w:w="1728"/>
          </w:tcPr>
          <w:p>
            <w:r>
              <w:t>mahdimasabi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91**0934*2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93*4201**2</w:t>
            </w:r>
          </w:p>
        </w:tc>
        <w:tc>
          <w:tcPr>
            <w:tcW w:type="dxa" w:w="1728"/>
          </w:tcPr>
          <w:p>
            <w:r>
              <w:t>♜Mani♜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mAniii261813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91*1197220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Shohrati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9394**7090</w:t>
            </w:r>
          </w:p>
        </w:tc>
        <w:tc>
          <w:tcPr>
            <w:tcW w:type="dxa" w:w="1728"/>
          </w:tcPr>
          <w:p>
            <w:r>
              <w:t>84314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91*371420*</w:t>
            </w:r>
          </w:p>
        </w:tc>
        <w:tc>
          <w:tcPr>
            <w:tcW w:type="dxa" w:w="1728"/>
          </w:tcPr>
          <w:p>
            <w:r>
              <w:t>S.m</w:t>
            </w:r>
          </w:p>
        </w:tc>
        <w:tc>
          <w:tcPr>
            <w:tcW w:type="dxa" w:w="1728"/>
          </w:tcPr>
          <w:p>
            <w:r>
              <w:t>Eftekharzadeh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91*3*992*9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Kar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91**2*7402</w:t>
            </w:r>
          </w:p>
        </w:tc>
        <w:tc>
          <w:tcPr>
            <w:tcW w:type="dxa" w:w="1728"/>
          </w:tcPr>
          <w:p>
            <w:r>
              <w:t>Mehryar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9142*039*1</w:t>
            </w:r>
          </w:p>
        </w:tc>
        <w:tc>
          <w:tcPr>
            <w:tcW w:type="dxa" w:w="1728"/>
          </w:tcPr>
          <w:p>
            <w:r>
              <w:t>رامین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Raminshkaky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913*10*922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91**09*322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933***32**</w:t>
            </w:r>
          </w:p>
        </w:tc>
        <w:tc>
          <w:tcPr>
            <w:tcW w:type="dxa" w:w="1728"/>
          </w:tcPr>
          <w:p>
            <w:r>
              <w:t>دانیال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91*1113*27</w:t>
            </w:r>
          </w:p>
        </w:tc>
        <w:tc>
          <w:tcPr>
            <w:tcW w:type="dxa" w:w="1728"/>
          </w:tcPr>
          <w:p>
            <w:r>
              <w:t>Sunny</w:t>
            </w:r>
          </w:p>
        </w:tc>
        <w:tc>
          <w:tcPr>
            <w:tcW w:type="dxa" w:w="1728"/>
          </w:tcPr>
          <w:p>
            <w:r>
              <w:t>jandari</w:t>
            </w:r>
          </w:p>
        </w:tc>
        <w:tc>
          <w:tcPr>
            <w:tcW w:type="dxa" w:w="1728"/>
          </w:tcPr>
          <w:p>
            <w:r>
              <w:t>sunny_1991X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91*1107*33</w:t>
            </w:r>
          </w:p>
        </w:tc>
        <w:tc>
          <w:tcPr>
            <w:tcW w:type="dxa" w:w="1728"/>
          </w:tcPr>
          <w:p>
            <w:r>
              <w:t>سید حسن</w:t>
            </w:r>
          </w:p>
        </w:tc>
        <w:tc>
          <w:tcPr>
            <w:tcW w:type="dxa" w:w="1728"/>
          </w:tcPr>
          <w:p>
            <w:r>
              <w:t>شجاعی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91*7*33004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mavarateimoore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91**012**0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91*9*14914</w:t>
            </w:r>
          </w:p>
        </w:tc>
        <w:tc>
          <w:tcPr>
            <w:tcW w:type="dxa" w:w="1728"/>
          </w:tcPr>
          <w:p>
            <w:r>
              <w:t>سامان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91**4*733*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Roz_ko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91*3013*09</w:t>
            </w:r>
          </w:p>
        </w:tc>
        <w:tc>
          <w:tcPr>
            <w:tcW w:type="dxa" w:w="1728"/>
          </w:tcPr>
          <w:p>
            <w:r>
              <w:t>Mohammad2</w:t>
            </w:r>
          </w:p>
        </w:tc>
        <w:tc>
          <w:tcPr>
            <w:tcW w:type="dxa" w:w="1728"/>
          </w:tcPr>
          <w:p>
            <w:r>
              <w:t>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91*323*779</w:t>
            </w:r>
          </w:p>
        </w:tc>
        <w:tc>
          <w:tcPr>
            <w:tcW w:type="dxa" w:w="1728"/>
          </w:tcPr>
          <w:p>
            <w:r>
              <w:t>رمضان</w:t>
            </w:r>
          </w:p>
        </w:tc>
        <w:tc>
          <w:tcPr>
            <w:tcW w:type="dxa" w:w="1728"/>
          </w:tcPr>
          <w:p>
            <w:r>
              <w:t>مرادزاده قله زو</w:t>
            </w:r>
          </w:p>
        </w:tc>
        <w:tc>
          <w:tcPr>
            <w:tcW w:type="dxa" w:w="1728"/>
          </w:tcPr>
          <w:p>
            <w:r>
              <w:t>Moradzadeh_47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91*10310*3</w:t>
            </w:r>
          </w:p>
        </w:tc>
        <w:tc>
          <w:tcPr>
            <w:tcW w:type="dxa" w:w="1728"/>
          </w:tcPr>
          <w:p>
            <w:r>
              <w:t>––––•(-•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seyed_javad_mousavian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91**0*9330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عباس زاده</w:t>
            </w:r>
          </w:p>
        </w:tc>
        <w:tc>
          <w:tcPr>
            <w:tcW w:type="dxa" w:w="1728"/>
          </w:tcPr>
          <w:p>
            <w:r>
              <w:t>A261A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93*3*32741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F_RTB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91*1203***</w:t>
            </w:r>
          </w:p>
        </w:tc>
        <w:tc>
          <w:tcPr>
            <w:tcW w:type="dxa" w:w="1728"/>
          </w:tcPr>
          <w:p>
            <w:r>
              <w:t>M.R</w:t>
            </w:r>
          </w:p>
        </w:tc>
        <w:tc>
          <w:tcPr>
            <w:tcW w:type="dxa" w:w="1728"/>
          </w:tcPr>
          <w:p>
            <w:r>
              <w:t>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91*319**14</w:t>
            </w:r>
          </w:p>
        </w:tc>
        <w:tc>
          <w:tcPr>
            <w:tcW w:type="dxa" w:w="1728"/>
          </w:tcPr>
          <w:p>
            <w:r>
              <w:t>( ･_･)»(ﾟｰﾟ)»عظیݦی «(ﾟｰﾟ)«( ･_･)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Azimi_mohamd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930*9**321</w:t>
            </w:r>
          </w:p>
        </w:tc>
        <w:tc>
          <w:tcPr>
            <w:tcW w:type="dxa" w:w="1728"/>
          </w:tcPr>
          <w:p>
            <w:r>
              <w:t>Mgh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Mehgha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91*10**0*9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Jshebvd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91*1134*77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Razdan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93**07*9**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Mohaddes</w:t>
            </w:r>
          </w:p>
        </w:tc>
        <w:tc>
          <w:tcPr>
            <w:tcW w:type="dxa" w:w="1728"/>
          </w:tcPr>
          <w:p>
            <w:r>
              <w:t>sadjudd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91*11943**</w:t>
            </w:r>
          </w:p>
        </w:tc>
        <w:tc>
          <w:tcPr>
            <w:tcW w:type="dxa" w:w="1728"/>
          </w:tcPr>
          <w:p>
            <w:r>
              <w:t>𝐌.𝐉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Mj90_j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93**7720*3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Akbarzadeh</w:t>
            </w:r>
          </w:p>
        </w:tc>
        <w:tc>
          <w:tcPr>
            <w:tcW w:type="dxa" w:w="1728"/>
          </w:tcPr>
          <w:p>
            <w:r>
              <w:t>Mohsenplasma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91*1024**2</w:t>
            </w:r>
          </w:p>
        </w:tc>
        <w:tc>
          <w:tcPr>
            <w:tcW w:type="dxa" w:w="1728"/>
          </w:tcPr>
          <w:p>
            <w:r>
              <w:t>Raheleh</w:t>
            </w:r>
          </w:p>
        </w:tc>
        <w:tc>
          <w:tcPr>
            <w:tcW w:type="dxa" w:w="1728"/>
          </w:tcPr>
          <w:p>
            <w:r>
              <w:t>Motamed</w:t>
            </w:r>
          </w:p>
        </w:tc>
        <w:tc>
          <w:tcPr>
            <w:tcW w:type="dxa" w:w="1728"/>
          </w:tcPr>
          <w:p>
            <w:r>
              <w:t>R_M572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91*0**394*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alirezermzani14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91*302924*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91**29*3*3</w:t>
            </w:r>
          </w:p>
        </w:tc>
        <w:tc>
          <w:tcPr>
            <w:tcW w:type="dxa" w:w="1728"/>
          </w:tcPr>
          <w:p>
            <w:r>
              <w:t>Sh.chamani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shima_ch1367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91*3**0*72</w:t>
            </w:r>
          </w:p>
        </w:tc>
        <w:tc>
          <w:tcPr>
            <w:tcW w:type="dxa" w:w="1728"/>
          </w:tcPr>
          <w:p>
            <w:r>
              <w:t>سید قاسم</w:t>
            </w:r>
          </w:p>
        </w:tc>
        <w:tc>
          <w:tcPr>
            <w:tcW w:type="dxa" w:w="1728"/>
          </w:tcPr>
          <w:p>
            <w:r>
              <w:t>پاسبان</w:t>
            </w:r>
          </w:p>
        </w:tc>
        <w:tc>
          <w:tcPr>
            <w:tcW w:type="dxa" w:w="1728"/>
          </w:tcPr>
          <w:p>
            <w:r>
              <w:t>qpaseban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93*42****0</w:t>
            </w:r>
          </w:p>
        </w:tc>
        <w:tc>
          <w:tcPr>
            <w:tcW w:type="dxa" w:w="1728"/>
          </w:tcPr>
          <w:p>
            <w:r>
              <w:t>هاشم</w:t>
            </w:r>
          </w:p>
        </w:tc>
        <w:tc>
          <w:tcPr>
            <w:tcW w:type="dxa" w:w="1728"/>
          </w:tcPr>
          <w:p>
            <w:r>
              <w:t>نواب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91*12017*0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>
              <w:t>محمودیه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93*91**0**</w:t>
            </w:r>
          </w:p>
        </w:tc>
        <w:tc>
          <w:tcPr>
            <w:tcW w:type="dxa" w:w="1728"/>
          </w:tcPr>
          <w:p>
            <w:r>
              <w:t>Ali.ir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Ali71ir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91**0*1073</w:t>
            </w:r>
          </w:p>
        </w:tc>
        <w:tc>
          <w:tcPr>
            <w:tcW w:type="dxa" w:w="1728"/>
          </w:tcPr>
          <w:p>
            <w:r>
              <w:t>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mahdih505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91**011342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91*311**77</w:t>
            </w:r>
          </w:p>
        </w:tc>
        <w:tc>
          <w:tcPr>
            <w:tcW w:type="dxa" w:w="1728"/>
          </w:tcPr>
          <w:p>
            <w:r>
              <w:t>parham.sh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91*9341*4*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ghasemi_fiau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9392**099*</w:t>
            </w:r>
          </w:p>
        </w:tc>
        <w:tc>
          <w:tcPr>
            <w:tcW w:type="dxa" w:w="1728"/>
          </w:tcPr>
          <w:p>
            <w:r>
              <w:t>ریحانه سادات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AsheghReihane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91*3214732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Nahidg123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93*9*1*24*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rezvani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91*10*7**7</w:t>
            </w:r>
          </w:p>
        </w:tc>
        <w:tc>
          <w:tcPr>
            <w:tcW w:type="dxa" w:w="1728"/>
          </w:tcPr>
          <w:p>
            <w:r>
              <w:t>🌸🍃z.b🍃🌸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91*10**77*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Hosainshakori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90*727**0*</w:t>
            </w:r>
          </w:p>
        </w:tc>
        <w:tc>
          <w:tcPr>
            <w:tcW w:type="dxa" w:w="1728"/>
          </w:tcPr>
          <w:p>
            <w:r>
              <w:t>®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93*3*22*1*</w:t>
            </w:r>
          </w:p>
        </w:tc>
        <w:tc>
          <w:tcPr>
            <w:tcW w:type="dxa" w:w="1728"/>
          </w:tcPr>
          <w:p>
            <w:r>
              <w:t>Pd</w:t>
            </w:r>
          </w:p>
        </w:tc>
        <w:tc>
          <w:tcPr>
            <w:tcW w:type="dxa" w:w="1728"/>
          </w:tcPr>
          <w:p>
            <w:r>
              <w:t>Pd</w:t>
            </w:r>
          </w:p>
        </w:tc>
        <w:tc>
          <w:tcPr>
            <w:tcW w:type="dxa" w:w="1728"/>
          </w:tcPr>
          <w:p>
            <w:r>
              <w:t>Parvanedby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91*90**94*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behnamifard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91*1**1202</w:t>
            </w:r>
          </w:p>
        </w:tc>
        <w:tc>
          <w:tcPr>
            <w:tcW w:type="dxa" w:w="1728"/>
          </w:tcPr>
          <w:p>
            <w:r>
              <w:t>Sh 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Dr_goharshahi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91**120*73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Mehdyshafaei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91*404**7*</w:t>
            </w:r>
          </w:p>
        </w:tc>
        <w:tc>
          <w:tcPr>
            <w:tcW w:type="dxa" w:w="1728"/>
          </w:tcPr>
          <w:p>
            <w:r>
              <w:t>FK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93*743*791</w:t>
            </w:r>
          </w:p>
        </w:tc>
        <w:tc>
          <w:tcPr>
            <w:tcW w:type="dxa" w:w="1728"/>
          </w:tcPr>
          <w:p>
            <w:r>
              <w:t>ادمین کانال صنایع چوب دکوتاپ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decotop11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91*1109**1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91**002341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Esmaeilian</w:t>
            </w:r>
          </w:p>
        </w:tc>
        <w:tc>
          <w:tcPr>
            <w:tcW w:type="dxa" w:w="1728"/>
          </w:tcPr>
          <w:p>
            <w:r>
              <w:t>Aesmaeilian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91*1*93247</w:t>
            </w:r>
          </w:p>
        </w:tc>
        <w:tc>
          <w:tcPr>
            <w:tcW w:type="dxa" w:w="1728"/>
          </w:tcPr>
          <w:p>
            <w:r>
              <w:t>Susan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Biologynosrat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91*122**2*</w:t>
            </w:r>
          </w:p>
        </w:tc>
        <w:tc>
          <w:tcPr>
            <w:tcW w:type="dxa" w:w="1728"/>
          </w:tcPr>
          <w:p>
            <w:r>
              <w:t>مهدی بلوریان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91**11*923</w:t>
            </w:r>
          </w:p>
        </w:tc>
        <w:tc>
          <w:tcPr>
            <w:tcW w:type="dxa" w:w="1728"/>
          </w:tcPr>
          <w:p>
            <w:r>
              <w:t>Parvin_sh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prvin_sharifi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93*2232*97</w:t>
            </w:r>
          </w:p>
        </w:tc>
        <w:tc>
          <w:tcPr>
            <w:tcW w:type="dxa" w:w="1728"/>
          </w:tcPr>
          <w:p>
            <w:r>
              <w:t>Mohammad Ali</w:t>
            </w:r>
          </w:p>
        </w:tc>
        <w:tc>
          <w:tcPr>
            <w:tcW w:type="dxa" w:w="1728"/>
          </w:tcPr>
          <w:p>
            <w:r>
              <w:t>Zahedi</w:t>
            </w:r>
          </w:p>
        </w:tc>
        <w:tc>
          <w:tcPr>
            <w:tcW w:type="dxa" w:w="1728"/>
          </w:tcPr>
          <w:p>
            <w:r>
              <w:t>moshaver_pishtazan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91**07*221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karimi_mohammadieh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91*30**13*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Jalaliyan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93*3199***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SARVI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91*101*307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Mohammadifar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91**212*9*</w:t>
            </w:r>
          </w:p>
        </w:tc>
        <w:tc>
          <w:tcPr>
            <w:tcW w:type="dxa" w:w="1728"/>
          </w:tcPr>
          <w:p>
            <w:r>
              <w:t>H .y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Yazdan2696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91*120*4*4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Esfandiari</w:t>
            </w:r>
          </w:p>
        </w:tc>
        <w:tc>
          <w:tcPr>
            <w:tcW w:type="dxa" w:w="1728"/>
          </w:tcPr>
          <w:p>
            <w:r>
              <w:t>maryam2020z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93*10*4734</w:t>
            </w:r>
          </w:p>
        </w:tc>
        <w:tc>
          <w:tcPr>
            <w:tcW w:type="dxa" w:w="1728"/>
          </w:tcPr>
          <w:p>
            <w:r>
              <w:t>حاجی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m_hajizadh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91*1197*33</w:t>
            </w:r>
          </w:p>
        </w:tc>
        <w:tc>
          <w:tcPr>
            <w:tcW w:type="dxa" w:w="1728"/>
          </w:tcPr>
          <w:p>
            <w:r>
              <w:t>Shalchi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9377*123*3</w:t>
            </w:r>
          </w:p>
        </w:tc>
        <w:tc>
          <w:tcPr>
            <w:tcW w:type="dxa" w:w="1728"/>
          </w:tcPr>
          <w:p>
            <w:r>
              <w:t>Somayeh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91**312704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ترابی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93**99**40</w:t>
            </w:r>
          </w:p>
        </w:tc>
        <w:tc>
          <w:tcPr>
            <w:tcW w:type="dxa" w:w="1728"/>
          </w:tcPr>
          <w:p>
            <w:r>
              <w:t>Sayadabdollah</w:t>
            </w:r>
          </w:p>
        </w:tc>
        <w:tc>
          <w:tcPr>
            <w:tcW w:type="dxa" w:w="1728"/>
          </w:tcPr>
          <w:p>
            <w:r>
              <w:t>Sayadyaghobzade</w:t>
            </w:r>
          </w:p>
        </w:tc>
        <w:tc>
          <w:tcPr>
            <w:tcW w:type="dxa" w:w="1728"/>
          </w:tcPr>
          <w:p>
            <w:r>
              <w:t>Asb51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91*10*1*31</w:t>
            </w:r>
          </w:p>
        </w:tc>
        <w:tc>
          <w:tcPr>
            <w:tcW w:type="dxa" w:w="1728"/>
          </w:tcPr>
          <w:p>
            <w:r>
              <w:t>javid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91*104*010</w:t>
            </w:r>
          </w:p>
        </w:tc>
        <w:tc>
          <w:tcPr>
            <w:tcW w:type="dxa" w:w="1728"/>
          </w:tcPr>
          <w:p>
            <w:r>
              <w:t>Ghanbari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ghanbariz48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91*903**34</w:t>
            </w:r>
          </w:p>
        </w:tc>
        <w:tc>
          <w:tcPr>
            <w:tcW w:type="dxa" w:w="1728"/>
          </w:tcPr>
          <w:p>
            <w:r>
              <w:t>Miss</w:t>
            </w:r>
          </w:p>
        </w:tc>
        <w:tc>
          <w:tcPr>
            <w:tcW w:type="dxa" w:w="1728"/>
          </w:tcPr>
          <w:p>
            <w:r>
              <w:t>Bakhshi</w:t>
            </w:r>
          </w:p>
        </w:tc>
        <w:tc>
          <w:tcPr>
            <w:tcW w:type="dxa" w:w="1728"/>
          </w:tcPr>
          <w:p>
            <w:r>
              <w:t>Bakhshi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91*309*97*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Shahriari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91**301101</w:t>
            </w:r>
          </w:p>
        </w:tc>
        <w:tc>
          <w:tcPr>
            <w:tcW w:type="dxa" w:w="1728"/>
          </w:tcPr>
          <w:p>
            <w:r>
              <w:t>نفس های من❤❤💕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elahe11o1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  <w:tr>
        <w:tc>
          <w:tcPr>
            <w:tcW w:type="dxa" w:w="1728"/>
          </w:tcPr>
          <w:p>
            <w:r>
              <w:t>91**2220*7</w:t>
            </w:r>
          </w:p>
        </w:tc>
        <w:tc>
          <w:tcPr>
            <w:tcW w:type="dxa" w:w="1728"/>
          </w:tcPr>
          <w:p>
            <w:r>
              <w:t>F♡R¡b💕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frbia2087</w:t>
            </w:r>
          </w:p>
        </w:tc>
        <w:tc>
          <w:tcPr>
            <w:tcW w:type="dxa" w:w="1728"/>
          </w:tcPr>
          <w:p>
            <w:r>
              <w:t>افیتز (خدمات رفاهي ويژه فرهنگیان و کارمندان)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افیتز (خدمات رفاهي ويژه فرهنگیان و کارمندان)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