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اعلام بار ترانزیت شهاب تير آريا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اعلام بار ترانزیت شهاب تير آريا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91**03*221</w:t>
            </w:r>
          </w:p>
        </w:tc>
        <w:tc>
          <w:tcPr>
            <w:tcW w:type="dxa" w:w="1728"/>
          </w:tcPr>
          <w:p>
            <w:r>
              <w:t>ᎯℛᎽᎯ ℕℰᎫᎯᏆℐ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A6221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93371*7*1*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91339*329*</w:t>
            </w:r>
          </w:p>
        </w:tc>
        <w:tc>
          <w:tcPr>
            <w:tcW w:type="dxa" w:w="1728"/>
          </w:tcPr>
          <w:p>
            <w:r>
              <w:t>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9907*3**19</w:t>
            </w:r>
          </w:p>
        </w:tc>
        <w:tc>
          <w:tcPr>
            <w:tcW w:type="dxa" w:w="1728"/>
          </w:tcPr>
          <w:p>
            <w:r>
              <w:t>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Payyanentezar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91*99*1902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Hasanhoseinabadi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9303441*74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914992991*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911701*429</w:t>
            </w:r>
          </w:p>
        </w:tc>
        <w:tc>
          <w:tcPr>
            <w:tcW w:type="dxa" w:w="1728"/>
          </w:tcPr>
          <w:p>
            <w:r>
              <w:t>دانیال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9132*22701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rahimi</w:t>
            </w:r>
          </w:p>
        </w:tc>
        <w:tc>
          <w:tcPr>
            <w:tcW w:type="dxa" w:w="1728"/>
          </w:tcPr>
          <w:p>
            <w:r>
              <w:t>ali616100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9131*3*9*0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91403*0920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hasan137n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91**021***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>
              <w:t>میاحی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91*13*20*1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farda5768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91*40171*0</w:t>
            </w:r>
          </w:p>
        </w:tc>
        <w:tc>
          <w:tcPr>
            <w:tcW w:type="dxa" w:w="1728"/>
          </w:tcPr>
          <w:p>
            <w:r>
              <w:t>جاوید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919*330234</w:t>
            </w:r>
          </w:p>
        </w:tc>
        <w:tc>
          <w:tcPr>
            <w:tcW w:type="dxa" w:w="1728"/>
          </w:tcPr>
          <w:p>
            <w:r>
              <w:t>Zzz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9117***019</w:t>
            </w:r>
          </w:p>
        </w:tc>
        <w:tc>
          <w:tcPr>
            <w:tcW w:type="dxa" w:w="1728"/>
          </w:tcPr>
          <w:p>
            <w:r>
              <w:t>Vali</w:t>
            </w:r>
          </w:p>
        </w:tc>
        <w:tc>
          <w:tcPr>
            <w:tcW w:type="dxa" w:w="1728"/>
          </w:tcPr>
          <w:p>
            <w:r>
              <w:t>Yagobinejad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9111714131</w:t>
            </w:r>
          </w:p>
        </w:tc>
        <w:tc>
          <w:tcPr>
            <w:tcW w:type="dxa" w:w="1728"/>
          </w:tcPr>
          <w:p>
            <w:r>
              <w:t>Habib</w:t>
            </w:r>
          </w:p>
        </w:tc>
        <w:tc>
          <w:tcPr>
            <w:tcW w:type="dxa" w:w="1728"/>
          </w:tcPr>
          <w:p>
            <w:r>
              <w:t>ghareghool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913321**32</w:t>
            </w:r>
          </w:p>
        </w:tc>
        <w:tc>
          <w:tcPr>
            <w:tcW w:type="dxa" w:w="1728"/>
          </w:tcPr>
          <w:p>
            <w:r>
              <w:t>JamaL</w:t>
            </w:r>
          </w:p>
        </w:tc>
        <w:tc>
          <w:tcPr>
            <w:tcW w:type="dxa" w:w="1728"/>
          </w:tcPr>
          <w:p>
            <w:r>
              <w:t>maki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91*79409*7</w:t>
            </w:r>
          </w:p>
        </w:tc>
        <w:tc>
          <w:tcPr>
            <w:tcW w:type="dxa" w:w="1728"/>
          </w:tcPr>
          <w:p>
            <w:r>
              <w:t>Behrouz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Karvani1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93****4*02</w:t>
            </w:r>
          </w:p>
        </w:tc>
        <w:tc>
          <w:tcPr>
            <w:tcW w:type="dxa" w:w="1728"/>
          </w:tcPr>
          <w:p>
            <w:r>
              <w:t>Bahman</w:t>
            </w:r>
          </w:p>
        </w:tc>
        <w:tc>
          <w:tcPr>
            <w:tcW w:type="dxa" w:w="1728"/>
          </w:tcPr>
          <w:p>
            <w:r>
              <w:t>Azari</w:t>
            </w:r>
          </w:p>
        </w:tc>
        <w:tc>
          <w:tcPr>
            <w:tcW w:type="dxa" w:w="1728"/>
          </w:tcPr>
          <w:p>
            <w:r>
              <w:t>Bannamutluturkum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9911*443*0</w:t>
            </w:r>
          </w:p>
        </w:tc>
        <w:tc>
          <w:tcPr>
            <w:tcW w:type="dxa" w:w="1728"/>
          </w:tcPr>
          <w:p>
            <w:r>
              <w:t>Mosa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91****4314</w:t>
            </w:r>
          </w:p>
        </w:tc>
        <w:tc>
          <w:tcPr>
            <w:tcW w:type="dxa" w:w="1728"/>
          </w:tcPr>
          <w:p>
            <w:r>
              <w:t>Hasan</w:t>
            </w:r>
          </w:p>
        </w:tc>
        <w:tc>
          <w:tcPr>
            <w:tcW w:type="dxa" w:w="1728"/>
          </w:tcPr>
          <w:p>
            <w:r>
              <w:t>Soufi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91*101*997</w:t>
            </w:r>
          </w:p>
        </w:tc>
        <w:tc>
          <w:tcPr>
            <w:tcW w:type="dxa" w:w="1728"/>
          </w:tcPr>
          <w:p>
            <w:r>
              <w:t>جواد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Speed6j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93**0*9**4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914193*71*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>
              <w:t>Nedayi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919*33*370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9194*770**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>
              <w:t>Afrasiabian</w:t>
            </w:r>
          </w:p>
        </w:tc>
        <w:tc>
          <w:tcPr>
            <w:tcW w:type="dxa" w:w="1728"/>
          </w:tcPr>
          <w:p>
            <w:r>
              <w:t>Babakafrasiabian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914992***7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91*373*97*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9903*03724</w:t>
            </w:r>
          </w:p>
        </w:tc>
        <w:tc>
          <w:tcPr>
            <w:tcW w:type="dxa" w:w="1728"/>
          </w:tcPr>
          <w:p>
            <w:r>
              <w:t>باران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9143912*20</w:t>
            </w:r>
          </w:p>
        </w:tc>
        <w:tc>
          <w:tcPr>
            <w:tcW w:type="dxa" w:w="1728"/>
          </w:tcPr>
          <w:p>
            <w:r>
              <w:t>فر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9212*310**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93****47*7</w:t>
            </w:r>
          </w:p>
        </w:tc>
        <w:tc>
          <w:tcPr>
            <w:tcW w:type="dxa" w:w="1728"/>
          </w:tcPr>
          <w:p>
            <w:r>
              <w:t>حسن</w:t>
            </w:r>
          </w:p>
        </w:tc>
        <w:tc>
          <w:tcPr>
            <w:tcW w:type="dxa" w:w="1728"/>
          </w:tcPr>
          <w:p>
            <w:r>
              <w:t>شهریار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91*9137009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9121794*73</w:t>
            </w:r>
          </w:p>
        </w:tc>
        <w:tc>
          <w:tcPr>
            <w:tcW w:type="dxa" w:w="1728"/>
          </w:tcPr>
          <w:p>
            <w:r>
              <w:t>F,,,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jamal1384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93*3*03*24</w:t>
            </w:r>
          </w:p>
        </w:tc>
        <w:tc>
          <w:tcPr>
            <w:tcW w:type="dxa" w:w="1728"/>
          </w:tcPr>
          <w:p>
            <w:r>
              <w:t>Mahmoud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93*77*19**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Vafakhah</w:t>
            </w:r>
          </w:p>
        </w:tc>
        <w:tc>
          <w:tcPr>
            <w:tcW w:type="dxa" w:w="1728"/>
          </w:tcPr>
          <w:p>
            <w:r>
              <w:t>Nice_pet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93003*1724</w:t>
            </w:r>
          </w:p>
        </w:tc>
        <w:tc>
          <w:tcPr>
            <w:tcW w:type="dxa" w:w="1728"/>
          </w:tcPr>
          <w:p>
            <w:r>
              <w:t>jamshid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jamshid_mv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914*04*49*</w:t>
            </w:r>
          </w:p>
        </w:tc>
        <w:tc>
          <w:tcPr>
            <w:tcW w:type="dxa" w:w="1728"/>
          </w:tcPr>
          <w:p>
            <w:r>
              <w:t>شبگردتنها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9144920**3</w:t>
            </w:r>
          </w:p>
        </w:tc>
        <w:tc>
          <w:tcPr>
            <w:tcW w:type="dxa" w:w="1728"/>
          </w:tcPr>
          <w:p>
            <w:r>
              <w:t>Ha...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>
              <w:t>hd15822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93*77*9327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91217*0*17</w:t>
            </w:r>
          </w:p>
        </w:tc>
        <w:tc>
          <w:tcPr>
            <w:tcW w:type="dxa" w:w="1728"/>
          </w:tcPr>
          <w:p>
            <w:r>
              <w:t>Reza gelak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93*744*917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90103*4112</w:t>
            </w:r>
          </w:p>
        </w:tc>
        <w:tc>
          <w:tcPr>
            <w:tcW w:type="dxa" w:w="1728"/>
          </w:tcPr>
          <w:p>
            <w:r>
              <w:t>Sajjad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91*0*011**</w:t>
            </w:r>
          </w:p>
        </w:tc>
        <w:tc>
          <w:tcPr>
            <w:tcW w:type="dxa" w:w="1728"/>
          </w:tcPr>
          <w:p>
            <w:r>
              <w:t>شاه خاموش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93*9**9347</w:t>
            </w:r>
          </w:p>
        </w:tc>
        <w:tc>
          <w:tcPr>
            <w:tcW w:type="dxa" w:w="1728"/>
          </w:tcPr>
          <w:p>
            <w:r>
              <w:t>J.Hamidi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Javad_hamidi70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91*1702430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حارث آبادی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9144*44029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9141*231*3</w:t>
            </w:r>
          </w:p>
        </w:tc>
        <w:tc>
          <w:tcPr>
            <w:tcW w:type="dxa" w:w="1728"/>
          </w:tcPr>
          <w:p>
            <w:r>
              <w:t>Nurettin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91241***41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Sabbagh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913**17221</w:t>
            </w:r>
          </w:p>
        </w:tc>
        <w:tc>
          <w:tcPr>
            <w:tcW w:type="dxa" w:w="1728"/>
          </w:tcPr>
          <w:p>
            <w:r>
              <w:t>داریوش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Love0078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9199074*74</w:t>
            </w:r>
          </w:p>
        </w:tc>
        <w:tc>
          <w:tcPr>
            <w:tcW w:type="dxa" w:w="1728"/>
          </w:tcPr>
          <w:p>
            <w:r>
              <w:t>Hojjat yusefzade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9143313*43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Ayhan00009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9190*77*00</w:t>
            </w:r>
          </w:p>
        </w:tc>
        <w:tc>
          <w:tcPr>
            <w:tcW w:type="dxa" w:w="1728"/>
          </w:tcPr>
          <w:p>
            <w:r>
              <w:t>وحید</w:t>
            </w:r>
          </w:p>
        </w:tc>
        <w:tc>
          <w:tcPr>
            <w:tcW w:type="dxa" w:w="1728"/>
          </w:tcPr>
          <w:p>
            <w:r>
              <w:t>همایون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919**74*21</w:t>
            </w:r>
          </w:p>
        </w:tc>
        <w:tc>
          <w:tcPr>
            <w:tcW w:type="dxa" w:w="1728"/>
          </w:tcPr>
          <w:p>
            <w:r>
              <w:t>محمد مهری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914991**27</w:t>
            </w:r>
          </w:p>
        </w:tc>
        <w:tc>
          <w:tcPr>
            <w:tcW w:type="dxa" w:w="1728"/>
          </w:tcPr>
          <w:p>
            <w:r>
              <w:t>—(•·÷[ mahdi]÷·•)—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91*20*4***</w:t>
            </w:r>
          </w:p>
        </w:tc>
        <w:tc>
          <w:tcPr>
            <w:tcW w:type="dxa" w:w="1728"/>
          </w:tcPr>
          <w:p>
            <w:r>
              <w:t>D...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Mayler1990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914**3*027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91*2371977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aliakbarmohhebi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91*30*3*79</w:t>
            </w:r>
          </w:p>
        </w:tc>
        <w:tc>
          <w:tcPr>
            <w:tcW w:type="dxa" w:w="1728"/>
          </w:tcPr>
          <w:p>
            <w:r>
              <w:t>جلال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9124*77312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Va60n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91*3109239</w:t>
            </w:r>
          </w:p>
        </w:tc>
        <w:tc>
          <w:tcPr>
            <w:tcW w:type="dxa" w:w="1728"/>
          </w:tcPr>
          <w:p>
            <w:r>
              <w:t>نيلراه</w:t>
            </w:r>
          </w:p>
        </w:tc>
        <w:tc>
          <w:tcPr>
            <w:tcW w:type="dxa" w:w="1728"/>
          </w:tcPr>
          <w:p>
            <w:r>
              <w:t>طوس- نيلي</w:t>
            </w:r>
          </w:p>
        </w:tc>
        <w:tc>
          <w:tcPr>
            <w:tcW w:type="dxa" w:w="1728"/>
          </w:tcPr>
          <w:p>
            <w:r>
              <w:t>alinilisani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903*7**292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arminnnnnnnnnnnnnnn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9393**2*0*</w:t>
            </w:r>
          </w:p>
        </w:tc>
        <w:tc>
          <w:tcPr>
            <w:tcW w:type="dxa" w:w="1728"/>
          </w:tcPr>
          <w:p>
            <w:r>
              <w:t>سردار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91***10**1</w:t>
            </w:r>
          </w:p>
        </w:tc>
        <w:tc>
          <w:tcPr>
            <w:tcW w:type="dxa" w:w="1728"/>
          </w:tcPr>
          <w:p>
            <w:r>
              <w:t>ترانزیت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JALIL_TERANZIT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91493944**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917***0941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Eiman0941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910331*014</w:t>
            </w:r>
          </w:p>
        </w:tc>
        <w:tc>
          <w:tcPr>
            <w:tcW w:type="dxa" w:w="1728"/>
          </w:tcPr>
          <w:p>
            <w:r>
              <w:t>چگینی</w:t>
            </w:r>
          </w:p>
        </w:tc>
        <w:tc>
          <w:tcPr>
            <w:tcW w:type="dxa" w:w="1728"/>
          </w:tcPr>
          <w:p>
            <w:r>
              <w:t>Glad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9149*7*947</w:t>
            </w:r>
          </w:p>
        </w:tc>
        <w:tc>
          <w:tcPr>
            <w:tcW w:type="dxa" w:w="1728"/>
          </w:tcPr>
          <w:p>
            <w:r>
              <w:t>داریوش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919*74*190</w:t>
            </w:r>
          </w:p>
        </w:tc>
        <w:tc>
          <w:tcPr>
            <w:tcW w:type="dxa" w:w="1728"/>
          </w:tcPr>
          <w:p>
            <w:r>
              <w:t>بی طو...هم میگذره نازنین...</w:t>
            </w:r>
          </w:p>
        </w:tc>
        <w:tc>
          <w:tcPr>
            <w:tcW w:type="dxa" w:w="1728"/>
          </w:tcPr>
          <w:p>
            <w:r>
              <w:t>گل خوشکلم...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913*1*3***</w:t>
            </w:r>
          </w:p>
        </w:tc>
        <w:tc>
          <w:tcPr>
            <w:tcW w:type="dxa" w:w="1728"/>
          </w:tcPr>
          <w:p>
            <w:r>
              <w:t>bahman</w:t>
            </w:r>
          </w:p>
        </w:tc>
        <w:tc>
          <w:tcPr>
            <w:tcW w:type="dxa" w:w="1728"/>
          </w:tcPr>
          <w:p>
            <w:r>
              <w:t>Manoochehri</w:t>
            </w:r>
          </w:p>
        </w:tc>
        <w:tc>
          <w:tcPr>
            <w:tcW w:type="dxa" w:w="1728"/>
          </w:tcPr>
          <w:p>
            <w:r>
              <w:t>bbbhm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9123022377</w:t>
            </w:r>
          </w:p>
        </w:tc>
        <w:tc>
          <w:tcPr>
            <w:tcW w:type="dxa" w:w="1728"/>
          </w:tcPr>
          <w:p>
            <w:r>
              <w:t>شرکت فولاد استیل آسیا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912200*0*9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2000</w:t>
            </w:r>
          </w:p>
        </w:tc>
        <w:tc>
          <w:tcPr>
            <w:tcW w:type="dxa" w:w="1728"/>
          </w:tcPr>
          <w:p>
            <w:r>
              <w:t>doosdaraminkararoo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9149*112*0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>
              <w:t>Alizadeh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912799*110</w:t>
            </w:r>
          </w:p>
        </w:tc>
        <w:tc>
          <w:tcPr>
            <w:tcW w:type="dxa" w:w="1728"/>
          </w:tcPr>
          <w:p>
            <w:r>
              <w:t>A.......R.....,.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933*409*0*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9192*14990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930143*393</w:t>
            </w:r>
          </w:p>
        </w:tc>
        <w:tc>
          <w:tcPr>
            <w:tcW w:type="dxa" w:w="1728"/>
          </w:tcPr>
          <w:p>
            <w:r>
              <w:t>محمدشیرازی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Mohamadshirazi59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9121*2*939</w:t>
            </w:r>
          </w:p>
        </w:tc>
        <w:tc>
          <w:tcPr>
            <w:tcW w:type="dxa" w:w="1728"/>
          </w:tcPr>
          <w:p>
            <w:r>
              <w:t>Вангам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  <w:tr>
        <w:tc>
          <w:tcPr>
            <w:tcW w:type="dxa" w:w="1728"/>
          </w:tcPr>
          <w:p>
            <w:r>
              <w:t>93*9**3373</w:t>
            </w:r>
          </w:p>
        </w:tc>
        <w:tc>
          <w:tcPr>
            <w:tcW w:type="dxa" w:w="1728"/>
          </w:tcPr>
          <w:p>
            <w:r>
              <w:t>Abas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⚜️اعلام بار ترانزیت شهاب تير آريا⚜️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اعلام بار ترانزیت شهاب تير آريا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