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اصول حسابرسی 1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اصول حسابرسی 1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90312*4223</w:t>
            </w:r>
          </w:p>
        </w:tc>
        <w:tc>
          <w:tcPr>
            <w:tcW w:type="dxa" w:w="1728"/>
          </w:tcPr>
          <w:p>
            <w:r>
              <w:t>Mohadese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Mohadeseh_1785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903237*207</w:t>
            </w:r>
          </w:p>
        </w:tc>
        <w:tc>
          <w:tcPr>
            <w:tcW w:type="dxa" w:w="1728"/>
          </w:tcPr>
          <w:p>
            <w:r>
              <w:t>𝑱𝒂𝒉𝒂𝒏𝒈𝒊𝒓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SarkanOglu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922242**32</w:t>
            </w:r>
          </w:p>
        </w:tc>
        <w:tc>
          <w:tcPr>
            <w:tcW w:type="dxa" w:w="1728"/>
          </w:tcPr>
          <w:p>
            <w:r>
              <w:t>razi</w:t>
            </w:r>
          </w:p>
        </w:tc>
        <w:tc>
          <w:tcPr>
            <w:tcW w:type="dxa" w:w="1728"/>
          </w:tcPr>
          <w:p>
            <w:r>
              <w:t>ziayi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9910021722</w:t>
            </w:r>
          </w:p>
        </w:tc>
        <w:tc>
          <w:tcPr>
            <w:tcW w:type="dxa" w:w="1728"/>
          </w:tcPr>
          <w:p>
            <w:r>
              <w:t>ensiye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nm2094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930229940*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Marjan_1120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922240***0</w:t>
            </w:r>
          </w:p>
        </w:tc>
        <w:tc>
          <w:tcPr>
            <w:tcW w:type="dxa" w:w="1728"/>
          </w:tcPr>
          <w:p>
            <w:r>
              <w:t>marzieh</w:t>
            </w:r>
          </w:p>
        </w:tc>
        <w:tc>
          <w:tcPr>
            <w:tcW w:type="dxa" w:w="1728"/>
          </w:tcPr>
          <w:p>
            <w:r>
              <w:t>javid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91*007****</w:t>
            </w:r>
          </w:p>
        </w:tc>
        <w:tc>
          <w:tcPr>
            <w:tcW w:type="dxa" w:w="1728"/>
          </w:tcPr>
          <w:p>
            <w:r>
              <w:t>miss.m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Maryam_besharatiii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91094**920</w:t>
            </w:r>
          </w:p>
        </w:tc>
        <w:tc>
          <w:tcPr>
            <w:tcW w:type="dxa" w:w="1728"/>
          </w:tcPr>
          <w:p>
            <w:r>
              <w:t>Mp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Ipari_mp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9333904*39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.......</w:t>
            </w:r>
          </w:p>
        </w:tc>
        <w:tc>
          <w:tcPr>
            <w:tcW w:type="dxa" w:w="1728"/>
          </w:tcPr>
          <w:p>
            <w:r>
              <w:t>alireza_xsds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91019*30*1</w:t>
            </w:r>
          </w:p>
        </w:tc>
        <w:tc>
          <w:tcPr>
            <w:tcW w:type="dxa" w:w="1728"/>
          </w:tcPr>
          <w:p>
            <w:r>
              <w:t>•FATEMEH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fateme_yousefzadeh0o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937*02**79</w:t>
            </w:r>
          </w:p>
        </w:tc>
        <w:tc>
          <w:tcPr>
            <w:tcW w:type="dxa" w:w="1728"/>
          </w:tcPr>
          <w:p>
            <w:r>
              <w:t>𝒜ℳ𝒮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ah_leopard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91**090440</w:t>
            </w:r>
          </w:p>
        </w:tc>
        <w:tc>
          <w:tcPr>
            <w:tcW w:type="dxa" w:w="1728"/>
          </w:tcPr>
          <w:p>
            <w:r>
              <w:t>Translator💪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TraderTranslator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91*93113**</w:t>
            </w:r>
          </w:p>
        </w:tc>
        <w:tc>
          <w:tcPr>
            <w:tcW w:type="dxa" w:w="1728"/>
          </w:tcPr>
          <w:p>
            <w:r>
              <w:t>h.....gh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Hani13895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91*7113299</w:t>
            </w:r>
          </w:p>
        </w:tc>
        <w:tc>
          <w:tcPr>
            <w:tcW w:type="dxa" w:w="1728"/>
          </w:tcPr>
          <w:p>
            <w:r>
              <w:t>محمد‌رضا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91*07249*1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RIoter19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9222404***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9222423*24</w:t>
            </w:r>
          </w:p>
        </w:tc>
        <w:tc>
          <w:tcPr>
            <w:tcW w:type="dxa" w:w="1728"/>
          </w:tcPr>
          <w:p>
            <w:r>
              <w:t>parnia</w:t>
            </w:r>
          </w:p>
        </w:tc>
        <w:tc>
          <w:tcPr>
            <w:tcW w:type="dxa" w:w="1728"/>
          </w:tcPr>
          <w:p>
            <w:r>
              <w:t>ahmadian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933*3*10*2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zahra_0rn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93*7407*9*</w:t>
            </w:r>
          </w:p>
        </w:tc>
        <w:tc>
          <w:tcPr>
            <w:tcW w:type="dxa" w:w="1728"/>
          </w:tcPr>
          <w:p>
            <w:r>
              <w:t>صیغه موقت حلال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933**4*022</w:t>
            </w:r>
          </w:p>
        </w:tc>
        <w:tc>
          <w:tcPr>
            <w:tcW w:type="dxa" w:w="1728"/>
          </w:tcPr>
          <w:p>
            <w:r>
              <w:t>(¯`*•.¸,¤° Vares°¤,¸.•*´¯)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Mojtaba_hamidi_75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933*1*0179</w:t>
            </w:r>
          </w:p>
        </w:tc>
        <w:tc>
          <w:tcPr>
            <w:tcW w:type="dxa" w:w="1728"/>
          </w:tcPr>
          <w:p>
            <w:r>
              <w:t>🎓خدمات دانشجویان👩‍🎓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khadamate_daneshjoyan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90347*97*1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Nayereh374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91*12*2049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alikh2049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91*0*02311</w:t>
            </w:r>
          </w:p>
        </w:tc>
        <w:tc>
          <w:tcPr>
            <w:tcW w:type="dxa" w:w="1728"/>
          </w:tcPr>
          <w:p>
            <w:r>
              <w:t>Nora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Nora402M21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930**2191*</w:t>
            </w:r>
          </w:p>
        </w:tc>
        <w:tc>
          <w:tcPr>
            <w:tcW w:type="dxa" w:w="1728"/>
          </w:tcPr>
          <w:p>
            <w:r>
              <w:t>فرشته#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Fereshtehhatami1999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91**02*339</w:t>
            </w:r>
          </w:p>
        </w:tc>
        <w:tc>
          <w:tcPr>
            <w:tcW w:type="dxa" w:w="1728"/>
          </w:tcPr>
          <w:p>
            <w:r>
              <w:t>mobina🦋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mobina_mm_2000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92224213**</w:t>
            </w:r>
          </w:p>
        </w:tc>
        <w:tc>
          <w:tcPr>
            <w:tcW w:type="dxa" w:w="1728"/>
          </w:tcPr>
          <w:p>
            <w:r>
              <w:t>ARAM</w:t>
            </w:r>
          </w:p>
        </w:tc>
        <w:tc>
          <w:tcPr>
            <w:tcW w:type="dxa" w:w="1728"/>
          </w:tcPr>
          <w:p>
            <w:r>
              <w:t>ABBASIAZAD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9331**3**3</w:t>
            </w:r>
          </w:p>
        </w:tc>
        <w:tc>
          <w:tcPr>
            <w:tcW w:type="dxa" w:w="1728"/>
          </w:tcPr>
          <w:p>
            <w:r>
              <w:t>amirhosein_rafi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amirhosein_rfi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91*71309**</w:t>
            </w:r>
          </w:p>
        </w:tc>
        <w:tc>
          <w:tcPr>
            <w:tcW w:type="dxa" w:w="1728"/>
          </w:tcPr>
          <w:p>
            <w:r>
              <w:t>مجtaba‌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Mojtaba7060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93***379*7</w:t>
            </w:r>
          </w:p>
        </w:tc>
        <w:tc>
          <w:tcPr>
            <w:tcW w:type="dxa" w:w="1728"/>
          </w:tcPr>
          <w:p>
            <w:r>
              <w:t>𝒮𝑒𝓎𝑒𝒹 𝑀𝑜𝒽𝓈𝑒𝓃 𝒜𝒷𝒶𝒹𝒾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S_MOHSEN_2001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917*22*372</w:t>
            </w:r>
          </w:p>
        </w:tc>
        <w:tc>
          <w:tcPr>
            <w:tcW w:type="dxa" w:w="1728"/>
          </w:tcPr>
          <w:p>
            <w:r>
              <w:t>Wᴇɪʀᴅᴏ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Weiiiirdo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939114*9*0</w:t>
            </w:r>
          </w:p>
        </w:tc>
        <w:tc>
          <w:tcPr>
            <w:tcW w:type="dxa" w:w="1728"/>
          </w:tcPr>
          <w:p>
            <w:r>
              <w:t>queen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autumn770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913*12*410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Baghban11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93***941**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Naser079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903*44149*</w:t>
            </w:r>
          </w:p>
        </w:tc>
        <w:tc>
          <w:tcPr>
            <w:tcW w:type="dxa" w:w="1728"/>
          </w:tcPr>
          <w:p>
            <w:r>
              <w:t>محبووووووبه جووووووون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Zkdkskdbdb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91*73**201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zahra231175</w:t>
            </w:r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  <w:tr>
        <w:tc>
          <w:tcPr>
            <w:tcW w:type="dxa" w:w="1728"/>
          </w:tcPr>
          <w:p>
            <w:r>
              <w:t>911*1*7127</w:t>
            </w:r>
          </w:p>
        </w:tc>
        <w:tc>
          <w:tcPr>
            <w:tcW w:type="dxa" w:w="1728"/>
          </w:tcPr>
          <w:p>
            <w:r>
              <w:t>نگار💋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🔹️اصول حسابرسی 1🔹️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اصول حسابرسی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