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استخدام هنرآموز حسابداری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استخدام هنرآموز حسابداری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914*3**994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930*27442*</w:t>
            </w:r>
          </w:p>
        </w:tc>
        <w:tc>
          <w:tcPr>
            <w:tcW w:type="dxa" w:w="1728"/>
          </w:tcPr>
          <w:p>
            <w:r>
              <w:t>Iraniiiii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Donyaaa123z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93*7701*70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Jgyljgdgjfd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9911*924**</w:t>
            </w:r>
          </w:p>
        </w:tc>
        <w:tc>
          <w:tcPr>
            <w:tcW w:type="dxa" w:w="1728"/>
          </w:tcPr>
          <w:p>
            <w:r>
              <w:t>SONIA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93**491**1</w:t>
            </w:r>
          </w:p>
        </w:tc>
        <w:tc>
          <w:tcPr>
            <w:tcW w:type="dxa" w:w="1728"/>
          </w:tcPr>
          <w:p>
            <w:r>
              <w:t>gh.m&amp;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Ghmraamm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9190447*70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Mah_ghaffari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911*443*94</w:t>
            </w:r>
          </w:p>
        </w:tc>
        <w:tc>
          <w:tcPr>
            <w:tcW w:type="dxa" w:w="1728"/>
          </w:tcPr>
          <w:p>
            <w:r>
              <w:t>آی قیزلام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MdearM_iss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99243*227*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Sis1400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937947*409</w:t>
            </w:r>
          </w:p>
        </w:tc>
        <w:tc>
          <w:tcPr>
            <w:tcW w:type="dxa" w:w="1728"/>
          </w:tcPr>
          <w:p>
            <w:r>
              <w:t>?یاحق?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903**9009*</w:t>
            </w:r>
          </w:p>
        </w:tc>
        <w:tc>
          <w:tcPr>
            <w:tcW w:type="dxa" w:w="1728"/>
          </w:tcPr>
          <w:p>
            <w:r>
              <w:t>باران 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9331390904</w:t>
            </w:r>
          </w:p>
        </w:tc>
        <w:tc>
          <w:tcPr>
            <w:tcW w:type="dxa" w:w="1728"/>
          </w:tcPr>
          <w:p>
            <w:r>
              <w:t>m..☠️????????????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madona0031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9394*7*9*9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9372*21092</w:t>
            </w:r>
          </w:p>
        </w:tc>
        <w:tc>
          <w:tcPr>
            <w:tcW w:type="dxa" w:w="1728"/>
          </w:tcPr>
          <w:p>
            <w:r>
              <w:t>slh_s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9147442179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arshadi1992December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91**94331*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93*2**434*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hamedallahyari23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91197992*1</w:t>
            </w:r>
          </w:p>
        </w:tc>
        <w:tc>
          <w:tcPr>
            <w:tcW w:type="dxa" w:w="1728"/>
          </w:tcPr>
          <w:p>
            <w:r>
              <w:t>باید در خودت یک گوشه‌ای از وجودت آدمی ساخته باشی که در روزای سخت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Asirtamazizam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93**0**437</w:t>
            </w:r>
          </w:p>
        </w:tc>
        <w:tc>
          <w:tcPr>
            <w:tcW w:type="dxa" w:w="1728"/>
          </w:tcPr>
          <w:p>
            <w:r>
              <w:t>🍁K̷a̷t̷i̷🍁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Katiii1313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9013**01*3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Donya9996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91*2*271**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Mb13701370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9133**224*</w:t>
            </w:r>
          </w:p>
        </w:tc>
        <w:tc>
          <w:tcPr>
            <w:tcW w:type="dxa" w:w="1728"/>
          </w:tcPr>
          <w:p>
            <w:r>
              <w:t>..zahra..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939*7*3979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Hosseiin2019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93***4740*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fere6tehfere6teh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939137922*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Maahhlaqa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91**92**14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T75_faa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93*410197*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93**003743</w:t>
            </w:r>
          </w:p>
        </w:tc>
        <w:tc>
          <w:tcPr>
            <w:tcW w:type="dxa" w:w="1728"/>
          </w:tcPr>
          <w:p>
            <w:r>
              <w:t>◔͜͡◔ !!!???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901**9*1*1</w:t>
            </w:r>
          </w:p>
        </w:tc>
        <w:tc>
          <w:tcPr>
            <w:tcW w:type="dxa" w:w="1728"/>
          </w:tcPr>
          <w:p>
            <w:r>
              <w:t>RedStar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Redstar2019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93**419*33</w:t>
            </w:r>
          </w:p>
        </w:tc>
        <w:tc>
          <w:tcPr>
            <w:tcW w:type="dxa" w:w="1728"/>
          </w:tcPr>
          <w:p>
            <w:r>
              <w:t>B&amp;...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9142*121**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90*739*4**</w:t>
            </w:r>
          </w:p>
        </w:tc>
        <w:tc>
          <w:tcPr>
            <w:tcW w:type="dxa" w:w="1728"/>
          </w:tcPr>
          <w:p>
            <w:r>
              <w:t>Z.M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z_md_a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9307**94*7</w:t>
            </w:r>
          </w:p>
        </w:tc>
        <w:tc>
          <w:tcPr>
            <w:tcW w:type="dxa" w:w="1728"/>
          </w:tcPr>
          <w:p>
            <w:r>
              <w:t>Fati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93**07*013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belaj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93794*9**2</w:t>
            </w:r>
          </w:p>
        </w:tc>
        <w:tc>
          <w:tcPr>
            <w:tcW w:type="dxa" w:w="1728"/>
          </w:tcPr>
          <w:p>
            <w:r>
              <w:t>Arezoo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93***1*9*7</w:t>
            </w:r>
          </w:p>
        </w:tc>
        <w:tc>
          <w:tcPr>
            <w:tcW w:type="dxa" w:w="1728"/>
          </w:tcPr>
          <w:p>
            <w:r>
              <w:t>🇾 🇦 🇸 🇭 🇦 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Ydrdi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91239*340*</w:t>
            </w:r>
          </w:p>
        </w:tc>
        <w:tc>
          <w:tcPr>
            <w:tcW w:type="dxa" w:w="1728"/>
          </w:tcPr>
          <w:p>
            <w:r>
              <w:t>Farimah</w:t>
            </w:r>
          </w:p>
        </w:tc>
        <w:tc>
          <w:tcPr>
            <w:tcW w:type="dxa" w:w="1728"/>
          </w:tcPr>
          <w:p>
            <w:r>
              <w:t>Novin</w:t>
            </w:r>
          </w:p>
        </w:tc>
        <w:tc>
          <w:tcPr>
            <w:tcW w:type="dxa" w:w="1728"/>
          </w:tcPr>
          <w:p>
            <w:r>
              <w:t>Novin3408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93**3419*0</w:t>
            </w:r>
          </w:p>
        </w:tc>
        <w:tc>
          <w:tcPr>
            <w:tcW w:type="dxa" w:w="1728"/>
          </w:tcPr>
          <w:p>
            <w:r>
              <w:t>Majid▪️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Dosefbis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911274**92</w:t>
            </w:r>
          </w:p>
        </w:tc>
        <w:tc>
          <w:tcPr>
            <w:tcW w:type="dxa" w:w="1728"/>
          </w:tcPr>
          <w:p>
            <w:r>
              <w:t>Emin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gharanjikk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93**2*11*0</w:t>
            </w:r>
          </w:p>
        </w:tc>
        <w:tc>
          <w:tcPr>
            <w:tcW w:type="dxa" w:w="1728"/>
          </w:tcPr>
          <w:p>
            <w:r>
              <w:t>😉😉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9332*3*943</w:t>
            </w:r>
          </w:p>
        </w:tc>
        <w:tc>
          <w:tcPr>
            <w:tcW w:type="dxa" w:w="1728"/>
          </w:tcPr>
          <w:p>
            <w:r>
              <w:t>@Rm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starroz22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9119*9***4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pnu_admin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911*13921*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>
              <w:t>جون</w:t>
            </w:r>
          </w:p>
        </w:tc>
        <w:tc>
          <w:tcPr>
            <w:tcW w:type="dxa" w:w="1728"/>
          </w:tcPr>
          <w:p>
            <w:r>
              <w:t>Amirali13950803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9399907*43</w:t>
            </w:r>
          </w:p>
        </w:tc>
        <w:tc>
          <w:tcPr>
            <w:tcW w:type="dxa" w:w="1728"/>
          </w:tcPr>
          <w:p>
            <w:r>
              <w:t>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sajj547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93*194**2*</w:t>
            </w:r>
          </w:p>
        </w:tc>
        <w:tc>
          <w:tcPr>
            <w:tcW w:type="dxa" w:w="1728"/>
          </w:tcPr>
          <w:p>
            <w:r>
              <w:t>▂▃▄▅▆▇█▓▒░s.Bahrani░▒▓█▇▆▅▄▃▂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Shbahrani123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93*3190474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930947*147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9224019942</w:t>
            </w:r>
          </w:p>
        </w:tc>
        <w:tc>
          <w:tcPr>
            <w:tcW w:type="dxa" w:w="1728"/>
          </w:tcPr>
          <w:p>
            <w:r>
              <w:t>•°• ZaHRa. M •°•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Molla_ahmadii9942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93*713449*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##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91**1022*7</w:t>
            </w:r>
          </w:p>
        </w:tc>
        <w:tc>
          <w:tcPr>
            <w:tcW w:type="dxa" w:w="1728"/>
          </w:tcPr>
          <w:p>
            <w:r>
              <w:t>Accountant1369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Accountant1369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91*749*29*</w:t>
            </w:r>
          </w:p>
        </w:tc>
        <w:tc>
          <w:tcPr>
            <w:tcW w:type="dxa" w:w="1728"/>
          </w:tcPr>
          <w:p>
            <w:r>
              <w:t>🐇Ⓢﾑℳﾑŋ£み🐇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Sd_17sd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93*0**1**1</w:t>
            </w:r>
          </w:p>
        </w:tc>
        <w:tc>
          <w:tcPr>
            <w:tcW w:type="dxa" w:w="1728"/>
          </w:tcPr>
          <w:p>
            <w:r>
              <w:t>dor33....</w:t>
            </w:r>
          </w:p>
        </w:tc>
        <w:tc>
          <w:tcPr>
            <w:tcW w:type="dxa" w:w="1728"/>
          </w:tcPr>
          <w:p>
            <w:r>
              <w:t>😍😍</w:t>
            </w:r>
          </w:p>
        </w:tc>
        <w:tc>
          <w:tcPr>
            <w:tcW w:type="dxa" w:w="1728"/>
          </w:tcPr>
          <w:p>
            <w:r>
              <w:t>dorsa1581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9374024**2</w:t>
            </w:r>
          </w:p>
        </w:tc>
        <w:tc>
          <w:tcPr>
            <w:tcW w:type="dxa" w:w="1728"/>
          </w:tcPr>
          <w:p>
            <w:r>
              <w:t>گلناز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Golnazqodrat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91*727109*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914**734*3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>
              <w:t>darbazi</w:t>
            </w:r>
          </w:p>
        </w:tc>
        <w:tc>
          <w:tcPr>
            <w:tcW w:type="dxa" w:w="1728"/>
          </w:tcPr>
          <w:p>
            <w:r>
              <w:t>salmas27s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9132790372</w:t>
            </w:r>
          </w:p>
        </w:tc>
        <w:tc>
          <w:tcPr>
            <w:tcW w:type="dxa" w:w="1728"/>
          </w:tcPr>
          <w:p>
            <w:r>
              <w:t>H.m.a22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MH2209M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91***32742</w:t>
            </w:r>
          </w:p>
        </w:tc>
        <w:tc>
          <w:tcPr>
            <w:tcW w:type="dxa" w:w="1728"/>
          </w:tcPr>
          <w:p>
            <w:r>
              <w:t>Ba7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Ba7mb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91*437*019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91*737309*</w:t>
            </w:r>
          </w:p>
        </w:tc>
        <w:tc>
          <w:tcPr>
            <w:tcW w:type="dxa" w:w="1728"/>
          </w:tcPr>
          <w:p>
            <w:r>
              <w:t>اللهم عجل لولیک الفرج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P313z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902343*4**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ilda123456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912*9*13*9</w:t>
            </w:r>
          </w:p>
        </w:tc>
        <w:tc>
          <w:tcPr>
            <w:tcW w:type="dxa" w:w="1728"/>
          </w:tcPr>
          <w:p>
            <w:r>
              <w:t>Ehsan yusefi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Eyusefi_1000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91**22**1*</w:t>
            </w:r>
          </w:p>
        </w:tc>
        <w:tc>
          <w:tcPr>
            <w:tcW w:type="dxa" w:w="1728"/>
          </w:tcPr>
          <w:p>
            <w:r>
              <w:t>fardin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Fardinmmm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91*0917*10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933411*77*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93319019*2</w:t>
            </w:r>
          </w:p>
        </w:tc>
        <w:tc>
          <w:tcPr>
            <w:tcW w:type="dxa" w:w="1728"/>
          </w:tcPr>
          <w:p>
            <w:r>
              <w:t>K1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Farhad_tt1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930*41734*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91*2*23970</w:t>
            </w:r>
          </w:p>
        </w:tc>
        <w:tc>
          <w:tcPr>
            <w:tcW w:type="dxa" w:w="1728"/>
          </w:tcPr>
          <w:p>
            <w:r>
              <w:t>T......S</w:t>
            </w:r>
          </w:p>
        </w:tc>
        <w:tc>
          <w:tcPr>
            <w:tcW w:type="dxa" w:w="1728"/>
          </w:tcPr>
          <w:p>
            <w:r>
              <w:t>ّّّ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93*09719**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Amminniu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9112743**1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aaaaaminnnn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903*77132*</w:t>
            </w:r>
          </w:p>
        </w:tc>
        <w:tc>
          <w:tcPr>
            <w:tcW w:type="dxa" w:w="1728"/>
          </w:tcPr>
          <w:p>
            <w:r>
              <w:t>mohamad javan mard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Mamaddaggeram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91*****1*3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ali1234670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90442*09**</w:t>
            </w:r>
          </w:p>
        </w:tc>
        <w:tc>
          <w:tcPr>
            <w:tcW w:type="dxa" w:w="1728"/>
          </w:tcPr>
          <w:p>
            <w:r>
              <w:t>شوقی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shoghi_lord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914*4393*2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ghadwrkgc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902*9**9**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Sdsdsdsssssssf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91294112*4</w:t>
            </w:r>
          </w:p>
        </w:tc>
        <w:tc>
          <w:tcPr>
            <w:tcW w:type="dxa" w:w="1728"/>
          </w:tcPr>
          <w:p>
            <w:r>
              <w:t>arefeh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Arefeh7612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91*403*9*3</w:t>
            </w:r>
          </w:p>
        </w:tc>
        <w:tc>
          <w:tcPr>
            <w:tcW w:type="dxa" w:w="1728"/>
          </w:tcPr>
          <w:p>
            <w:r>
              <w:t>Arami.elahe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Elh_79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91133707*2</w:t>
            </w:r>
          </w:p>
        </w:tc>
        <w:tc>
          <w:tcPr>
            <w:tcW w:type="dxa" w:w="1728"/>
          </w:tcPr>
          <w:p>
            <w:r>
              <w:t>❥ ℳø†ÅHÅℜɛ 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Mottaa7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917**14*09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Ho3en09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91*49**470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sadegh_030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913773***1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>
              <w:t>احمدی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  <w:tr>
        <w:tc>
          <w:tcPr>
            <w:tcW w:type="dxa" w:w="1728"/>
          </w:tcPr>
          <w:p>
            <w:r>
              <w:t>91307*2091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drriyahi</w:t>
            </w:r>
          </w:p>
        </w:tc>
        <w:tc>
          <w:tcPr>
            <w:tcW w:type="dxa" w:w="1728"/>
          </w:tcPr>
          <w:p>
            <w:r>
              <w:t>استخدام هنرآموز حسابداری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استخدام هنرآموز حسابداری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