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اسب داران یورقه هرات . افغانستان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اسب داران یورقه هرات . افغانستان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9012933*00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Amin_b1384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91*32***2*</w:t>
            </w:r>
          </w:p>
        </w:tc>
        <w:tc>
          <w:tcPr>
            <w:tcW w:type="dxa" w:w="1728"/>
          </w:tcPr>
          <w:p>
            <w:r>
              <w:t>Rahim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>
              <w:t>jafariirahim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937327*913</w:t>
            </w:r>
          </w:p>
        </w:tc>
        <w:tc>
          <w:tcPr>
            <w:tcW w:type="dxa" w:w="1728"/>
          </w:tcPr>
          <w:p>
            <w:r>
              <w:t>سعیددشتکی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93*9*32900</w:t>
            </w:r>
          </w:p>
        </w:tc>
        <w:tc>
          <w:tcPr>
            <w:tcW w:type="dxa" w:w="1728"/>
          </w:tcPr>
          <w:p>
            <w:r>
              <w:t>Asghar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9373**3094</w:t>
            </w:r>
          </w:p>
        </w:tc>
        <w:tc>
          <w:tcPr>
            <w:tcW w:type="dxa" w:w="1728"/>
          </w:tcPr>
          <w:p>
            <w:r>
              <w:t>حمید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91***920*3</w:t>
            </w:r>
          </w:p>
        </w:tc>
        <w:tc>
          <w:tcPr>
            <w:tcW w:type="dxa" w:w="1728"/>
          </w:tcPr>
          <w:p>
            <w:r>
              <w:t>-مهدی-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Mahdi_a31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91*0292100</w:t>
            </w:r>
          </w:p>
        </w:tc>
        <w:tc>
          <w:tcPr>
            <w:tcW w:type="dxa" w:w="1728"/>
          </w:tcPr>
          <w:p>
            <w:r>
              <w:t>سیدطاهر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91*22*440*</w:t>
            </w:r>
          </w:p>
        </w:tc>
        <w:tc>
          <w:tcPr>
            <w:tcW w:type="dxa" w:w="1728"/>
          </w:tcPr>
          <w:p>
            <w:r>
              <w:t>.:**:.*.:｡.✿ⓐⓛⓘ ✿.｡.:* :**:.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ali3972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91*1*097**</w:t>
            </w:r>
          </w:p>
        </w:tc>
        <w:tc>
          <w:tcPr>
            <w:tcW w:type="dxa" w:w="1728"/>
          </w:tcPr>
          <w:p>
            <w:r>
              <w:t>1401</w:t>
            </w:r>
          </w:p>
        </w:tc>
        <w:tc>
          <w:tcPr>
            <w:tcW w:type="dxa" w:w="1728"/>
          </w:tcPr>
          <w:p>
            <w:r>
              <w:t>1401</w:t>
            </w:r>
          </w:p>
        </w:tc>
        <w:tc>
          <w:tcPr>
            <w:tcW w:type="dxa" w:w="1728"/>
          </w:tcPr>
          <w:p>
            <w:r>
              <w:t>m1391f1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933227*11*</w:t>
            </w:r>
          </w:p>
        </w:tc>
        <w:tc>
          <w:tcPr>
            <w:tcW w:type="dxa" w:w="1728"/>
          </w:tcPr>
          <w:p>
            <w:r>
              <w:t>S 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sj19905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93*4*3327*</w:t>
            </w:r>
          </w:p>
        </w:tc>
        <w:tc>
          <w:tcPr>
            <w:tcW w:type="dxa" w:w="1728"/>
          </w:tcPr>
          <w:p>
            <w:r>
              <w:t>8</w:t>
            </w:r>
          </w:p>
        </w:tc>
        <w:tc>
          <w:tcPr>
            <w:tcW w:type="dxa" w:w="1728"/>
          </w:tcPr>
          <w:p>
            <w:r>
              <w:t>Ä:öffįćįäł</w:t>
            </w:r>
          </w:p>
        </w:tc>
        <w:tc>
          <w:tcPr>
            <w:tcW w:type="dxa" w:w="1728"/>
          </w:tcPr>
          <w:p>
            <w:r>
              <w:t>Official8_2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91*1**93**</w:t>
            </w:r>
          </w:p>
        </w:tc>
        <w:tc>
          <w:tcPr>
            <w:tcW w:type="dxa" w:w="1728"/>
          </w:tcPr>
          <w:p>
            <w:r>
              <w:t>mousa</w:t>
            </w:r>
          </w:p>
        </w:tc>
        <w:tc>
          <w:tcPr>
            <w:tcW w:type="dxa" w:w="1728"/>
          </w:tcPr>
          <w:p>
            <w:r>
              <w:t>saadat</w:t>
            </w:r>
          </w:p>
        </w:tc>
        <w:tc>
          <w:tcPr>
            <w:tcW w:type="dxa" w:w="1728"/>
          </w:tcPr>
          <w:p>
            <w:r>
              <w:t>mousasaadat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9394192900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91***1244*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91*4219047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Salahshooriyan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9222429**7</w:t>
            </w:r>
          </w:p>
        </w:tc>
        <w:tc>
          <w:tcPr>
            <w:tcW w:type="dxa" w:w="1728"/>
          </w:tcPr>
          <w:p>
            <w:r>
              <w:t>zari</w:t>
            </w:r>
          </w:p>
        </w:tc>
        <w:tc>
          <w:tcPr>
            <w:tcW w:type="dxa" w:w="1728"/>
          </w:tcPr>
          <w:p>
            <w:r>
              <w:t>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939*41101*</w:t>
            </w:r>
          </w:p>
        </w:tc>
        <w:tc>
          <w:tcPr>
            <w:tcW w:type="dxa" w:w="1728"/>
          </w:tcPr>
          <w:p>
            <w:r>
              <w:t>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Sbxshfb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91***14391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Ghenaat4391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939*04*434</w:t>
            </w:r>
          </w:p>
        </w:tc>
        <w:tc>
          <w:tcPr>
            <w:tcW w:type="dxa" w:w="1728"/>
          </w:tcPr>
          <w:p>
            <w:r>
              <w:t>Mohammad.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939017***4</w:t>
            </w:r>
          </w:p>
        </w:tc>
        <w:tc>
          <w:tcPr>
            <w:tcW w:type="dxa" w:w="1728"/>
          </w:tcPr>
          <w:p>
            <w:r>
              <w:t>Danial</w:t>
            </w:r>
          </w:p>
        </w:tc>
        <w:tc>
          <w:tcPr>
            <w:tcW w:type="dxa" w:w="1728"/>
          </w:tcPr>
          <w:p>
            <w:r>
              <w:t>Akr</w:t>
            </w:r>
          </w:p>
        </w:tc>
        <w:tc>
          <w:tcPr>
            <w:tcW w:type="dxa" w:w="1728"/>
          </w:tcPr>
          <w:p>
            <w:r>
              <w:t>Danial_akr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93***29192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Sufi</w:t>
            </w:r>
          </w:p>
        </w:tc>
        <w:tc>
          <w:tcPr>
            <w:tcW w:type="dxa" w:w="1728"/>
          </w:tcPr>
          <w:p>
            <w:r>
              <w:t>javad_9192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9034*2*303</w:t>
            </w:r>
          </w:p>
        </w:tc>
        <w:tc>
          <w:tcPr>
            <w:tcW w:type="dxa" w:w="1728"/>
          </w:tcPr>
          <w:p>
            <w:r>
              <w:t>میگذرد...ولی خنده از لبت بایدزیست......?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910***94*4</w:t>
            </w:r>
          </w:p>
        </w:tc>
        <w:tc>
          <w:tcPr>
            <w:tcW w:type="dxa" w:w="1728"/>
          </w:tcPr>
          <w:p>
            <w:r>
              <w:t>Akbar</w:t>
            </w:r>
          </w:p>
        </w:tc>
        <w:tc>
          <w:tcPr>
            <w:tcW w:type="dxa" w:w="1728"/>
          </w:tcPr>
          <w:p>
            <w:r>
              <w:t>Hoseynzade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9309249004</w:t>
            </w:r>
          </w:p>
        </w:tc>
        <w:tc>
          <w:tcPr>
            <w:tcW w:type="dxa" w:w="1728"/>
          </w:tcPr>
          <w:p>
            <w:r>
              <w:t>‘°ºø•❤•.¸ḅḙḧṅḁṃ 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Behnam71700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91*04*1129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agh_sedmohamad_behzad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91**19*117</w:t>
            </w:r>
          </w:p>
        </w:tc>
        <w:tc>
          <w:tcPr>
            <w:tcW w:type="dxa" w:w="1728"/>
          </w:tcPr>
          <w:p>
            <w:r>
              <w:t>ابولفضل</w:t>
            </w:r>
          </w:p>
        </w:tc>
        <w:tc>
          <w:tcPr>
            <w:tcW w:type="dxa" w:w="1728"/>
          </w:tcPr>
          <w:p>
            <w:r>
              <w:t>خموش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91*9*0***0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kazemi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91*30**33*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930201**97</w:t>
            </w:r>
          </w:p>
        </w:tc>
        <w:tc>
          <w:tcPr>
            <w:tcW w:type="dxa" w:w="1728"/>
          </w:tcPr>
          <w:p>
            <w:r>
              <w:t>سجاد برزگر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93*071**01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91**337*3*</w:t>
            </w:r>
          </w:p>
        </w:tc>
        <w:tc>
          <w:tcPr>
            <w:tcW w:type="dxa" w:w="1728"/>
          </w:tcPr>
          <w:p>
            <w:r>
              <w:t>Hassan Yaghubi Shahri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hysh1370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93*3291919</w:t>
            </w:r>
          </w:p>
        </w:tc>
        <w:tc>
          <w:tcPr>
            <w:tcW w:type="dxa" w:w="1728"/>
          </w:tcPr>
          <w:p>
            <w:r>
              <w:t>Esmaeil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9024*77339</w:t>
            </w:r>
          </w:p>
        </w:tc>
        <w:tc>
          <w:tcPr>
            <w:tcW w:type="dxa" w:w="1728"/>
          </w:tcPr>
          <w:p>
            <w:r>
              <w:t>منصورپورشهبازی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99043*2744</w:t>
            </w:r>
          </w:p>
        </w:tc>
        <w:tc>
          <w:tcPr>
            <w:tcW w:type="dxa" w:w="1728"/>
          </w:tcPr>
          <w:p>
            <w:r>
              <w:t>سلیمی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91*10*3*01</w:t>
            </w:r>
          </w:p>
        </w:tc>
        <w:tc>
          <w:tcPr>
            <w:tcW w:type="dxa" w:w="1728"/>
          </w:tcPr>
          <w:p>
            <w:r>
              <w:t>Ghanbari crane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9339**9*32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MAGHSODPWR</w:t>
            </w:r>
          </w:p>
        </w:tc>
        <w:tc>
          <w:tcPr>
            <w:tcW w:type="dxa" w:w="1728"/>
          </w:tcPr>
          <w:p>
            <w:r>
              <w:t>MeHDIMAGHSODPWR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930*77009*</w:t>
            </w:r>
          </w:p>
        </w:tc>
        <w:tc>
          <w:tcPr>
            <w:tcW w:type="dxa" w:w="1728"/>
          </w:tcPr>
          <w:p>
            <w:r>
              <w:t>My horse name is Nikan al shomos 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91*123*774</w:t>
            </w:r>
          </w:p>
        </w:tc>
        <w:tc>
          <w:tcPr>
            <w:tcW w:type="dxa" w:w="1728"/>
          </w:tcPr>
          <w:p>
            <w:r>
              <w:t>Hossein.oghazi.915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9019*91739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91***1*7**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Amirzeraa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902*9093**</w:t>
            </w:r>
          </w:p>
        </w:tc>
        <w:tc>
          <w:tcPr>
            <w:tcW w:type="dxa" w:w="1728"/>
          </w:tcPr>
          <w:p>
            <w:r>
              <w:t>amirs209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amirs209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91*9*24*2*</w:t>
            </w:r>
          </w:p>
        </w:tc>
        <w:tc>
          <w:tcPr>
            <w:tcW w:type="dxa" w:w="1728"/>
          </w:tcPr>
          <w:p>
            <w:r>
              <w:t>اسماعیل</w:t>
            </w:r>
          </w:p>
        </w:tc>
        <w:tc>
          <w:tcPr>
            <w:tcW w:type="dxa" w:w="1728"/>
          </w:tcPr>
          <w:p>
            <w:r>
              <w:t>دلیر</w:t>
            </w:r>
          </w:p>
        </w:tc>
        <w:tc>
          <w:tcPr>
            <w:tcW w:type="dxa" w:w="1728"/>
          </w:tcPr>
          <w:p>
            <w:r>
              <w:t>esmail_dalir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93**92*70*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9391*24740</w:t>
            </w:r>
          </w:p>
        </w:tc>
        <w:tc>
          <w:tcPr>
            <w:tcW w:type="dxa" w:w="1728"/>
          </w:tcPr>
          <w:p>
            <w:r>
              <w:t>Mgh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Mehrdadghghe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91203773*0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amiroveys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9211*3291*</w:t>
            </w:r>
          </w:p>
        </w:tc>
        <w:tc>
          <w:tcPr>
            <w:tcW w:type="dxa" w:w="1728"/>
          </w:tcPr>
          <w:p>
            <w:r>
              <w:t>Arman Khozeymeh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Arman2915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9910*90*72</w:t>
            </w:r>
          </w:p>
        </w:tc>
        <w:tc>
          <w:tcPr>
            <w:tcW w:type="dxa" w:w="1728"/>
          </w:tcPr>
          <w:p>
            <w:r>
              <w:t>..f..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Farhad4766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91*32*1***</w:t>
            </w:r>
          </w:p>
        </w:tc>
        <w:tc>
          <w:tcPr>
            <w:tcW w:type="dxa" w:w="1728"/>
          </w:tcPr>
          <w:p>
            <w:r>
              <w:t>ماهر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930*419*02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>
              <w:t>حصاری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9909*09114</w:t>
            </w:r>
          </w:p>
        </w:tc>
        <w:tc>
          <w:tcPr>
            <w:tcW w:type="dxa" w:w="1728"/>
          </w:tcPr>
          <w:p>
            <w:r>
              <w:t>Aref</w:t>
            </w:r>
          </w:p>
        </w:tc>
        <w:tc>
          <w:tcPr>
            <w:tcW w:type="dxa" w:w="1728"/>
          </w:tcPr>
          <w:p>
            <w:r>
              <w:t>Irandoost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91*7*17**7</w:t>
            </w:r>
          </w:p>
        </w:tc>
        <w:tc>
          <w:tcPr>
            <w:tcW w:type="dxa" w:w="1728"/>
          </w:tcPr>
          <w:p>
            <w:r>
              <w:t>هاشم سبویی</w:t>
            </w:r>
          </w:p>
        </w:tc>
        <w:tc>
          <w:tcPr>
            <w:tcW w:type="dxa" w:w="1728"/>
          </w:tcPr>
          <w:p>
            <w:r>
              <w:t>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93*07440*7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91*9*2023*</w:t>
            </w:r>
          </w:p>
        </w:tc>
        <w:tc>
          <w:tcPr>
            <w:tcW w:type="dxa" w:w="1728"/>
          </w:tcPr>
          <w:p>
            <w:r>
              <w:t>Jjefar</w:t>
            </w:r>
          </w:p>
        </w:tc>
        <w:tc>
          <w:tcPr>
            <w:tcW w:type="dxa" w:w="1728"/>
          </w:tcPr>
          <w:p>
            <w:r>
              <w:t>Madah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9010*3*00*</w:t>
            </w:r>
          </w:p>
        </w:tc>
        <w:tc>
          <w:tcPr>
            <w:tcW w:type="dxa" w:w="1728"/>
          </w:tcPr>
          <w:p>
            <w:r>
              <w:t>Danial</w:t>
            </w:r>
          </w:p>
        </w:tc>
        <w:tc>
          <w:tcPr>
            <w:tcW w:type="dxa" w:w="1728"/>
          </w:tcPr>
          <w:p>
            <w:r>
              <w:t>Marvinechad</w:t>
            </w:r>
          </w:p>
        </w:tc>
        <w:tc>
          <w:tcPr>
            <w:tcW w:type="dxa" w:w="1728"/>
          </w:tcPr>
          <w:p>
            <w:r>
              <w:t>Danialmarvinechad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9399701173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91*3*1*3*3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93**237402</w:t>
            </w:r>
          </w:p>
        </w:tc>
        <w:tc>
          <w:tcPr>
            <w:tcW w:type="dxa" w:w="1728"/>
          </w:tcPr>
          <w:p>
            <w:r>
              <w:t>😎$@!£d😉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Saeid_1843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9304431022</w:t>
            </w:r>
          </w:p>
        </w:tc>
        <w:tc>
          <w:tcPr>
            <w:tcW w:type="dxa" w:w="1728"/>
          </w:tcPr>
          <w:p>
            <w:r>
              <w:t>اصغرسلیمانی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Milad09306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91*04*2*1*</w:t>
            </w:r>
          </w:p>
        </w:tc>
        <w:tc>
          <w:tcPr>
            <w:tcW w:type="dxa" w:w="1728"/>
          </w:tcPr>
          <w:p>
            <w:r>
              <w:t>Ali. 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93*430124*</w:t>
            </w:r>
          </w:p>
        </w:tc>
        <w:tc>
          <w:tcPr>
            <w:tcW w:type="dxa" w:w="1728"/>
          </w:tcPr>
          <w:p>
            <w:r>
              <w:t>حاجی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933*940710</w:t>
            </w:r>
          </w:p>
        </w:tc>
        <w:tc>
          <w:tcPr>
            <w:tcW w:type="dxa" w:w="1728"/>
          </w:tcPr>
          <w:p>
            <w:r>
              <w:t>Emad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Emadg4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910**9*210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Ghsssss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91**0**979</w:t>
            </w:r>
          </w:p>
        </w:tc>
        <w:tc>
          <w:tcPr>
            <w:tcW w:type="dxa" w:w="1728"/>
          </w:tcPr>
          <w:p>
            <w:r>
              <w:t>ارسلانamini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91*923*3*9</w:t>
            </w:r>
          </w:p>
        </w:tc>
        <w:tc>
          <w:tcPr>
            <w:tcW w:type="dxa" w:w="1728"/>
          </w:tcPr>
          <w:p>
            <w:r>
              <w:t>فرهاد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910**92*0*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Mohammad_Rezaii2808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93*3932**4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Bagheri</w:t>
            </w:r>
          </w:p>
        </w:tc>
        <w:tc>
          <w:tcPr>
            <w:tcW w:type="dxa" w:w="1728"/>
          </w:tcPr>
          <w:p>
            <w:r>
              <w:t>Bagheri2564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933190*2*4</w:t>
            </w:r>
          </w:p>
        </w:tc>
        <w:tc>
          <w:tcPr>
            <w:tcW w:type="dxa" w:w="1728"/>
          </w:tcPr>
          <w:p>
            <w:r>
              <w:t>سجاد</w:t>
            </w:r>
          </w:p>
        </w:tc>
        <w:tc>
          <w:tcPr>
            <w:tcW w:type="dxa" w:w="1728"/>
          </w:tcPr>
          <w:p>
            <w:r>
              <w:t>اورند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91*9*7*372</w:t>
            </w:r>
          </w:p>
        </w:tc>
        <w:tc>
          <w:tcPr>
            <w:tcW w:type="dxa" w:w="1728"/>
          </w:tcPr>
          <w:p>
            <w:r>
              <w:t>حامدعصار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91*4039492</w:t>
            </w:r>
          </w:p>
        </w:tc>
        <w:tc>
          <w:tcPr>
            <w:tcW w:type="dxa" w:w="1728"/>
          </w:tcPr>
          <w:p>
            <w:r>
              <w:t>...محکوم به تنهایی...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91*407322*</w:t>
            </w:r>
          </w:p>
        </w:tc>
        <w:tc>
          <w:tcPr>
            <w:tcW w:type="dxa" w:w="1728"/>
          </w:tcPr>
          <w:p>
            <w:r>
              <w:t>علی رضا اسلامی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93*072*22*</w:t>
            </w:r>
          </w:p>
        </w:tc>
        <w:tc>
          <w:tcPr>
            <w:tcW w:type="dxa" w:w="1728"/>
          </w:tcPr>
          <w:p>
            <w:r>
              <w:t>حسین گل محمدی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golmohamadi63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901779***9</w:t>
            </w:r>
          </w:p>
        </w:tc>
        <w:tc>
          <w:tcPr>
            <w:tcW w:type="dxa" w:w="1728"/>
          </w:tcPr>
          <w:p>
            <w:r>
              <w:t>Hamed.s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Hamed_sepehrian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93*04137*9</w:t>
            </w:r>
          </w:p>
        </w:tc>
        <w:tc>
          <w:tcPr>
            <w:tcW w:type="dxa" w:w="1728"/>
          </w:tcPr>
          <w:p>
            <w:r>
              <w:t>بهروز 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91490*27*1</w:t>
            </w:r>
          </w:p>
        </w:tc>
        <w:tc>
          <w:tcPr>
            <w:tcW w:type="dxa" w:w="1728"/>
          </w:tcPr>
          <w:p>
            <w:r>
              <w:t>farydoon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91*3199272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>
              <w:t>gholizade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933***1313</w:t>
            </w:r>
          </w:p>
        </w:tc>
        <w:tc>
          <w:tcPr>
            <w:tcW w:type="dxa" w:w="1728"/>
          </w:tcPr>
          <w:p>
            <w:r>
              <w:t>مهران‌براهوی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902**13417</w:t>
            </w:r>
          </w:p>
        </w:tc>
        <w:tc>
          <w:tcPr>
            <w:tcW w:type="dxa" w:w="1728"/>
          </w:tcPr>
          <w:p>
            <w:r>
              <w:t>هایپرپروتئین محمدفتح آبادی.ازتولید به مصرف.</w:t>
            </w:r>
          </w:p>
        </w:tc>
        <w:tc>
          <w:tcPr>
            <w:tcW w:type="dxa" w:w="1728"/>
          </w:tcPr>
          <w:p>
            <w:r>
              <w:t>شهرستان جوین.</w:t>
            </w:r>
          </w:p>
        </w:tc>
        <w:tc>
          <w:tcPr>
            <w:tcW w:type="dxa" w:w="1728"/>
          </w:tcPr>
          <w:p>
            <w:r>
              <w:t>Mohammad_fathabadi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91*9**31*7</w:t>
            </w:r>
          </w:p>
        </w:tc>
        <w:tc>
          <w:tcPr>
            <w:tcW w:type="dxa" w:w="1728"/>
          </w:tcPr>
          <w:p>
            <w:r>
              <w:t>بهزاد</w:t>
            </w:r>
          </w:p>
        </w:tc>
        <w:tc>
          <w:tcPr>
            <w:tcW w:type="dxa" w:w="1728"/>
          </w:tcPr>
          <w:p>
            <w:r>
              <w:t>امانیان</w:t>
            </w:r>
          </w:p>
        </w:tc>
        <w:tc>
          <w:tcPr>
            <w:tcW w:type="dxa" w:w="1728"/>
          </w:tcPr>
          <w:p>
            <w:r>
              <w:t>Bezama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939*19*7*3</w:t>
            </w:r>
          </w:p>
        </w:tc>
        <w:tc>
          <w:tcPr>
            <w:tcW w:type="dxa" w:w="1728"/>
          </w:tcPr>
          <w:p>
            <w:r>
              <w:t>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Zkarimi64</w:t>
            </w:r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  <w:tr>
        <w:tc>
          <w:tcPr>
            <w:tcW w:type="dxa" w:w="1728"/>
          </w:tcPr>
          <w:p>
            <w:r>
              <w:t>93*0*2*131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صفری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اسب داران یورقه هرات . افغانستان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اسب داران یورقه هرات . افغانستان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