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ارزانکده لباس بانو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ارزانکده لباس بانو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90242290*2</w:t>
            </w:r>
          </w:p>
        </w:tc>
        <w:tc>
          <w:tcPr>
            <w:tcW w:type="dxa" w:w="1728"/>
          </w:tcPr>
          <w:p>
            <w:r>
              <w:t>H.sh💕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913**7*411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93*1734*42</w:t>
            </w:r>
          </w:p>
        </w:tc>
        <w:tc>
          <w:tcPr>
            <w:tcW w:type="dxa" w:w="1728"/>
          </w:tcPr>
          <w:p>
            <w:r>
              <w:t>Տᗩᕼᗩᖇ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S0_02006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93*4*4*304</w:t>
            </w:r>
          </w:p>
        </w:tc>
        <w:tc>
          <w:tcPr>
            <w:tcW w:type="dxa" w:w="1728"/>
          </w:tcPr>
          <w:p>
            <w:r>
              <w:t>Sepideh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Sepide_passandi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937197*204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91929444*1</w:t>
            </w:r>
          </w:p>
        </w:tc>
        <w:tc>
          <w:tcPr>
            <w:tcW w:type="dxa" w:w="1728"/>
          </w:tcPr>
          <w:p>
            <w:r>
              <w:t>Dark🦦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del_aram177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91202*0147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mrsjafarzadeh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91009*3*73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R_Taranom_AFG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9124*30*1*</w:t>
            </w:r>
          </w:p>
        </w:tc>
        <w:tc>
          <w:tcPr>
            <w:tcW w:type="dxa" w:w="1728"/>
          </w:tcPr>
          <w:p>
            <w:r>
              <w:t>سید فاطمه ایرانپور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9303*49273</w:t>
            </w:r>
          </w:p>
        </w:tc>
        <w:tc>
          <w:tcPr>
            <w:tcW w:type="dxa" w:w="1728"/>
          </w:tcPr>
          <w:p>
            <w:r>
              <w:t>پریسا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903*0**01*</w:t>
            </w:r>
          </w:p>
        </w:tc>
        <w:tc>
          <w:tcPr>
            <w:tcW w:type="dxa" w:w="1728"/>
          </w:tcPr>
          <w:p>
            <w:r>
              <w:t>جواد 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93*32**293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Sana1234567899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9141937177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صابر</w:t>
            </w:r>
          </w:p>
        </w:tc>
        <w:tc>
          <w:tcPr>
            <w:tcW w:type="dxa" w:w="1728"/>
          </w:tcPr>
          <w:p>
            <w:r>
              <w:t>Stanha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93042**0*7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91*93*7497</w:t>
            </w:r>
          </w:p>
        </w:tc>
        <w:tc>
          <w:tcPr>
            <w:tcW w:type="dxa" w:w="1728"/>
          </w:tcPr>
          <w:p>
            <w:r>
              <w:t>محمدکسری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9029*2122*</w:t>
            </w:r>
          </w:p>
        </w:tc>
        <w:tc>
          <w:tcPr>
            <w:tcW w:type="dxa" w:w="1728"/>
          </w:tcPr>
          <w:p>
            <w:r>
              <w:t>دنیای من#H#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deana13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910**303*1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9032**3*32</w:t>
            </w:r>
          </w:p>
        </w:tc>
        <w:tc>
          <w:tcPr>
            <w:tcW w:type="dxa" w:w="1728"/>
          </w:tcPr>
          <w:p>
            <w:r>
              <w:t>B -A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Barekat_s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939*0**02*</w:t>
            </w:r>
          </w:p>
        </w:tc>
        <w:tc>
          <w:tcPr>
            <w:tcW w:type="dxa" w:w="1728"/>
          </w:tcPr>
          <w:p>
            <w:r>
              <w:t>Setin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91*21*1**9</w:t>
            </w:r>
          </w:p>
        </w:tc>
        <w:tc>
          <w:tcPr>
            <w:tcW w:type="dxa" w:w="1728"/>
          </w:tcPr>
          <w:p>
            <w:r>
              <w:t>یگانه.یاسمن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914**0179*</w:t>
            </w:r>
          </w:p>
        </w:tc>
        <w:tc>
          <w:tcPr>
            <w:tcW w:type="dxa" w:w="1728"/>
          </w:tcPr>
          <w:p>
            <w:r>
              <w:t>🍂🌏🍂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my_h_777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9147*170*4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93710*7999</w:t>
            </w:r>
          </w:p>
        </w:tc>
        <w:tc>
          <w:tcPr>
            <w:tcW w:type="dxa" w:w="1728"/>
          </w:tcPr>
          <w:p>
            <w:r>
              <w:t>n@$r!n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9190*973*7</w:t>
            </w:r>
          </w:p>
        </w:tc>
        <w:tc>
          <w:tcPr>
            <w:tcW w:type="dxa" w:w="1728"/>
          </w:tcPr>
          <w:p>
            <w:r>
              <w:t>bakhshi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914*30**24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Farid0012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9123*341*3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رضایی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939**7979*</w:t>
            </w:r>
          </w:p>
        </w:tc>
        <w:tc>
          <w:tcPr>
            <w:tcW w:type="dxa" w:w="1728"/>
          </w:tcPr>
          <w:p>
            <w:r>
              <w:t>◔͜͡◔ ⓗⓐⓢⓣⓘ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Hastimohamadzade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91*3342*00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پیش اهنگ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914734*944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9147*0431*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9130741704</w:t>
            </w:r>
          </w:p>
        </w:tc>
        <w:tc>
          <w:tcPr>
            <w:tcW w:type="dxa" w:w="1728"/>
          </w:tcPr>
          <w:p>
            <w:r>
              <w:t>ஜ۩۩ஜ @rஜ۩۩ஜ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9101424233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91*41*703*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91399472*1</w:t>
            </w:r>
          </w:p>
        </w:tc>
        <w:tc>
          <w:tcPr>
            <w:tcW w:type="dxa" w:w="1728"/>
          </w:tcPr>
          <w:p>
            <w:r>
              <w:t>乙คみ尺ค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93*404*3*1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9309**2*97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9170*73*17</w:t>
            </w:r>
          </w:p>
        </w:tc>
        <w:tc>
          <w:tcPr>
            <w:tcW w:type="dxa" w:w="1728"/>
          </w:tcPr>
          <w:p>
            <w:r>
              <w:t>Hana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N1389o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901*110**4</w:t>
            </w:r>
          </w:p>
        </w:tc>
        <w:tc>
          <w:tcPr>
            <w:tcW w:type="dxa" w:w="1728"/>
          </w:tcPr>
          <w:p>
            <w:r>
              <w:t>ابولفضل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91127*390*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Bahar65_ir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9144399300</w:t>
            </w:r>
          </w:p>
        </w:tc>
        <w:tc>
          <w:tcPr>
            <w:tcW w:type="dxa" w:w="1728"/>
          </w:tcPr>
          <w:p>
            <w:r>
              <w:t>Ela</w:t>
            </w:r>
          </w:p>
        </w:tc>
        <w:tc>
          <w:tcPr>
            <w:tcW w:type="dxa" w:w="1728"/>
          </w:tcPr>
          <w:p>
            <w:r>
              <w:t>×_p🐈‍⬛</w:t>
            </w:r>
          </w:p>
        </w:tc>
        <w:tc>
          <w:tcPr>
            <w:tcW w:type="dxa" w:w="1728"/>
          </w:tcPr>
          <w:p>
            <w:r>
              <w:t>Eli_la_H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9131009*40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>
              <w:t>نیرین</w:t>
            </w:r>
          </w:p>
        </w:tc>
        <w:tc>
          <w:tcPr>
            <w:tcW w:type="dxa" w:w="1728"/>
          </w:tcPr>
          <w:p>
            <w:r>
              <w:t>Hamidnayerayn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93***4*929</w:t>
            </w:r>
          </w:p>
        </w:tc>
        <w:tc>
          <w:tcPr>
            <w:tcW w:type="dxa" w:w="1728"/>
          </w:tcPr>
          <w:p>
            <w:r>
              <w:t>طاهره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912341**11</w:t>
            </w:r>
          </w:p>
        </w:tc>
        <w:tc>
          <w:tcPr>
            <w:tcW w:type="dxa" w:w="1728"/>
          </w:tcPr>
          <w:p>
            <w:r>
              <w:t>mozhgan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91390***3*</w:t>
            </w:r>
          </w:p>
        </w:tc>
        <w:tc>
          <w:tcPr>
            <w:tcW w:type="dxa" w:w="1728"/>
          </w:tcPr>
          <w:p>
            <w:r>
              <w:t>Elmira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Elmira123456789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912**4*141</w:t>
            </w:r>
          </w:p>
        </w:tc>
        <w:tc>
          <w:tcPr>
            <w:tcW w:type="dxa" w:w="1728"/>
          </w:tcPr>
          <w:p>
            <w:r>
              <w:t>A_ khosravi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91*4293*19</w:t>
            </w:r>
          </w:p>
        </w:tc>
        <w:tc>
          <w:tcPr>
            <w:tcW w:type="dxa" w:w="1728"/>
          </w:tcPr>
          <w:p>
            <w:r>
              <w:t>S❤M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93041**201</w:t>
            </w:r>
          </w:p>
        </w:tc>
        <w:tc>
          <w:tcPr>
            <w:tcW w:type="dxa" w:w="1728"/>
          </w:tcPr>
          <w:p>
            <w:r>
              <w:t>A#n#r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Afsaa2134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939497*90*</w:t>
            </w:r>
          </w:p>
        </w:tc>
        <w:tc>
          <w:tcPr>
            <w:tcW w:type="dxa" w:w="1728"/>
          </w:tcPr>
          <w:p>
            <w:r>
              <w:t>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Amiramm12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9171132*99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alireza_akbari57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93*1*72**1</w:t>
            </w:r>
          </w:p>
        </w:tc>
        <w:tc>
          <w:tcPr>
            <w:tcW w:type="dxa" w:w="1728"/>
          </w:tcPr>
          <w:p>
            <w:r>
              <w:t>ساینا</w:t>
            </w:r>
          </w:p>
        </w:tc>
        <w:tc>
          <w:tcPr>
            <w:tcW w:type="dxa" w:w="1728"/>
          </w:tcPr>
          <w:p>
            <w:r>
              <w:t>زمامج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991***371*</w:t>
            </w:r>
          </w:p>
        </w:tc>
        <w:tc>
          <w:tcPr>
            <w:tcW w:type="dxa" w:w="1728"/>
          </w:tcPr>
          <w:p>
            <w:r>
              <w:t>مهسا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banooo4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914232*739</w:t>
            </w:r>
          </w:p>
        </w:tc>
        <w:tc>
          <w:tcPr>
            <w:tcW w:type="dxa" w:w="1728"/>
          </w:tcPr>
          <w:p>
            <w:r>
              <w:t>saniya</w:t>
            </w:r>
          </w:p>
        </w:tc>
        <w:tc>
          <w:tcPr>
            <w:tcW w:type="dxa" w:w="1728"/>
          </w:tcPr>
          <w:p>
            <w:r>
              <w:t>dadebiglo</w:t>
            </w:r>
          </w:p>
        </w:tc>
        <w:tc>
          <w:tcPr>
            <w:tcW w:type="dxa" w:w="1728"/>
          </w:tcPr>
          <w:p>
            <w:r>
              <w:t>saniya_13836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937019121*</w:t>
            </w:r>
          </w:p>
        </w:tc>
        <w:tc>
          <w:tcPr>
            <w:tcW w:type="dxa" w:w="1728"/>
          </w:tcPr>
          <w:p>
            <w:r>
              <w:t>🧿🧿مهرسام</w:t>
            </w:r>
          </w:p>
        </w:tc>
        <w:tc>
          <w:tcPr>
            <w:tcW w:type="dxa" w:w="1728"/>
          </w:tcPr>
          <w:p>
            <w:r>
              <w:t>🧿🧿🧿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91**913*41</w:t>
            </w:r>
          </w:p>
        </w:tc>
        <w:tc>
          <w:tcPr>
            <w:tcW w:type="dxa" w:w="1728"/>
          </w:tcPr>
          <w:p>
            <w:r>
              <w:t>)خاص فقط خداس)وسلام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93*137*320</w:t>
            </w:r>
          </w:p>
        </w:tc>
        <w:tc>
          <w:tcPr>
            <w:tcW w:type="dxa" w:w="1728"/>
          </w:tcPr>
          <w:p>
            <w:r>
              <w:t>معصومی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rahaaaa7171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9147*7110*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9339102*94</w:t>
            </w:r>
          </w:p>
        </w:tc>
        <w:tc>
          <w:tcPr>
            <w:tcW w:type="dxa" w:w="1728"/>
          </w:tcPr>
          <w:p>
            <w:r>
              <w:t>دستيار كانال</w:t>
            </w:r>
          </w:p>
        </w:tc>
        <w:tc>
          <w:tcPr>
            <w:tcW w:type="dxa" w:w="1728"/>
          </w:tcPr>
          <w:p>
            <w:r>
              <w:t>انجمن ديابت آذربايجان شرقي</w:t>
            </w:r>
          </w:p>
        </w:tc>
        <w:tc>
          <w:tcPr>
            <w:tcW w:type="dxa" w:w="1728"/>
          </w:tcPr>
          <w:p>
            <w:r>
              <w:t>Anjoman1382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902913*404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93370*7042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>
              <w:t>Ahmadisamina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90**3*40*0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Alifaramrzi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93*1332791</w:t>
            </w:r>
          </w:p>
        </w:tc>
        <w:tc>
          <w:tcPr>
            <w:tcW w:type="dxa" w:w="1728"/>
          </w:tcPr>
          <w:p>
            <w:r>
              <w:t>Hasti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9374*433*1</w:t>
            </w:r>
          </w:p>
        </w:tc>
        <w:tc>
          <w:tcPr>
            <w:tcW w:type="dxa" w:w="1728"/>
          </w:tcPr>
          <w:p>
            <w:r>
              <w:t>Maryam u3fi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Maryu3fi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913*2**1*3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>
              <w:t>hoseynidoust54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912707*19*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91*7*944*7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9117**09*2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Hjn70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9192799*0*</w:t>
            </w:r>
          </w:p>
        </w:tc>
        <w:tc>
          <w:tcPr>
            <w:tcW w:type="dxa" w:w="1728"/>
          </w:tcPr>
          <w:p>
            <w:r>
              <w:t>Marg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marg132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9134*3*013</w:t>
            </w:r>
          </w:p>
        </w:tc>
        <w:tc>
          <w:tcPr>
            <w:tcW w:type="dxa" w:w="1728"/>
          </w:tcPr>
          <w:p>
            <w:r>
              <w:t>Mina.rz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mrzzzzzzzz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990*221797</w:t>
            </w:r>
          </w:p>
        </w:tc>
        <w:tc>
          <w:tcPr>
            <w:tcW w:type="dxa" w:w="1728"/>
          </w:tcPr>
          <w:p>
            <w:r>
              <w:t>هستی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9101370*90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Zeinab_910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9143*93744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901**3022*</w:t>
            </w:r>
          </w:p>
        </w:tc>
        <w:tc>
          <w:tcPr>
            <w:tcW w:type="dxa" w:w="1728"/>
          </w:tcPr>
          <w:p>
            <w:r>
              <w:t>سلوی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9127*3040*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Hamidreza0406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922*743*9*</w:t>
            </w:r>
          </w:p>
        </w:tc>
        <w:tc>
          <w:tcPr>
            <w:tcW w:type="dxa" w:w="1728"/>
          </w:tcPr>
          <w:p>
            <w:r>
              <w:t>sonia</w:t>
            </w:r>
          </w:p>
        </w:tc>
        <w:tc>
          <w:tcPr>
            <w:tcW w:type="dxa" w:w="1728"/>
          </w:tcPr>
          <w:p>
            <w:r>
              <w:t>bah</w:t>
            </w:r>
          </w:p>
        </w:tc>
        <w:tc>
          <w:tcPr>
            <w:tcW w:type="dxa" w:w="1728"/>
          </w:tcPr>
          <w:p>
            <w:r>
              <w:t>bahadori_sonia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93**24***1</w:t>
            </w:r>
          </w:p>
        </w:tc>
        <w:tc>
          <w:tcPr>
            <w:tcW w:type="dxa" w:w="1728"/>
          </w:tcPr>
          <w:p>
            <w:r>
              <w:t>Hana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hanaaa137210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939*32970*</w:t>
            </w:r>
          </w:p>
        </w:tc>
        <w:tc>
          <w:tcPr>
            <w:tcW w:type="dxa" w:w="1728"/>
          </w:tcPr>
          <w:p>
            <w:r>
              <w:t>ೋღ ⓢⓐⓑⓐ ღೋ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Saba2000_a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93***3*121</w:t>
            </w:r>
          </w:p>
        </w:tc>
        <w:tc>
          <w:tcPr>
            <w:tcW w:type="dxa" w:w="1728"/>
          </w:tcPr>
          <w:p>
            <w:r>
              <w:t>یا فاطمه ی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aftabkga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91**21*79*</w:t>
            </w:r>
          </w:p>
        </w:tc>
        <w:tc>
          <w:tcPr>
            <w:tcW w:type="dxa" w:w="1728"/>
          </w:tcPr>
          <w:p>
            <w:r>
              <w:t>امیرمهدی💕محمد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imani_54_bb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91*0*1*94*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Niloooofar_Rm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  <w:tr>
        <w:tc>
          <w:tcPr>
            <w:tcW w:type="dxa" w:w="1728"/>
          </w:tcPr>
          <w:p>
            <w:r>
              <w:t>93**92*04*</w:t>
            </w:r>
          </w:p>
        </w:tc>
        <w:tc>
          <w:tcPr>
            <w:tcW w:type="dxa" w:w="1728"/>
          </w:tcPr>
          <w:p>
            <w:r>
              <w:t>Sanam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Snm_mlki</w:t>
            </w:r>
          </w:p>
        </w:tc>
        <w:tc>
          <w:tcPr>
            <w:tcW w:type="dxa" w:w="1728"/>
          </w:tcPr>
          <w:p>
            <w:r>
              <w:t>ارزانکده لباس بانو👄💅💄💄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ارزانکده لباس بانو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