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ابرگروه مشاورین املاک شمال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ابرگروه مشاورین املاک شمال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911*7*9029</w:t>
            </w:r>
          </w:p>
        </w:tc>
        <w:tc>
          <w:tcPr>
            <w:tcW w:type="dxa" w:w="1728"/>
          </w:tcPr>
          <w:p>
            <w:r>
              <w:t>$@££d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S_R1010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912*024302</w:t>
            </w:r>
          </w:p>
        </w:tc>
        <w:tc>
          <w:tcPr>
            <w:tcW w:type="dxa" w:w="1728"/>
          </w:tcPr>
          <w:p>
            <w:r>
              <w:t>𝙿𝚊𝚢𝚊𝚖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payam_199026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91131*17*1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Esmaili</w:t>
            </w:r>
          </w:p>
        </w:tc>
        <w:tc>
          <w:tcPr>
            <w:tcW w:type="dxa" w:w="1728"/>
          </w:tcPr>
          <w:p>
            <w:r>
              <w:t>arash_esmaili_1761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9124023342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kashefi</w:t>
            </w:r>
          </w:p>
        </w:tc>
        <w:tc>
          <w:tcPr>
            <w:tcW w:type="dxa" w:w="1728"/>
          </w:tcPr>
          <w:p>
            <w:r>
              <w:t>Alirzakashefi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9119141419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Ranjbar</w:t>
            </w:r>
          </w:p>
        </w:tc>
        <w:tc>
          <w:tcPr>
            <w:tcW w:type="dxa" w:w="1728"/>
          </w:tcPr>
          <w:p>
            <w:r>
              <w:t>Mranjbar271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9909*1027*</w:t>
            </w:r>
          </w:p>
        </w:tc>
        <w:tc>
          <w:tcPr>
            <w:tcW w:type="dxa" w:w="1728"/>
          </w:tcPr>
          <w:p>
            <w:r>
              <w:t>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farzad_1757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911120102*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asgharpour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91112*704*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vahid7048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9117171704</w:t>
            </w:r>
          </w:p>
        </w:tc>
        <w:tc>
          <w:tcPr>
            <w:tcW w:type="dxa" w:w="1728"/>
          </w:tcPr>
          <w:p>
            <w:r>
              <w:t>kian.alizadeh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mr_kian_alizadeh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93*7*9*171</w:t>
            </w:r>
          </w:p>
        </w:tc>
        <w:tc>
          <w:tcPr>
            <w:tcW w:type="dxa" w:w="1728"/>
          </w:tcPr>
          <w:p>
            <w:r>
              <w:t>Amirali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Karan_caspiann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93*93*297*</w:t>
            </w:r>
          </w:p>
        </w:tc>
        <w:tc>
          <w:tcPr>
            <w:tcW w:type="dxa" w:w="1728"/>
          </w:tcPr>
          <w:p>
            <w:r>
              <w:t>amir.68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91190293*7</w:t>
            </w:r>
          </w:p>
        </w:tc>
        <w:tc>
          <w:tcPr>
            <w:tcW w:type="dxa" w:w="1728"/>
          </w:tcPr>
          <w:p>
            <w:r>
              <w:t>علي</w:t>
            </w:r>
          </w:p>
        </w:tc>
        <w:tc>
          <w:tcPr>
            <w:tcW w:type="dxa" w:w="1728"/>
          </w:tcPr>
          <w:p>
            <w:r>
              <w:t>شکری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9113209294</w:t>
            </w:r>
          </w:p>
        </w:tc>
        <w:tc>
          <w:tcPr>
            <w:tcW w:type="dxa" w:w="1728"/>
          </w:tcPr>
          <w:p>
            <w:r>
              <w:t>Mojtaba fathi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mojtab1988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9112279***</w:t>
            </w:r>
          </w:p>
        </w:tc>
        <w:tc>
          <w:tcPr>
            <w:tcW w:type="dxa" w:w="1728"/>
          </w:tcPr>
          <w:p>
            <w:r>
              <w:t>Janet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933*333*94</w:t>
            </w:r>
          </w:p>
        </w:tc>
        <w:tc>
          <w:tcPr>
            <w:tcW w:type="dxa" w:w="1728"/>
          </w:tcPr>
          <w:p>
            <w:r>
              <w:t>Mohamadreza.ghasemi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Mohamad_reza_gh81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911**02329</w:t>
            </w:r>
          </w:p>
        </w:tc>
        <w:tc>
          <w:tcPr>
            <w:tcW w:type="dxa" w:w="1728"/>
          </w:tcPr>
          <w:p>
            <w:r>
              <w:t>Pourya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Pourya680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919*41*423</w:t>
            </w:r>
          </w:p>
        </w:tc>
        <w:tc>
          <w:tcPr>
            <w:tcW w:type="dxa" w:w="1728"/>
          </w:tcPr>
          <w:p>
            <w:r>
              <w:t>بهنام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BG_Persian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9112239*29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Alirezabarzegarian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93*23*271*</w:t>
            </w:r>
          </w:p>
        </w:tc>
        <w:tc>
          <w:tcPr>
            <w:tcW w:type="dxa" w:w="1728"/>
          </w:tcPr>
          <w:p>
            <w:r>
              <w:t>tavakoli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HSN2716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9030*0240*</w:t>
            </w:r>
          </w:p>
        </w:tc>
        <w:tc>
          <w:tcPr>
            <w:tcW w:type="dxa" w:w="1728"/>
          </w:tcPr>
          <w:p>
            <w:r>
              <w:t>(⁠๑⁠˙⁠❥˙⁠๑⁠)♥️Mohsen♥️(⁠๑⁠˙⁠❥⁠˙⁠๑⁠)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91293*2*9*</w:t>
            </w:r>
          </w:p>
        </w:tc>
        <w:tc>
          <w:tcPr>
            <w:tcW w:type="dxa" w:w="1728"/>
          </w:tcPr>
          <w:p>
            <w:r>
              <w:t>Amirhosein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Me_Amirhosin_mohammadi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91201420*3</w:t>
            </w:r>
          </w:p>
        </w:tc>
        <w:tc>
          <w:tcPr>
            <w:tcW w:type="dxa" w:w="1728"/>
          </w:tcPr>
          <w:p>
            <w:r>
              <w:t>ESTATE</w:t>
            </w:r>
          </w:p>
        </w:tc>
        <w:tc>
          <w:tcPr>
            <w:tcW w:type="dxa" w:w="1728"/>
          </w:tcPr>
          <w:p>
            <w:r>
              <w:t>HASHTOMINNOOOR</w:t>
            </w:r>
          </w:p>
        </w:tc>
        <w:tc>
          <w:tcPr>
            <w:tcW w:type="dxa" w:w="1728"/>
          </w:tcPr>
          <w:p>
            <w:r>
              <w:t>HASHTOMINNOOOR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9123*04239</w:t>
            </w:r>
          </w:p>
        </w:tc>
        <w:tc>
          <w:tcPr>
            <w:tcW w:type="dxa" w:w="1728"/>
          </w:tcPr>
          <w:p>
            <w:r>
              <w:t>Hamid Reza</w:t>
            </w:r>
          </w:p>
        </w:tc>
        <w:tc>
          <w:tcPr>
            <w:tcW w:type="dxa" w:w="1728"/>
          </w:tcPr>
          <w:p>
            <w:r>
              <w:t>Naderi kooshesh</w:t>
            </w:r>
          </w:p>
        </w:tc>
        <w:tc>
          <w:tcPr>
            <w:tcW w:type="dxa" w:w="1728"/>
          </w:tcPr>
          <w:p>
            <w:r>
              <w:t>Hamidrezanaderikooshesh2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919***793*</w:t>
            </w:r>
          </w:p>
        </w:tc>
        <w:tc>
          <w:tcPr>
            <w:tcW w:type="dxa" w:w="1728"/>
          </w:tcPr>
          <w:p>
            <w:r>
              <w:t>@Vilaachaand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Vilaachaand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939*21*322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Ariyae</w:t>
            </w:r>
          </w:p>
        </w:tc>
        <w:tc>
          <w:tcPr>
            <w:tcW w:type="dxa" w:w="1728"/>
          </w:tcPr>
          <w:p>
            <w:r>
              <w:t>HamedAriyae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93**3*047*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flh64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911321*7*1</w:t>
            </w:r>
          </w:p>
        </w:tc>
        <w:tc>
          <w:tcPr>
            <w:tcW w:type="dxa" w:w="1728"/>
          </w:tcPr>
          <w:p>
            <w:r>
              <w:t>Jaber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Jaber4131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911*03992*</w:t>
            </w:r>
          </w:p>
        </w:tc>
        <w:tc>
          <w:tcPr>
            <w:tcW w:type="dxa" w:w="1728"/>
          </w:tcPr>
          <w:p>
            <w:r>
              <w:t>🌞amir🌛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amir_kheyri_4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9223791***</w:t>
            </w:r>
          </w:p>
        </w:tc>
        <w:tc>
          <w:tcPr>
            <w:tcW w:type="dxa" w:w="1728"/>
          </w:tcPr>
          <w:p>
            <w:r>
              <w:t>yasin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911222492*</w:t>
            </w:r>
          </w:p>
        </w:tc>
        <w:tc>
          <w:tcPr>
            <w:tcW w:type="dxa" w:w="1728"/>
          </w:tcPr>
          <w:p>
            <w:r>
              <w:t>mehrab</w:t>
            </w:r>
          </w:p>
        </w:tc>
        <w:tc>
          <w:tcPr>
            <w:tcW w:type="dxa" w:w="1728"/>
          </w:tcPr>
          <w:p>
            <w:r>
              <w:t>baygan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9112212*10</w:t>
            </w:r>
          </w:p>
        </w:tc>
        <w:tc>
          <w:tcPr>
            <w:tcW w:type="dxa" w:w="1728"/>
          </w:tcPr>
          <w:p>
            <w:r>
              <w:t>کامران</w:t>
            </w:r>
          </w:p>
        </w:tc>
        <w:tc>
          <w:tcPr>
            <w:tcW w:type="dxa" w:w="1728"/>
          </w:tcPr>
          <w:p>
            <w:r>
              <w:t>رنجبر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91131002*2</w:t>
            </w:r>
          </w:p>
        </w:tc>
        <w:tc>
          <w:tcPr>
            <w:tcW w:type="dxa" w:w="1728"/>
          </w:tcPr>
          <w:p>
            <w:r>
              <w:t>sohrab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Sohrab262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9121*7*712</w:t>
            </w:r>
          </w:p>
        </w:tc>
        <w:tc>
          <w:tcPr>
            <w:tcW w:type="dxa" w:w="1728"/>
          </w:tcPr>
          <w:p>
            <w:r>
              <w:t>MOHAMADREZA.AH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9199**9*92</w:t>
            </w:r>
          </w:p>
        </w:tc>
        <w:tc>
          <w:tcPr>
            <w:tcW w:type="dxa" w:w="1728"/>
          </w:tcPr>
          <w:p>
            <w:r>
              <w:t>tavakoli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91190*949*</w:t>
            </w:r>
          </w:p>
        </w:tc>
        <w:tc>
          <w:tcPr>
            <w:tcW w:type="dxa" w:w="1728"/>
          </w:tcPr>
          <w:p>
            <w:r>
              <w:t>KHODA_OFFICIAL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911*430*03</w:t>
            </w:r>
          </w:p>
        </w:tc>
        <w:tc>
          <w:tcPr>
            <w:tcW w:type="dxa" w:w="1728"/>
          </w:tcPr>
          <w:p>
            <w:r>
              <w:t>👸مهندس آرامیده🧿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mahsan13690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911741*992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9111201191</w:t>
            </w:r>
          </w:p>
        </w:tc>
        <w:tc>
          <w:tcPr>
            <w:tcW w:type="dxa" w:w="1728"/>
          </w:tcPr>
          <w:p>
            <w:r>
              <w:t>علیزاده</w:t>
            </w:r>
          </w:p>
        </w:tc>
        <w:tc>
          <w:tcPr>
            <w:tcW w:type="dxa" w:w="1728"/>
          </w:tcPr>
          <w:p>
            <w:r>
              <w:t>محمدکاظم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9113219171</w:t>
            </w:r>
          </w:p>
        </w:tc>
        <w:tc>
          <w:tcPr>
            <w:tcW w:type="dxa" w:w="1728"/>
          </w:tcPr>
          <w:p>
            <w:r>
              <w:t>Amir Ali , shabani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amlak_news_1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911113**31</w:t>
            </w:r>
          </w:p>
        </w:tc>
        <w:tc>
          <w:tcPr>
            <w:tcW w:type="dxa" w:w="1728"/>
          </w:tcPr>
          <w:p>
            <w:r>
              <w:t>ابراهیمی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Ebrahimiali59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9119*0*29*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Eilia_8482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9022212*2*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93920**07*</w:t>
            </w:r>
          </w:p>
        </w:tc>
        <w:tc>
          <w:tcPr>
            <w:tcW w:type="dxa" w:w="1728"/>
          </w:tcPr>
          <w:p>
            <w:r>
              <w:t>ReZaaa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Rezaaa1011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9111200949</w:t>
            </w:r>
          </w:p>
        </w:tc>
        <w:tc>
          <w:tcPr>
            <w:tcW w:type="dxa" w:w="1728"/>
          </w:tcPr>
          <w:p>
            <w:r>
              <w:t>رضوان</w:t>
            </w:r>
          </w:p>
        </w:tc>
        <w:tc>
          <w:tcPr>
            <w:tcW w:type="dxa" w:w="1728"/>
          </w:tcPr>
          <w:p>
            <w:r>
              <w:t>مهدوی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911917**74</w:t>
            </w:r>
          </w:p>
        </w:tc>
        <w:tc>
          <w:tcPr>
            <w:tcW w:type="dxa" w:w="1728"/>
          </w:tcPr>
          <w:p>
            <w:r>
              <w:t>سید نوری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Kazam_h_noori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91**199*44</w:t>
            </w:r>
          </w:p>
        </w:tc>
        <w:tc>
          <w:tcPr>
            <w:tcW w:type="dxa" w:w="1728"/>
          </w:tcPr>
          <w:p>
            <w:r>
              <w:t>SEDAGHAT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SAS_SS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911*139299</w:t>
            </w:r>
          </w:p>
        </w:tc>
        <w:tc>
          <w:tcPr>
            <w:tcW w:type="dxa" w:w="1728"/>
          </w:tcPr>
          <w:p>
            <w:r>
              <w:t>Faezeh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9309*3109*</w:t>
            </w:r>
          </w:p>
        </w:tc>
        <w:tc>
          <w:tcPr>
            <w:tcW w:type="dxa" w:w="1728"/>
          </w:tcPr>
          <w:p>
            <w:r>
              <w:t>🧿hossein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Hossein_t1096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9127*99990</w:t>
            </w:r>
          </w:p>
        </w:tc>
        <w:tc>
          <w:tcPr>
            <w:tcW w:type="dxa" w:w="1728"/>
          </w:tcPr>
          <w:p>
            <w:r>
              <w:t>Sepehr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939*3799**</w:t>
            </w:r>
          </w:p>
        </w:tc>
        <w:tc>
          <w:tcPr>
            <w:tcW w:type="dxa" w:w="1728"/>
          </w:tcPr>
          <w:p>
            <w:r>
              <w:t>👑👔Ahmad.heydari👔👑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ahmad_heydari_7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93*311*443</w:t>
            </w:r>
          </w:p>
        </w:tc>
        <w:tc>
          <w:tcPr>
            <w:tcW w:type="dxa" w:w="1728"/>
          </w:tcPr>
          <w:p>
            <w:r>
              <w:t>Pourya</w:t>
            </w:r>
          </w:p>
        </w:tc>
        <w:tc>
          <w:tcPr>
            <w:tcW w:type="dxa" w:w="1728"/>
          </w:tcPr>
          <w:p>
            <w:r>
              <w:t>37</w:t>
            </w:r>
          </w:p>
        </w:tc>
        <w:tc>
          <w:tcPr>
            <w:tcW w:type="dxa" w:w="1728"/>
          </w:tcPr>
          <w:p>
            <w:r>
              <w:t>riquelme37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91132*203*</w:t>
            </w:r>
          </w:p>
        </w:tc>
        <w:tc>
          <w:tcPr>
            <w:tcW w:type="dxa" w:w="1728"/>
          </w:tcPr>
          <w:p>
            <w:r>
              <w:t>H.zakaripour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9117*12079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zare</w:t>
            </w:r>
          </w:p>
        </w:tc>
        <w:tc>
          <w:tcPr>
            <w:tcW w:type="dxa" w:w="1728"/>
          </w:tcPr>
          <w:p>
            <w:r>
              <w:t>Reza_zare_1998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919772*909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hosein7478h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9112212*10</w:t>
            </w:r>
          </w:p>
        </w:tc>
        <w:tc>
          <w:tcPr>
            <w:tcW w:type="dxa" w:w="1728"/>
          </w:tcPr>
          <w:p>
            <w:r>
              <w:t>کیومرث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93711312*2</w:t>
            </w:r>
          </w:p>
        </w:tc>
        <w:tc>
          <w:tcPr>
            <w:tcW w:type="dxa" w:w="1728"/>
          </w:tcPr>
          <w:p>
            <w:r>
              <w:t>●▬▬๑۩۩๑god.emamدوست واقعی خداست๑۩۩๑▬▬●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990**0**21</w:t>
            </w:r>
          </w:p>
        </w:tc>
        <w:tc>
          <w:tcPr>
            <w:tcW w:type="dxa" w:w="1728"/>
          </w:tcPr>
          <w:p>
            <w:r>
              <w:t>—(•·÷[ AHMAD..REZA]÷·•)—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Reza82_rostaii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91171*133*</w:t>
            </w:r>
          </w:p>
        </w:tc>
        <w:tc>
          <w:tcPr>
            <w:tcW w:type="dxa" w:w="1728"/>
          </w:tcPr>
          <w:p>
            <w:r>
              <w:t>وحید</w:t>
            </w:r>
          </w:p>
        </w:tc>
        <w:tc>
          <w:tcPr>
            <w:tcW w:type="dxa" w:w="1728"/>
          </w:tcPr>
          <w:p>
            <w:r>
              <w:t>اخلاقی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911*9*1701</w:t>
            </w:r>
          </w:p>
        </w:tc>
        <w:tc>
          <w:tcPr>
            <w:tcW w:type="dxa" w:w="1728"/>
          </w:tcPr>
          <w:p>
            <w:r>
              <w:t>محمدحسین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Targhan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93**2**70*</w:t>
            </w:r>
          </w:p>
        </w:tc>
        <w:tc>
          <w:tcPr>
            <w:tcW w:type="dxa" w:w="1728"/>
          </w:tcPr>
          <w:p>
            <w:r>
              <w:t>Ali.M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9119040134</w:t>
            </w:r>
          </w:p>
        </w:tc>
        <w:tc>
          <w:tcPr>
            <w:tcW w:type="dxa" w:w="1728"/>
          </w:tcPr>
          <w:p>
            <w:r>
              <w:t>HOOman</w:t>
            </w:r>
          </w:p>
        </w:tc>
        <w:tc>
          <w:tcPr>
            <w:tcW w:type="dxa" w:w="1728"/>
          </w:tcPr>
          <w:p>
            <w:r>
              <w:t>Alizadeh</w:t>
            </w:r>
          </w:p>
        </w:tc>
        <w:tc>
          <w:tcPr>
            <w:tcW w:type="dxa" w:w="1728"/>
          </w:tcPr>
          <w:p>
            <w:r>
              <w:t>Hoooot69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91192031*7</w:t>
            </w:r>
          </w:p>
        </w:tc>
        <w:tc>
          <w:tcPr>
            <w:tcW w:type="dxa" w:w="1728"/>
          </w:tcPr>
          <w:p>
            <w:r>
              <w:t>S.m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Online3157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99137*41*2</w:t>
            </w:r>
          </w:p>
        </w:tc>
        <w:tc>
          <w:tcPr>
            <w:tcW w:type="dxa" w:w="1728"/>
          </w:tcPr>
          <w:p>
            <w:r>
              <w:t>mabhasenozdahom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933120*9*9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9119222*2*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Amol135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933*07*7*7</w:t>
            </w:r>
          </w:p>
        </w:tc>
        <w:tc>
          <w:tcPr>
            <w:tcW w:type="dxa" w:w="1728"/>
          </w:tcPr>
          <w:p>
            <w:r>
              <w:t>MOhamad.m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Khoda_0official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9010224929</w:t>
            </w:r>
          </w:p>
        </w:tc>
        <w:tc>
          <w:tcPr>
            <w:tcW w:type="dxa" w:w="1728"/>
          </w:tcPr>
          <w:p>
            <w:r>
              <w:t>dehghan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911113****</w:t>
            </w:r>
          </w:p>
        </w:tc>
        <w:tc>
          <w:tcPr>
            <w:tcW w:type="dxa" w:w="1728"/>
          </w:tcPr>
          <w:p>
            <w:r>
              <w:t>˙·٠•●♥ Ƹ̵̡Ӝ̵̨̄Ʒݦڔصاد Ƹ̵̡Ӝ̵̨̄Ʒ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919*117200</w:t>
            </w:r>
          </w:p>
        </w:tc>
        <w:tc>
          <w:tcPr>
            <w:tcW w:type="dxa" w:w="1728"/>
          </w:tcPr>
          <w:p>
            <w:r>
              <w:t>املاک دنج</w:t>
            </w:r>
          </w:p>
        </w:tc>
        <w:tc>
          <w:tcPr>
            <w:tcW w:type="dxa" w:w="1728"/>
          </w:tcPr>
          <w:p>
            <w:r>
              <w:t>شمال</w:t>
            </w:r>
          </w:p>
        </w:tc>
        <w:tc>
          <w:tcPr>
            <w:tcW w:type="dxa" w:w="1728"/>
          </w:tcPr>
          <w:p>
            <w:r>
              <w:t>M_7200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9199117103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Rezabbbbbb24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90294*2*3*</w:t>
            </w:r>
          </w:p>
        </w:tc>
        <w:tc>
          <w:tcPr>
            <w:tcW w:type="dxa" w:w="1728"/>
          </w:tcPr>
          <w:p>
            <w:r>
              <w:t>Amir Kosari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kosari_realtor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91143*100*</w:t>
            </w:r>
          </w:p>
        </w:tc>
        <w:tc>
          <w:tcPr>
            <w:tcW w:type="dxa" w:w="1728"/>
          </w:tcPr>
          <w:p>
            <w:r>
              <w:t>Hasan Kanani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91**27***2</w:t>
            </w:r>
          </w:p>
        </w:tc>
        <w:tc>
          <w:tcPr>
            <w:tcW w:type="dxa" w:w="1728"/>
          </w:tcPr>
          <w:p>
            <w:r>
              <w:t>Yazdan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gavad5852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91143*3029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Hamed3029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9111203012</w:t>
            </w:r>
          </w:p>
        </w:tc>
        <w:tc>
          <w:tcPr>
            <w:tcW w:type="dxa" w:w="1728"/>
          </w:tcPr>
          <w:p>
            <w:r>
              <w:t>MJ</w:t>
            </w:r>
          </w:p>
        </w:tc>
        <w:tc>
          <w:tcPr>
            <w:tcW w:type="dxa" w:w="1728"/>
          </w:tcPr>
          <w:p>
            <w:r>
              <w:t>Jahadi</w:t>
            </w:r>
          </w:p>
        </w:tc>
        <w:tc>
          <w:tcPr>
            <w:tcW w:type="dxa" w:w="1728"/>
          </w:tcPr>
          <w:p>
            <w:r>
              <w:t>MJ_jahadi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9119213*3*</w:t>
            </w:r>
          </w:p>
        </w:tc>
        <w:tc>
          <w:tcPr>
            <w:tcW w:type="dxa" w:w="1728"/>
          </w:tcPr>
          <w:p>
            <w:r>
              <w:t>Ali Nikpoor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93734**7**</w:t>
            </w:r>
          </w:p>
        </w:tc>
        <w:tc>
          <w:tcPr>
            <w:tcW w:type="dxa" w:w="1728"/>
          </w:tcPr>
          <w:p>
            <w:r>
              <w:t>Mohammadreza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Mohammadreza000gh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9117370432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ramin8836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93911**32*</w:t>
            </w:r>
          </w:p>
        </w:tc>
        <w:tc>
          <w:tcPr>
            <w:tcW w:type="dxa" w:w="1728"/>
          </w:tcPr>
          <w:p>
            <w:r>
              <w:t>Amir 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Amirali_6326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  <w:tr>
        <w:tc>
          <w:tcPr>
            <w:tcW w:type="dxa" w:w="1728"/>
          </w:tcPr>
          <w:p>
            <w:r>
              <w:t>9113974*42</w:t>
            </w:r>
          </w:p>
        </w:tc>
        <w:tc>
          <w:tcPr>
            <w:tcW w:type="dxa" w:w="1728"/>
          </w:tcPr>
          <w:p>
            <w:r>
              <w:t>(فقط خدا)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Nasiri_k2</w:t>
            </w:r>
          </w:p>
        </w:tc>
        <w:tc>
          <w:tcPr>
            <w:tcW w:type="dxa" w:w="1728"/>
          </w:tcPr>
          <w:p>
            <w:r>
              <w:t>▶ابرگروه مشاورین املاک شمال◀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ابرگروه مشاورین املاک شمال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