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آکادمی پوست و مو زیبایی هیلداس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آکادمی پوست و مو زیبایی هیلداس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91****2330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9027*0*720</w:t>
            </w:r>
          </w:p>
        </w:tc>
        <w:tc>
          <w:tcPr>
            <w:tcW w:type="dxa" w:w="1728"/>
          </w:tcPr>
          <w:p>
            <w:r>
              <w:t>m.k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ghorbatkadeh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9192*97214</w:t>
            </w:r>
          </w:p>
        </w:tc>
        <w:tc>
          <w:tcPr>
            <w:tcW w:type="dxa" w:w="1728"/>
          </w:tcPr>
          <w:p>
            <w:r>
              <w:t>?asieh</w:t>
            </w:r>
          </w:p>
        </w:tc>
        <w:tc>
          <w:tcPr>
            <w:tcW w:type="dxa" w:w="1728"/>
          </w:tcPr>
          <w:p>
            <w:r>
              <w:t>?M</w:t>
            </w:r>
          </w:p>
        </w:tc>
        <w:tc>
          <w:tcPr>
            <w:tcW w:type="dxa" w:w="1728"/>
          </w:tcPr>
          <w:p>
            <w:r>
              <w:t>Lovely139598AAa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933449*033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HSsN110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93021314*2</w:t>
            </w:r>
          </w:p>
        </w:tc>
        <w:tc>
          <w:tcPr>
            <w:tcW w:type="dxa" w:w="1728"/>
          </w:tcPr>
          <w:p>
            <w:r>
              <w:t>شیری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Tshiri961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99037770**</w:t>
            </w:r>
          </w:p>
        </w:tc>
        <w:tc>
          <w:tcPr>
            <w:tcW w:type="dxa" w:w="1728"/>
          </w:tcPr>
          <w:p>
            <w:r>
              <w:t>تکتاز💜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Takknamm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9301770**9</w:t>
            </w:r>
          </w:p>
        </w:tc>
        <w:tc>
          <w:tcPr>
            <w:tcW w:type="dxa" w:w="1728"/>
          </w:tcPr>
          <w:p>
            <w:r>
              <w:t>sare</w:t>
            </w:r>
          </w:p>
        </w:tc>
        <w:tc>
          <w:tcPr>
            <w:tcW w:type="dxa" w:w="1728"/>
          </w:tcPr>
          <w:p>
            <w:r>
              <w:t>shahzeydi</w:t>
            </w:r>
          </w:p>
        </w:tc>
        <w:tc>
          <w:tcPr>
            <w:tcW w:type="dxa" w:w="1728"/>
          </w:tcPr>
          <w:p>
            <w:r>
              <w:t>Sareshahzeydi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93*10**497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طلوعی</w:t>
            </w:r>
          </w:p>
        </w:tc>
        <w:tc>
          <w:tcPr>
            <w:tcW w:type="dxa" w:w="1728"/>
          </w:tcPr>
          <w:p>
            <w:r>
              <w:t>reza_toloueii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93***3*10*</w:t>
            </w:r>
          </w:p>
        </w:tc>
        <w:tc>
          <w:tcPr>
            <w:tcW w:type="dxa" w:w="1728"/>
          </w:tcPr>
          <w:p>
            <w:r>
              <w:t>Masoomeh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>
              <w:t>MasuumehNazari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933*939*1*</w:t>
            </w:r>
          </w:p>
        </w:tc>
        <w:tc>
          <w:tcPr>
            <w:tcW w:type="dxa" w:w="1728"/>
          </w:tcPr>
          <w:p>
            <w:r>
              <w:t>Nafiseh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nafiseh_8018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91337*430*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93*344*9*3</w:t>
            </w:r>
          </w:p>
        </w:tc>
        <w:tc>
          <w:tcPr>
            <w:tcW w:type="dxa" w:w="1728"/>
          </w:tcPr>
          <w:p>
            <w:r>
              <w:t>امینه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Amineh1356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99103*0*3*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Sekoote1234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9392*9*141</w:t>
            </w:r>
          </w:p>
        </w:tc>
        <w:tc>
          <w:tcPr>
            <w:tcW w:type="dxa" w:w="1728"/>
          </w:tcPr>
          <w:p>
            <w:r>
              <w:t>بانو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hovalhag888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9913291*39</w:t>
            </w:r>
          </w:p>
        </w:tc>
        <w:tc>
          <w:tcPr>
            <w:tcW w:type="dxa" w:w="1728"/>
          </w:tcPr>
          <w:p>
            <w:r>
              <w:t>Fm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Morad1368i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913*4*7***</w:t>
            </w:r>
          </w:p>
        </w:tc>
        <w:tc>
          <w:tcPr>
            <w:tcW w:type="dxa" w:w="1728"/>
          </w:tcPr>
          <w:p>
            <w:r>
              <w:t>طب سوزنی زیبایی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Tebesoozani135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914*9*3*4*</w:t>
            </w:r>
          </w:p>
        </w:tc>
        <w:tc>
          <w:tcPr>
            <w:tcW w:type="dxa" w:w="1728"/>
          </w:tcPr>
          <w:p>
            <w:r>
              <w:t>عشقم</w:t>
            </w:r>
          </w:p>
        </w:tc>
        <w:tc>
          <w:tcPr>
            <w:tcW w:type="dxa" w:w="1728"/>
          </w:tcPr>
          <w:p>
            <w:r>
              <w:t>پسرم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9139**97*9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Minaa71a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9127*3*341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Mabakhshe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9904*412*7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91*7120*22</w:t>
            </w:r>
          </w:p>
        </w:tc>
        <w:tc>
          <w:tcPr>
            <w:tcW w:type="dxa" w:w="1728"/>
          </w:tcPr>
          <w:p>
            <w:r>
              <w:t>مهندس رنجبر</w:t>
            </w:r>
          </w:p>
        </w:tc>
        <w:tc>
          <w:tcPr>
            <w:tcW w:type="dxa" w:w="1728"/>
          </w:tcPr>
          <w:p>
            <w:r>
              <w:t>09167120622</w:t>
            </w:r>
          </w:p>
        </w:tc>
        <w:tc>
          <w:tcPr>
            <w:tcW w:type="dxa" w:w="1728"/>
          </w:tcPr>
          <w:p>
            <w:r>
              <w:t>Yranjbar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9370**4**1</w:t>
            </w:r>
          </w:p>
        </w:tc>
        <w:tc>
          <w:tcPr>
            <w:tcW w:type="dxa" w:w="1728"/>
          </w:tcPr>
          <w:p>
            <w:r>
              <w:t>Viator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Viator1100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93*2242402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93***01731</w:t>
            </w:r>
          </w:p>
        </w:tc>
        <w:tc>
          <w:tcPr>
            <w:tcW w:type="dxa" w:w="1728"/>
          </w:tcPr>
          <w:p>
            <w:r>
              <w:t>تغییرات شماره تماس را در بیوگرافی دنبال کنید.</w:t>
            </w:r>
          </w:p>
        </w:tc>
        <w:tc>
          <w:tcPr>
            <w:tcW w:type="dxa" w:w="1728"/>
          </w:tcPr>
          <w:p>
            <w:r>
              <w:t>?09391700914?09159449976?</w:t>
            </w:r>
          </w:p>
        </w:tc>
        <w:tc>
          <w:tcPr>
            <w:tcW w:type="dxa" w:w="1728"/>
          </w:tcPr>
          <w:p>
            <w:r>
              <w:t>mrparsaee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919*2*70*2</w:t>
            </w:r>
          </w:p>
        </w:tc>
        <w:tc>
          <w:tcPr>
            <w:tcW w:type="dxa" w:w="1728"/>
          </w:tcPr>
          <w:p>
            <w:r>
              <w:t>Sh.N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Shabnam_Nasiri_Academy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913*390*32</w:t>
            </w:r>
          </w:p>
        </w:tc>
        <w:tc>
          <w:tcPr>
            <w:tcW w:type="dxa" w:w="1728"/>
          </w:tcPr>
          <w:p>
            <w:r>
              <w:t>سهند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912930217*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91293*9033</w:t>
            </w:r>
          </w:p>
        </w:tc>
        <w:tc>
          <w:tcPr>
            <w:tcW w:type="dxa" w:w="1728"/>
          </w:tcPr>
          <w:p>
            <w:r>
              <w:t>مهندس بیاتی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902*0*1397</w:t>
            </w:r>
          </w:p>
        </w:tc>
        <w:tc>
          <w:tcPr>
            <w:tcW w:type="dxa" w:w="1728"/>
          </w:tcPr>
          <w:p>
            <w:r>
              <w:t>فریمه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93*47*0012</w:t>
            </w:r>
          </w:p>
        </w:tc>
        <w:tc>
          <w:tcPr>
            <w:tcW w:type="dxa" w:w="1728"/>
          </w:tcPr>
          <w:p>
            <w:r>
              <w:t>rAs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Ras33pasalanid77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912*9*3*0*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Bayati</w:t>
            </w:r>
          </w:p>
        </w:tc>
        <w:tc>
          <w:tcPr>
            <w:tcW w:type="dxa" w:w="1728"/>
          </w:tcPr>
          <w:p>
            <w:r>
              <w:t>Maryam_Bayatii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91*911923*</w:t>
            </w:r>
          </w:p>
        </w:tc>
        <w:tc>
          <w:tcPr>
            <w:tcW w:type="dxa" w:w="1728"/>
          </w:tcPr>
          <w:p>
            <w:r>
              <w:t>حسین غلامی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m_a_gholami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93***42202</w:t>
            </w:r>
          </w:p>
        </w:tc>
        <w:tc>
          <w:tcPr>
            <w:tcW w:type="dxa" w:w="1728"/>
          </w:tcPr>
          <w:p>
            <w:r>
              <w:t>خدا برایم کافیست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Z_sara2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9123440*3*</w:t>
            </w:r>
          </w:p>
        </w:tc>
        <w:tc>
          <w:tcPr>
            <w:tcW w:type="dxa" w:w="1728"/>
          </w:tcPr>
          <w:p>
            <w:r>
              <w:t>F-</w:t>
            </w:r>
          </w:p>
        </w:tc>
        <w:tc>
          <w:tcPr>
            <w:tcW w:type="dxa" w:w="1728"/>
          </w:tcPr>
          <w:p>
            <w:r>
              <w:t>Mehraban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91277*313*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Fatemeh_ayoubii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93**9**794</w:t>
            </w:r>
          </w:p>
        </w:tc>
        <w:tc>
          <w:tcPr>
            <w:tcW w:type="dxa" w:w="1728"/>
          </w:tcPr>
          <w:p>
            <w:r>
              <w:t>Abdolmaleki</w:t>
            </w:r>
          </w:p>
        </w:tc>
        <w:tc>
          <w:tcPr>
            <w:tcW w:type="dxa" w:w="1728"/>
          </w:tcPr>
          <w:p>
            <w:r>
              <w:t>Itman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917301099*</w:t>
            </w:r>
          </w:p>
        </w:tc>
        <w:tc>
          <w:tcPr>
            <w:tcW w:type="dxa" w:w="1728"/>
          </w:tcPr>
          <w:p>
            <w:r>
              <w:t>زارعی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9211*391*0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Vahidasia2020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91330201*2</w:t>
            </w:r>
          </w:p>
        </w:tc>
        <w:tc>
          <w:tcPr>
            <w:tcW w:type="dxa" w:w="1728"/>
          </w:tcPr>
          <w:p>
            <w:r>
              <w:t>Fereshte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913302**13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912*92413*</w:t>
            </w:r>
          </w:p>
        </w:tc>
        <w:tc>
          <w:tcPr>
            <w:tcW w:type="dxa" w:w="1728"/>
          </w:tcPr>
          <w:p>
            <w:r>
              <w:t>Mahdie</w:t>
            </w:r>
          </w:p>
        </w:tc>
        <w:tc>
          <w:tcPr>
            <w:tcW w:type="dxa" w:w="1728"/>
          </w:tcPr>
          <w:p>
            <w:r>
              <w:t>Sereshki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9124392991</w:t>
            </w:r>
          </w:p>
        </w:tc>
        <w:tc>
          <w:tcPr>
            <w:tcW w:type="dxa" w:w="1728"/>
          </w:tcPr>
          <w:p>
            <w:r>
              <w:t>ف.سیف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Safezadeh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922241*37*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>
              <w:t>hadadi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93*4729***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933*41**19</w:t>
            </w:r>
          </w:p>
        </w:tc>
        <w:tc>
          <w:tcPr>
            <w:tcW w:type="dxa" w:w="1728"/>
          </w:tcPr>
          <w:p>
            <w:r>
              <w:t>Alieh</w:t>
            </w:r>
          </w:p>
        </w:tc>
        <w:tc>
          <w:tcPr>
            <w:tcW w:type="dxa" w:w="1728"/>
          </w:tcPr>
          <w:p>
            <w:r>
              <w:t>Fakhri</w:t>
            </w:r>
          </w:p>
        </w:tc>
        <w:tc>
          <w:tcPr>
            <w:tcW w:type="dxa" w:w="1728"/>
          </w:tcPr>
          <w:p>
            <w:r>
              <w:t>hopefsantin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9337*271*1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9907**9023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9114*10397</w:t>
            </w:r>
          </w:p>
        </w:tc>
        <w:tc>
          <w:tcPr>
            <w:tcW w:type="dxa" w:w="1728"/>
          </w:tcPr>
          <w:p>
            <w:r>
              <w:t>حیدر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Gilan1000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9919237*32</w:t>
            </w:r>
          </w:p>
        </w:tc>
        <w:tc>
          <w:tcPr>
            <w:tcW w:type="dxa" w:w="1728"/>
          </w:tcPr>
          <w:p>
            <w:r>
              <w:t>?اپراتورسبک زندگی اسلامی</w:t>
            </w:r>
          </w:p>
        </w:tc>
        <w:tc>
          <w:tcPr>
            <w:tcW w:type="dxa" w:w="1728"/>
          </w:tcPr>
          <w:p>
            <w:r>
              <w:t>?09919237832?</w:t>
            </w:r>
          </w:p>
        </w:tc>
        <w:tc>
          <w:tcPr>
            <w:tcW w:type="dxa" w:w="1728"/>
          </w:tcPr>
          <w:p>
            <w:r>
              <w:t>Taklis313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9192494*9*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Panahpouri</w:t>
            </w:r>
          </w:p>
        </w:tc>
        <w:tc>
          <w:tcPr>
            <w:tcW w:type="dxa" w:w="1728"/>
          </w:tcPr>
          <w:p>
            <w:r>
              <w:t>Panahishtn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91970***0*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s347a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912*237**0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moderiatfrosh1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937407*997</w:t>
            </w:r>
          </w:p>
        </w:tc>
        <w:tc>
          <w:tcPr>
            <w:tcW w:type="dxa" w:w="1728"/>
          </w:tcPr>
          <w:p>
            <w:r>
              <w:t>N.GH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9122*13**1</w:t>
            </w:r>
          </w:p>
        </w:tc>
        <w:tc>
          <w:tcPr>
            <w:tcW w:type="dxa" w:w="1728"/>
          </w:tcPr>
          <w:p>
            <w:r>
              <w:t>پرنده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939*9*971*</w:t>
            </w:r>
          </w:p>
        </w:tc>
        <w:tc>
          <w:tcPr>
            <w:tcW w:type="dxa" w:w="1728"/>
          </w:tcPr>
          <w:p>
            <w:r>
              <w:t>واحد فروش کیمیای سلامت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ksalamat_sefaresh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9122*9*249</w:t>
            </w:r>
          </w:p>
        </w:tc>
        <w:tc>
          <w:tcPr>
            <w:tcW w:type="dxa" w:w="1728"/>
          </w:tcPr>
          <w:p>
            <w:r>
              <w:t>Mirkarimi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Sj_mirkarimi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91*449***1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Kani9287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91*392990*</w:t>
            </w:r>
          </w:p>
        </w:tc>
        <w:tc>
          <w:tcPr>
            <w:tcW w:type="dxa" w:w="1728"/>
          </w:tcPr>
          <w:p>
            <w:r>
              <w:t>سیده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Moshavermohamady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919424**23</w:t>
            </w:r>
          </w:p>
        </w:tc>
        <w:tc>
          <w:tcPr>
            <w:tcW w:type="dxa" w:w="1728"/>
          </w:tcPr>
          <w:p>
            <w:r>
              <w:t>Haref</w:t>
            </w:r>
          </w:p>
        </w:tc>
        <w:tc>
          <w:tcPr>
            <w:tcW w:type="dxa" w:w="1728"/>
          </w:tcPr>
          <w:p>
            <w:r>
              <w:t>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91**7*92*4</w:t>
            </w:r>
          </w:p>
        </w:tc>
        <w:tc>
          <w:tcPr>
            <w:tcW w:type="dxa" w:w="1728"/>
          </w:tcPr>
          <w:p>
            <w:r>
              <w:t>Mohadese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zeinab1363karami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93*9204793</w:t>
            </w:r>
          </w:p>
        </w:tc>
        <w:tc>
          <w:tcPr>
            <w:tcW w:type="dxa" w:w="1728"/>
          </w:tcPr>
          <w:p>
            <w:r>
              <w:t>M.T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taghvaie2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93*33*4***</w:t>
            </w:r>
          </w:p>
        </w:tc>
        <w:tc>
          <w:tcPr>
            <w:tcW w:type="dxa" w:w="1728"/>
          </w:tcPr>
          <w:p>
            <w:r>
              <w:t>Nick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Majid3237220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912799*0*3</w:t>
            </w:r>
          </w:p>
        </w:tc>
        <w:tc>
          <w:tcPr>
            <w:tcW w:type="dxa" w:w="1728"/>
          </w:tcPr>
          <w:p>
            <w:r>
              <w:t>doust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Doust113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93**74***4</w:t>
            </w:r>
          </w:p>
        </w:tc>
        <w:tc>
          <w:tcPr>
            <w:tcW w:type="dxa" w:w="1728"/>
          </w:tcPr>
          <w:p>
            <w:r>
              <w:t>یا ابوالفضل ادرکنی</w:t>
            </w:r>
          </w:p>
        </w:tc>
        <w:tc>
          <w:tcPr>
            <w:tcW w:type="dxa" w:w="1728"/>
          </w:tcPr>
          <w:p>
            <w:r>
              <w:t>مهر درمانی اب درمانی،درمان،بیماریها باایات الهی وحروف،ابجد وقران</w:t>
            </w:r>
          </w:p>
        </w:tc>
        <w:tc>
          <w:tcPr>
            <w:tcW w:type="dxa" w:w="1728"/>
          </w:tcPr>
          <w:p>
            <w:r>
              <w:t>Wwweew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912101*24*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91*9043*44</w:t>
            </w:r>
          </w:p>
        </w:tc>
        <w:tc>
          <w:tcPr>
            <w:tcW w:type="dxa" w:w="1728"/>
          </w:tcPr>
          <w:p>
            <w:r>
              <w:t>علی پاشایی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9032**120*</w:t>
            </w:r>
          </w:p>
        </w:tc>
        <w:tc>
          <w:tcPr>
            <w:tcW w:type="dxa" w:w="1728"/>
          </w:tcPr>
          <w:p>
            <w:r>
              <w:t>سالار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T1351ezati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93321**49*</w:t>
            </w:r>
          </w:p>
        </w:tc>
        <w:tc>
          <w:tcPr>
            <w:tcW w:type="dxa" w:w="1728"/>
          </w:tcPr>
          <w:p>
            <w:r>
              <w:t>F💖J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937*013230</w:t>
            </w:r>
          </w:p>
        </w:tc>
        <w:tc>
          <w:tcPr>
            <w:tcW w:type="dxa" w:w="1728"/>
          </w:tcPr>
          <w:p>
            <w:r>
              <w:t>منتقم مظلومان خواهد آمد منتظرصیحه ی آسمانی باشید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Yaahadii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912***0072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>
              <w:t>Nikmaram</w:t>
            </w:r>
          </w:p>
        </w:tc>
        <w:tc>
          <w:tcPr>
            <w:tcW w:type="dxa" w:w="1728"/>
          </w:tcPr>
          <w:p>
            <w:r>
              <w:t>MN11755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91717124**</w:t>
            </w:r>
          </w:p>
        </w:tc>
        <w:tc>
          <w:tcPr>
            <w:tcW w:type="dxa" w:w="1728"/>
          </w:tcPr>
          <w:p>
            <w:r>
              <w:t>امین زالی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9101209420</w:t>
            </w:r>
          </w:p>
        </w:tc>
        <w:tc>
          <w:tcPr>
            <w:tcW w:type="dxa" w:w="1728"/>
          </w:tcPr>
          <w:p>
            <w:r>
              <w:t>بیدار پلاست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bidari1209420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93*4*7**40</w:t>
            </w:r>
          </w:p>
        </w:tc>
        <w:tc>
          <w:tcPr>
            <w:tcW w:type="dxa" w:w="1728"/>
          </w:tcPr>
          <w:p>
            <w:r>
              <w:t>محمدقاسم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M0hammadG53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9177*40*0*</w:t>
            </w:r>
          </w:p>
        </w:tc>
        <w:tc>
          <w:tcPr>
            <w:tcW w:type="dxa" w:w="1728"/>
          </w:tcPr>
          <w:p>
            <w:r>
              <w:t>اعتمادمثل یه کاغذکه اگه مچاله بشه میشه صافش کردولی هیچ وقت مثل 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ao9zeeeeee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93*97*1*42</w:t>
            </w:r>
          </w:p>
        </w:tc>
        <w:tc>
          <w:tcPr>
            <w:tcW w:type="dxa" w:w="1728"/>
          </w:tcPr>
          <w:p>
            <w:r>
              <w:t>ida</w:t>
            </w:r>
          </w:p>
        </w:tc>
        <w:tc>
          <w:tcPr>
            <w:tcW w:type="dxa" w:w="1728"/>
          </w:tcPr>
          <w:p>
            <w:r>
              <w:t>kz</w:t>
            </w:r>
          </w:p>
        </w:tc>
        <w:tc>
          <w:tcPr>
            <w:tcW w:type="dxa" w:w="1728"/>
          </w:tcPr>
          <w:p>
            <w:r>
              <w:t>ida_kz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91993*9177</w:t>
            </w:r>
          </w:p>
        </w:tc>
        <w:tc>
          <w:tcPr>
            <w:tcW w:type="dxa" w:w="1728"/>
          </w:tcPr>
          <w:p>
            <w:r>
              <w:t>Jamil</w:t>
            </w:r>
          </w:p>
        </w:tc>
        <w:tc>
          <w:tcPr>
            <w:tcW w:type="dxa" w:w="1728"/>
          </w:tcPr>
          <w:p>
            <w:r>
              <w:t>Bano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91270*2*47</w:t>
            </w:r>
          </w:p>
        </w:tc>
        <w:tc>
          <w:tcPr>
            <w:tcW w:type="dxa" w:w="1728"/>
          </w:tcPr>
          <w:p>
            <w:r>
              <w:t>ñįłõõ.</w:t>
            </w:r>
          </w:p>
        </w:tc>
        <w:tc>
          <w:tcPr>
            <w:tcW w:type="dxa" w:w="1728"/>
          </w:tcPr>
          <w:p>
            <w:r>
              <w:t>hdr</w:t>
            </w:r>
          </w:p>
        </w:tc>
        <w:tc>
          <w:tcPr>
            <w:tcW w:type="dxa" w:w="1728"/>
          </w:tcPr>
          <w:p>
            <w:r>
              <w:t>niloofar_hdr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9193023272</w:t>
            </w:r>
          </w:p>
        </w:tc>
        <w:tc>
          <w:tcPr>
            <w:tcW w:type="dxa" w:w="1728"/>
          </w:tcPr>
          <w:p>
            <w:r>
              <w:t>ats_</w:t>
            </w:r>
          </w:p>
        </w:tc>
        <w:tc>
          <w:tcPr>
            <w:tcW w:type="dxa" w:w="1728"/>
          </w:tcPr>
          <w:p>
            <w:r>
              <w:t>Rhm</w:t>
            </w:r>
          </w:p>
        </w:tc>
        <w:tc>
          <w:tcPr>
            <w:tcW w:type="dxa" w:w="1728"/>
          </w:tcPr>
          <w:p>
            <w:r>
              <w:t>ats_rhm62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91*2343749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Matin3749</w:t>
            </w:r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  <w:tr>
        <w:tc>
          <w:tcPr>
            <w:tcW w:type="dxa" w:w="1728"/>
          </w:tcPr>
          <w:p>
            <w:r>
              <w:t>91332327**</w:t>
            </w:r>
          </w:p>
        </w:tc>
        <w:tc>
          <w:tcPr>
            <w:tcW w:type="dxa" w:w="1728"/>
          </w:tcPr>
          <w:p>
            <w:r>
              <w:t>D***gh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آکادمی پوست و مو زیبایی هیلداس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آکادمی پوست و مو زیبایی هیلداس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