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آموزش نرم افزارهای معدنی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آموزش نرم افزارهای معدنی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91473*4104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M_mahdavi65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912*177100</w:t>
            </w:r>
          </w:p>
        </w:tc>
        <w:tc>
          <w:tcPr>
            <w:tcW w:type="dxa" w:w="1728"/>
          </w:tcPr>
          <w:p>
            <w:r>
              <w:t>rajabi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paleontologist1063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9031*9****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Shk</w:t>
            </w:r>
          </w:p>
        </w:tc>
        <w:tc>
          <w:tcPr>
            <w:tcW w:type="dxa" w:w="1728"/>
          </w:tcPr>
          <w:p>
            <w:r>
              <w:t>eshk1986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91*2*3**24</w:t>
            </w:r>
          </w:p>
        </w:tc>
        <w:tc>
          <w:tcPr>
            <w:tcW w:type="dxa" w:w="1728"/>
          </w:tcPr>
          <w:p>
            <w:r>
              <w:t>Pourya shams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MohammadShamsi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9302*70*97</w:t>
            </w:r>
          </w:p>
        </w:tc>
        <w:tc>
          <w:tcPr>
            <w:tcW w:type="dxa" w:w="1728"/>
          </w:tcPr>
          <w:p>
            <w:r>
              <w:t>channel mining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l_Iove_you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9904*70240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Pinto977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9037397*79</w:t>
            </w:r>
          </w:p>
        </w:tc>
        <w:tc>
          <w:tcPr>
            <w:tcW w:type="dxa" w:w="1728"/>
          </w:tcPr>
          <w:p>
            <w:r>
              <w:t>B.H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91232*7930</w:t>
            </w:r>
          </w:p>
        </w:tc>
        <w:tc>
          <w:tcPr>
            <w:tcW w:type="dxa" w:w="1728"/>
          </w:tcPr>
          <w:p>
            <w:r>
              <w:t>NK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Mineland7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93*72*4302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9379*4*124</w:t>
            </w:r>
          </w:p>
        </w:tc>
        <w:tc>
          <w:tcPr>
            <w:tcW w:type="dxa" w:w="1728"/>
          </w:tcPr>
          <w:p>
            <w:r>
              <w:t>Mobile</w:t>
            </w:r>
          </w:p>
        </w:tc>
        <w:tc>
          <w:tcPr>
            <w:tcW w:type="dxa" w:w="1728"/>
          </w:tcPr>
          <w:p>
            <w:r>
              <w:t>Masava</w:t>
            </w:r>
          </w:p>
        </w:tc>
        <w:tc>
          <w:tcPr>
            <w:tcW w:type="dxa" w:w="1728"/>
          </w:tcPr>
          <w:p>
            <w:r>
              <w:t>Mobilev2rang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912223**72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>
              <w:t>Aghajani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912104009*</w:t>
            </w:r>
          </w:p>
        </w:tc>
        <w:tc>
          <w:tcPr>
            <w:tcW w:type="dxa" w:w="1728"/>
          </w:tcPr>
          <w:p>
            <w:r>
              <w:t>Bahman</w:t>
            </w:r>
          </w:p>
        </w:tc>
        <w:tc>
          <w:tcPr>
            <w:tcW w:type="dxa" w:w="1728"/>
          </w:tcPr>
          <w:p>
            <w:r>
              <w:t>mirzapour</w:t>
            </w:r>
          </w:p>
        </w:tc>
        <w:tc>
          <w:tcPr>
            <w:tcW w:type="dxa" w:w="1728"/>
          </w:tcPr>
          <w:p>
            <w:r>
              <w:t>Bahmanmirzapour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90113**139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RezaH1403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9147*7704*</w:t>
            </w:r>
          </w:p>
        </w:tc>
        <w:tc>
          <w:tcPr>
            <w:tcW w:type="dxa" w:w="1728"/>
          </w:tcPr>
          <w:p>
            <w:r>
              <w:t>Pouya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pouya_nobahar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912*3*3***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HASHEMI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9170*1*9**</w:t>
            </w:r>
          </w:p>
        </w:tc>
        <w:tc>
          <w:tcPr>
            <w:tcW w:type="dxa" w:w="1728"/>
          </w:tcPr>
          <w:p>
            <w:r>
              <w:t>mpkniat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mpkniat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91491*4930</w:t>
            </w:r>
          </w:p>
        </w:tc>
        <w:tc>
          <w:tcPr>
            <w:tcW w:type="dxa" w:w="1728"/>
          </w:tcPr>
          <w:p>
            <w:r>
              <w:t>اکبر</w:t>
            </w:r>
          </w:p>
        </w:tc>
        <w:tc>
          <w:tcPr>
            <w:tcW w:type="dxa" w:w="1728"/>
          </w:tcPr>
          <w:p>
            <w:r>
              <w:t>فرتوت خواجه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937*1*391*</w:t>
            </w:r>
          </w:p>
        </w:tc>
        <w:tc>
          <w:tcPr>
            <w:tcW w:type="dxa" w:w="1728"/>
          </w:tcPr>
          <w:p>
            <w:r>
              <w:t>Mousa Yari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M_yari97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91****7*23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91*77*9*47</w:t>
            </w:r>
          </w:p>
        </w:tc>
        <w:tc>
          <w:tcPr>
            <w:tcW w:type="dxa" w:w="1728"/>
          </w:tcPr>
          <w:p>
            <w:r>
              <w:t>Seyedeh Golaleh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AUTSeyedehGolalehHosseini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93*10**472</w:t>
            </w:r>
          </w:p>
        </w:tc>
        <w:tc>
          <w:tcPr>
            <w:tcW w:type="dxa" w:w="1728"/>
          </w:tcPr>
          <w:p>
            <w:r>
              <w:t>Amir 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amirhossein_noruzi_nik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91**417127</w:t>
            </w:r>
          </w:p>
        </w:tc>
        <w:tc>
          <w:tcPr>
            <w:tcW w:type="dxa" w:w="1728"/>
          </w:tcPr>
          <w:p>
            <w:r>
              <w:t>Mr.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91414974*0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9122*1400*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Reilo_man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910497*3*9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Mahdi_ut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91*7*4**0*</w:t>
            </w:r>
          </w:p>
        </w:tc>
        <w:tc>
          <w:tcPr>
            <w:tcW w:type="dxa" w:w="1728"/>
          </w:tcPr>
          <w:p>
            <w:r>
              <w:t>O.Goli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9034201*10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Mojtaba1810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9109092*49</w:t>
            </w:r>
          </w:p>
        </w:tc>
        <w:tc>
          <w:tcPr>
            <w:tcW w:type="dxa" w:w="1728"/>
          </w:tcPr>
          <w:p>
            <w:r>
              <w:t>آریان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ariyabayat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9199133*40</w:t>
            </w:r>
          </w:p>
        </w:tc>
        <w:tc>
          <w:tcPr>
            <w:tcW w:type="dxa" w:w="1728"/>
          </w:tcPr>
          <w:p>
            <w:r>
              <w:t>S.Milad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S_Milad_Mohammadii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93****2730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shirazi</w:t>
            </w:r>
          </w:p>
        </w:tc>
        <w:tc>
          <w:tcPr>
            <w:tcW w:type="dxa" w:w="1728"/>
          </w:tcPr>
          <w:p>
            <w:r>
              <w:t>sajjadshirazii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919432*141</w:t>
            </w:r>
          </w:p>
        </w:tc>
        <w:tc>
          <w:tcPr>
            <w:tcW w:type="dxa" w:w="1728"/>
          </w:tcPr>
          <w:p>
            <w:r>
              <w:t>Amir Ho3in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AMIRHO3EIN_1998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9132727*7*</w:t>
            </w:r>
          </w:p>
        </w:tc>
        <w:tc>
          <w:tcPr>
            <w:tcW w:type="dxa" w:w="1728"/>
          </w:tcPr>
          <w:p>
            <w:r>
              <w:t>Zoheir</w:t>
            </w:r>
          </w:p>
        </w:tc>
        <w:tc>
          <w:tcPr>
            <w:tcW w:type="dxa" w:w="1728"/>
          </w:tcPr>
          <w:p>
            <w:r>
              <w:t>Sedaghati</w:t>
            </w:r>
          </w:p>
        </w:tc>
        <w:tc>
          <w:tcPr>
            <w:tcW w:type="dxa" w:w="1728"/>
          </w:tcPr>
          <w:p>
            <w:r>
              <w:t>Woodcarver121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9302037921</w:t>
            </w:r>
          </w:p>
        </w:tc>
        <w:tc>
          <w:tcPr>
            <w:tcW w:type="dxa" w:w="1728"/>
          </w:tcPr>
          <w:p>
            <w:r>
              <w:t>ℳ𝒶𝒿𝒾𝒹 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MAJID_NICE_DENTAL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9217**2*29</w:t>
            </w:r>
          </w:p>
        </w:tc>
        <w:tc>
          <w:tcPr>
            <w:tcW w:type="dxa" w:w="1728"/>
          </w:tcPr>
          <w:p>
            <w:r>
              <w:t>Roozbeh</w:t>
            </w:r>
          </w:p>
        </w:tc>
        <w:tc>
          <w:tcPr>
            <w:tcW w:type="dxa" w:w="1728"/>
          </w:tcPr>
          <w:p>
            <w:r>
              <w:t>Abbasi</w:t>
            </w:r>
          </w:p>
        </w:tc>
        <w:tc>
          <w:tcPr>
            <w:tcW w:type="dxa" w:w="1728"/>
          </w:tcPr>
          <w:p>
            <w:r>
              <w:t>Roozbeh101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9100131423</w:t>
            </w:r>
          </w:p>
        </w:tc>
        <w:tc>
          <w:tcPr>
            <w:tcW w:type="dxa" w:w="1728"/>
          </w:tcPr>
          <w:p>
            <w:r>
              <w:t>ho$ein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blackdream1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912*0224*9</w:t>
            </w:r>
          </w:p>
        </w:tc>
        <w:tc>
          <w:tcPr>
            <w:tcW w:type="dxa" w:w="1728"/>
          </w:tcPr>
          <w:p>
            <w:r>
              <w:t>Vali</w:t>
            </w:r>
          </w:p>
        </w:tc>
        <w:tc>
          <w:tcPr>
            <w:tcW w:type="dxa" w:w="1728"/>
          </w:tcPr>
          <w:p>
            <w:r>
              <w:t>targhouie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91*7170923</w:t>
            </w:r>
          </w:p>
        </w:tc>
        <w:tc>
          <w:tcPr>
            <w:tcW w:type="dxa" w:w="1728"/>
          </w:tcPr>
          <w:p>
            <w:r>
              <w:t>a:v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91492391**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Pilot_AR_F5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9133***107</w:t>
            </w:r>
          </w:p>
        </w:tc>
        <w:tc>
          <w:tcPr>
            <w:tcW w:type="dxa" w:w="1728"/>
          </w:tcPr>
          <w:p>
            <w:r>
              <w:t>سام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mousavi124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91*2792*71</w:t>
            </w:r>
          </w:p>
        </w:tc>
        <w:tc>
          <w:tcPr>
            <w:tcW w:type="dxa" w:w="1728"/>
          </w:tcPr>
          <w:p>
            <w:r>
              <w:t>behrouz naroei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behrouznaroei1993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913230*334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Mohamadi</w:t>
            </w:r>
          </w:p>
        </w:tc>
        <w:tc>
          <w:tcPr>
            <w:tcW w:type="dxa" w:w="1728"/>
          </w:tcPr>
          <w:p>
            <w:r>
              <w:t>mprofit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91490*90*7</w:t>
            </w:r>
          </w:p>
        </w:tc>
        <w:tc>
          <w:tcPr>
            <w:tcW w:type="dxa" w:w="1728"/>
          </w:tcPr>
          <w:p>
            <w:r>
              <w:t>●▬▬๑۩۩๑meysam๑۩۩๑▬▬●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Meysam_8526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93*3*327*1</w:t>
            </w:r>
          </w:p>
        </w:tc>
        <w:tc>
          <w:tcPr>
            <w:tcW w:type="dxa" w:w="1728"/>
          </w:tcPr>
          <w:p>
            <w:r>
              <w:t>Modir106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modir106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91214*304*</w:t>
            </w:r>
          </w:p>
        </w:tc>
        <w:tc>
          <w:tcPr>
            <w:tcW w:type="dxa" w:w="1728"/>
          </w:tcPr>
          <w:p>
            <w:r>
              <w:t>Dr.</w:t>
            </w:r>
          </w:p>
        </w:tc>
        <w:tc>
          <w:tcPr>
            <w:tcW w:type="dxa" w:w="1728"/>
          </w:tcPr>
          <w:p>
            <w:r>
              <w:t>Khoshrou</w:t>
            </w:r>
          </w:p>
        </w:tc>
        <w:tc>
          <w:tcPr>
            <w:tcW w:type="dxa" w:w="1728"/>
          </w:tcPr>
          <w:p>
            <w:r>
              <w:t>DrKhoshrou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9199*04332</w:t>
            </w:r>
          </w:p>
        </w:tc>
        <w:tc>
          <w:tcPr>
            <w:tcW w:type="dxa" w:w="1728"/>
          </w:tcPr>
          <w:p>
            <w:r>
              <w:t>Mah🌙sa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M_Abin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93*7040021</w:t>
            </w:r>
          </w:p>
        </w:tc>
        <w:tc>
          <w:tcPr>
            <w:tcW w:type="dxa" w:w="1728"/>
          </w:tcPr>
          <w:p>
            <w:r>
              <w:t>.,.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s_jm67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91241**142</w:t>
            </w:r>
          </w:p>
        </w:tc>
        <w:tc>
          <w:tcPr>
            <w:tcW w:type="dxa" w:w="1728"/>
          </w:tcPr>
          <w:p>
            <w:r>
              <w:t>Farinaz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fari_naz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91007437*9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mohsenjokar70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93*117*9*0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>
              <w:t>Ehsanamini1365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917*212247</w:t>
            </w:r>
          </w:p>
        </w:tc>
        <w:tc>
          <w:tcPr>
            <w:tcW w:type="dxa" w:w="1728"/>
          </w:tcPr>
          <w:p>
            <w:r>
              <w:t>سید ابوالفضل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93*2307**0</w:t>
            </w:r>
          </w:p>
        </w:tc>
        <w:tc>
          <w:tcPr>
            <w:tcW w:type="dxa" w:w="1728"/>
          </w:tcPr>
          <w:p>
            <w:r>
              <w:t>Fareed</w:t>
            </w:r>
          </w:p>
        </w:tc>
        <w:tc>
          <w:tcPr>
            <w:tcW w:type="dxa" w:w="1728"/>
          </w:tcPr>
          <w:p>
            <w:r>
              <w:t>Rafie</w:t>
            </w:r>
          </w:p>
        </w:tc>
        <w:tc>
          <w:tcPr>
            <w:tcW w:type="dxa" w:w="1728"/>
          </w:tcPr>
          <w:p>
            <w:r>
              <w:t>FareedRafie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91****3*13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UN7227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9390374014</w:t>
            </w:r>
          </w:p>
        </w:tc>
        <w:tc>
          <w:tcPr>
            <w:tcW w:type="dxa" w:w="1728"/>
          </w:tcPr>
          <w:p>
            <w:r>
              <w:t>Soroush SNF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SeverusBlue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91*773001*</w:t>
            </w:r>
          </w:p>
        </w:tc>
        <w:tc>
          <w:tcPr>
            <w:tcW w:type="dxa" w:w="1728"/>
          </w:tcPr>
          <w:p>
            <w:r>
              <w:t>Diako BMZ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Diyakom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910**00*3*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Khalil4660398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93*3*72170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Rezaa_shiri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921*797349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EhsanEbrahimy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9104*99727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Mohhei1404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903*2912*2</w:t>
            </w:r>
          </w:p>
        </w:tc>
        <w:tc>
          <w:tcPr>
            <w:tcW w:type="dxa" w:w="1728"/>
          </w:tcPr>
          <w:p>
            <w:r>
              <w:t>JalalOrouji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JalalOrouji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913**40**1</w:t>
            </w:r>
          </w:p>
        </w:tc>
        <w:tc>
          <w:tcPr>
            <w:tcW w:type="dxa" w:w="1728"/>
          </w:tcPr>
          <w:p>
            <w:r>
              <w:t>malek</w:t>
            </w:r>
          </w:p>
        </w:tc>
        <w:tc>
          <w:tcPr>
            <w:tcW w:type="dxa" w:w="1728"/>
          </w:tcPr>
          <w:p>
            <w:r>
              <w:t>mollaie</w:t>
            </w:r>
          </w:p>
        </w:tc>
        <w:tc>
          <w:tcPr>
            <w:tcW w:type="dxa" w:w="1728"/>
          </w:tcPr>
          <w:p>
            <w:r>
              <w:t>malek_mollaie75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913**21*97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am_rahnama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93**243*3*</w:t>
            </w:r>
          </w:p>
        </w:tc>
        <w:tc>
          <w:tcPr>
            <w:tcW w:type="dxa" w:w="1728"/>
          </w:tcPr>
          <w:p>
            <w:r>
              <w:t>Kiyan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kiyan_karkhi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919993*437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Amirsh1996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9147*22191</w:t>
            </w:r>
          </w:p>
        </w:tc>
        <w:tc>
          <w:tcPr>
            <w:tcW w:type="dxa" w:w="1728"/>
          </w:tcPr>
          <w:p>
            <w:r>
              <w:t>H(S)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hadiuut1373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90117093**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Mine_1994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9332**2119</w:t>
            </w:r>
          </w:p>
        </w:tc>
        <w:tc>
          <w:tcPr>
            <w:tcW w:type="dxa" w:w="1728"/>
          </w:tcPr>
          <w:p>
            <w:r>
              <w:t>Cynthia_y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Cynthia_yb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914*7*3*7*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behiiiiiiiiii0011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9193*70*2*</w:t>
            </w:r>
          </w:p>
        </w:tc>
        <w:tc>
          <w:tcPr>
            <w:tcW w:type="dxa" w:w="1728"/>
          </w:tcPr>
          <w:p>
            <w:r>
              <w:t>KoorosH</w:t>
            </w:r>
          </w:p>
        </w:tc>
        <w:tc>
          <w:tcPr>
            <w:tcW w:type="dxa" w:w="1728"/>
          </w:tcPr>
          <w:p>
            <w:r>
              <w:t>BalaghY</w:t>
            </w:r>
          </w:p>
        </w:tc>
        <w:tc>
          <w:tcPr>
            <w:tcW w:type="dxa" w:w="1728"/>
          </w:tcPr>
          <w:p>
            <w:r>
              <w:t>KooroshBalaghy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93*4331027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mghb71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9377**1*3*</w:t>
            </w:r>
          </w:p>
        </w:tc>
        <w:tc>
          <w:tcPr>
            <w:tcW w:type="dxa" w:w="1728"/>
          </w:tcPr>
          <w:p>
            <w:r>
              <w:t>Khalil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Khalil_mohammadian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917*20*0**</w:t>
            </w:r>
          </w:p>
        </w:tc>
        <w:tc>
          <w:tcPr>
            <w:tcW w:type="dxa" w:w="1728"/>
          </w:tcPr>
          <w:p>
            <w:r>
              <w:t>S.</w:t>
            </w:r>
          </w:p>
        </w:tc>
        <w:tc>
          <w:tcPr>
            <w:tcW w:type="dxa" w:w="1728"/>
          </w:tcPr>
          <w:p>
            <w:r>
              <w:t>Nasrolahi</w:t>
            </w:r>
          </w:p>
        </w:tc>
        <w:tc>
          <w:tcPr>
            <w:tcW w:type="dxa" w:w="1728"/>
          </w:tcPr>
          <w:p>
            <w:r>
              <w:t>Saminnasrollahi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902*432**0</w:t>
            </w:r>
          </w:p>
        </w:tc>
        <w:tc>
          <w:tcPr>
            <w:tcW w:type="dxa" w:w="1728"/>
          </w:tcPr>
          <w:p>
            <w:r>
              <w:t>DASHTI KALANTAR.A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DKa1219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91*149740*</w:t>
            </w:r>
          </w:p>
        </w:tc>
        <w:tc>
          <w:tcPr>
            <w:tcW w:type="dxa" w:w="1728"/>
          </w:tcPr>
          <w:p>
            <w:r>
              <w:t>survey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pedram13688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91792*079*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Rezatavak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9221*3*1*0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Engineer_NASH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91227***40</w:t>
            </w:r>
          </w:p>
        </w:tc>
        <w:tc>
          <w:tcPr>
            <w:tcW w:type="dxa" w:w="1728"/>
          </w:tcPr>
          <w:p>
            <w:r>
              <w:t>Mohamad jaliloghli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jaliloghli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903*247*9*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AJZ9776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912*121440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Aminenvi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914**9244*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Alikhani10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  <w:tr>
        <w:tc>
          <w:tcPr>
            <w:tcW w:type="dxa" w:w="1728"/>
          </w:tcPr>
          <w:p>
            <w:r>
              <w:t>93*211**91</w:t>
            </w:r>
          </w:p>
        </w:tc>
        <w:tc>
          <w:tcPr>
            <w:tcW w:type="dxa" w:w="1728"/>
          </w:tcPr>
          <w:p>
            <w:r>
              <w:t>صفار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jsaffarj</w:t>
            </w:r>
          </w:p>
        </w:tc>
        <w:tc>
          <w:tcPr>
            <w:tcW w:type="dxa" w:w="1728"/>
          </w:tcPr>
          <w:p>
            <w:r>
              <w:t>آموزش نرم افزارهای معدنی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آموزش نرم افزارهای معدنی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