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آموزش نرم افزار ADS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آموزش نرم افزار ADS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93**33400*</w:t>
            </w:r>
          </w:p>
        </w:tc>
        <w:tc>
          <w:tcPr>
            <w:tcW w:type="dxa" w:w="1728"/>
          </w:tcPr>
          <w:p>
            <w:r>
              <w:t>Shadi</w:t>
            </w:r>
          </w:p>
        </w:tc>
        <w:tc>
          <w:tcPr>
            <w:tcW w:type="dxa" w:w="1728"/>
          </w:tcPr>
          <w:p>
            <w:r>
              <w:t>Mahdiani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912742*770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Khalili Rad</w:t>
            </w:r>
          </w:p>
        </w:tc>
        <w:tc>
          <w:tcPr>
            <w:tcW w:type="dxa" w:w="1728"/>
          </w:tcPr>
          <w:p>
            <w:r>
              <w:t>Hkh_Dretink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9147703129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922342*109</w:t>
            </w:r>
          </w:p>
        </w:tc>
        <w:tc>
          <w:tcPr>
            <w:tcW w:type="dxa" w:w="1728"/>
          </w:tcPr>
          <w:p>
            <w:r>
              <w:t>Vi</w:t>
            </w:r>
          </w:p>
        </w:tc>
        <w:tc>
          <w:tcPr>
            <w:tcW w:type="dxa" w:w="1728"/>
          </w:tcPr>
          <w:p>
            <w:r>
              <w:t>Vante</w:t>
            </w:r>
          </w:p>
        </w:tc>
        <w:tc>
          <w:tcPr>
            <w:tcW w:type="dxa" w:w="1728"/>
          </w:tcPr>
          <w:p>
            <w:r>
              <w:t>TajNeo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93***9*214</w:t>
            </w:r>
          </w:p>
        </w:tc>
        <w:tc>
          <w:tcPr>
            <w:tcW w:type="dxa" w:w="1728"/>
          </w:tcPr>
          <w:p>
            <w:r>
              <w:t>Soode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Soode_d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9130*4*27*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hossen_ghj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93*3019*1*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Hzn</w:t>
            </w:r>
          </w:p>
        </w:tc>
        <w:tc>
          <w:tcPr>
            <w:tcW w:type="dxa" w:w="1728"/>
          </w:tcPr>
          <w:p>
            <w:r>
              <w:t>Hamed_hzn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91**17400*</w:t>
            </w:r>
          </w:p>
        </w:tc>
        <w:tc>
          <w:tcPr>
            <w:tcW w:type="dxa" w:w="1728"/>
          </w:tcPr>
          <w:p>
            <w:r>
              <w:t>Naeim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Naeim_sobhani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930347****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Zahraali1998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91243*7*47</w:t>
            </w:r>
          </w:p>
        </w:tc>
        <w:tc>
          <w:tcPr>
            <w:tcW w:type="dxa" w:w="1728"/>
          </w:tcPr>
          <w:p>
            <w:r>
              <w:t>Fardin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Fardinfaraji220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91371***02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Kch_ali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912*39443*</w:t>
            </w:r>
          </w:p>
        </w:tc>
        <w:tc>
          <w:tcPr>
            <w:tcW w:type="dxa" w:w="1728"/>
          </w:tcPr>
          <w:p>
            <w:r>
              <w:t>Maral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maralshl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933*09972*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Fatemeh73zh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91*93932*4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⁪⁬⁮⁮⁮⁮ ⁪⁬⁮⁮⁮⁮⁪⁬⁮⁮⁮⁮ ⁪⁬⁮⁮⁮⁮⁪⁬⁮⁮⁮⁮ ⁪⁬⁮⁮⁮⁮⁪⁬⁮⁮⁮⁮ ⁪⁬⁮⁮⁮⁮⁪⁬⁮⁮⁮⁮ ⁪⁬⁮⁮⁮</w:t>
            </w:r>
          </w:p>
        </w:tc>
        <w:tc>
          <w:tcPr>
            <w:tcW w:type="dxa" w:w="1728"/>
          </w:tcPr>
          <w:p>
            <w:r>
              <w:t>GMC_R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93*1430491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Homayouni</w:t>
            </w:r>
          </w:p>
        </w:tc>
        <w:tc>
          <w:tcPr>
            <w:tcW w:type="dxa" w:w="1728"/>
          </w:tcPr>
          <w:p>
            <w:r>
              <w:t>Udjfjfhfydhfhchchchgc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9123**77**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9011*379*9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Ansari</w:t>
            </w:r>
          </w:p>
        </w:tc>
        <w:tc>
          <w:tcPr>
            <w:tcW w:type="dxa" w:w="1728"/>
          </w:tcPr>
          <w:p>
            <w:r>
              <w:t>MA1370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913*431*42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>
              <w:t>SHAHINFARD</w:t>
            </w:r>
          </w:p>
        </w:tc>
        <w:tc>
          <w:tcPr>
            <w:tcW w:type="dxa" w:w="1728"/>
          </w:tcPr>
          <w:p>
            <w:r>
              <w:t>amir0x0f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9140917310</w:t>
            </w:r>
          </w:p>
        </w:tc>
        <w:tc>
          <w:tcPr>
            <w:tcW w:type="dxa" w:w="1728"/>
          </w:tcPr>
          <w:p>
            <w:r>
              <w:t>Mohammad 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M_M_D77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91*0*0*179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M1994j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9372*49*12</w:t>
            </w:r>
          </w:p>
        </w:tc>
        <w:tc>
          <w:tcPr>
            <w:tcW w:type="dxa" w:w="1728"/>
          </w:tcPr>
          <w:p>
            <w:r>
              <w:t>Amjad Provider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amjad_provider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903*17*974</w:t>
            </w:r>
          </w:p>
        </w:tc>
        <w:tc>
          <w:tcPr>
            <w:tcW w:type="dxa" w:w="1728"/>
          </w:tcPr>
          <w:p>
            <w:r>
              <w:t>Dariush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DariusA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9012324741</w:t>
            </w:r>
          </w:p>
        </w:tc>
        <w:tc>
          <w:tcPr>
            <w:tcW w:type="dxa" w:w="1728"/>
          </w:tcPr>
          <w:p>
            <w:r>
              <w:t>alireza_sk1378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alireza_sk1378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9170991747</w:t>
            </w:r>
          </w:p>
        </w:tc>
        <w:tc>
          <w:tcPr>
            <w:tcW w:type="dxa" w:w="1728"/>
          </w:tcPr>
          <w:p>
            <w:r>
              <w:t>ADEL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Yarahmadiadel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914*0**2*1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engamirshahsavar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991013*31*</w:t>
            </w:r>
          </w:p>
        </w:tc>
        <w:tc>
          <w:tcPr>
            <w:tcW w:type="dxa" w:w="1728"/>
          </w:tcPr>
          <w:p>
            <w:r>
              <w:t>🍂kosar🍁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Kosar753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93791*7172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>
              <w:t>Hamouleh Alipour</w:t>
            </w:r>
          </w:p>
        </w:tc>
        <w:tc>
          <w:tcPr>
            <w:tcW w:type="dxa" w:w="1728"/>
          </w:tcPr>
          <w:p>
            <w:r>
              <w:t>abbasalipour1991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91***01194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ggvab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913402490*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MSFarrokhi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912390942*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>
              <w:t>Palizi</w:t>
            </w:r>
          </w:p>
        </w:tc>
        <w:tc>
          <w:tcPr>
            <w:tcW w:type="dxa" w:w="1728"/>
          </w:tcPr>
          <w:p>
            <w:r>
              <w:t>Paymon20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913*3*0*2*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Jamshidi</w:t>
            </w:r>
          </w:p>
        </w:tc>
        <w:tc>
          <w:tcPr>
            <w:tcW w:type="dxa" w:w="1728"/>
          </w:tcPr>
          <w:p>
            <w:r>
              <w:t>jamshidi298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93927140**</w:t>
            </w:r>
          </w:p>
        </w:tc>
        <w:tc>
          <w:tcPr>
            <w:tcW w:type="dxa" w:w="1728"/>
          </w:tcPr>
          <w:p>
            <w:r>
              <w:t>Pedram</w:t>
            </w:r>
          </w:p>
        </w:tc>
        <w:tc>
          <w:tcPr>
            <w:tcW w:type="dxa" w:w="1728"/>
          </w:tcPr>
          <w:p>
            <w:r>
              <w:t>Fathololoumi</w:t>
            </w:r>
          </w:p>
        </w:tc>
        <w:tc>
          <w:tcPr>
            <w:tcW w:type="dxa" w:w="1728"/>
          </w:tcPr>
          <w:p>
            <w:r>
              <w:t>Pedrofski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937*713144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صفری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90334**770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93*1224777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H13</w:t>
            </w:r>
          </w:p>
        </w:tc>
        <w:tc>
          <w:tcPr>
            <w:tcW w:type="dxa" w:w="1728"/>
          </w:tcPr>
          <w:p>
            <w:r>
              <w:t>Amin_h13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933*373473</w:t>
            </w:r>
          </w:p>
        </w:tc>
        <w:tc>
          <w:tcPr>
            <w:tcW w:type="dxa" w:w="1728"/>
          </w:tcPr>
          <w:p>
            <w:r>
              <w:t>⚪✴⚪ ᏗᎷᎥᏒ ᏦᏂᎧᎴᏗᏰᏗᏦᏂᏕᏂ ⚪✴⚪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Im_amirkh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91273*1241</w:t>
            </w:r>
          </w:p>
        </w:tc>
        <w:tc>
          <w:tcPr>
            <w:tcW w:type="dxa" w:w="1728"/>
          </w:tcPr>
          <w:p>
            <w:r>
              <w:t>Behnam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biggben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9127*77***</w:t>
            </w:r>
          </w:p>
        </w:tc>
        <w:tc>
          <w:tcPr>
            <w:tcW w:type="dxa" w:w="1728"/>
          </w:tcPr>
          <w:p>
            <w:r>
              <w:t>@DrABC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93*1**3700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AlifooSHZ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9334410**2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Asdfghkout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912421*910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Telecom_m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939*0*3990</w:t>
            </w:r>
          </w:p>
        </w:tc>
        <w:tc>
          <w:tcPr>
            <w:tcW w:type="dxa" w:w="1728"/>
          </w:tcPr>
          <w:p>
            <w:r>
              <w:t>K1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910013***3</w:t>
            </w:r>
          </w:p>
        </w:tc>
        <w:tc>
          <w:tcPr>
            <w:tcW w:type="dxa" w:w="1728"/>
          </w:tcPr>
          <w:p>
            <w:r>
              <w:t>محمدجواد</w:t>
            </w:r>
          </w:p>
        </w:tc>
        <w:tc>
          <w:tcPr>
            <w:tcW w:type="dxa" w:w="1728"/>
          </w:tcPr>
          <w:p>
            <w:r>
              <w:t>نمازی</w:t>
            </w:r>
          </w:p>
        </w:tc>
        <w:tc>
          <w:tcPr>
            <w:tcW w:type="dxa" w:w="1728"/>
          </w:tcPr>
          <w:p>
            <w:r>
              <w:t>Namaazi77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93*933*277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Bahreini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91*714**01</w:t>
            </w:r>
          </w:p>
        </w:tc>
        <w:tc>
          <w:tcPr>
            <w:tcW w:type="dxa" w:w="1728"/>
          </w:tcPr>
          <w:p>
            <w:r>
              <w:t>Ho3ein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HOKHO92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93*70*1374</w:t>
            </w:r>
          </w:p>
        </w:tc>
        <w:tc>
          <w:tcPr>
            <w:tcW w:type="dxa" w:w="1728"/>
          </w:tcPr>
          <w:p>
            <w:r>
              <w:t>M.Charch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PrEl_100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93*22970*0</w:t>
            </w:r>
          </w:p>
        </w:tc>
        <w:tc>
          <w:tcPr>
            <w:tcW w:type="dxa" w:w="1728"/>
          </w:tcPr>
          <w:p>
            <w:r>
              <w:t>abed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S_aA_z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930*1*9*37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hasanzadeh</w:t>
            </w:r>
          </w:p>
        </w:tc>
        <w:tc>
          <w:tcPr>
            <w:tcW w:type="dxa" w:w="1728"/>
          </w:tcPr>
          <w:p>
            <w:r>
              <w:t>alireza9637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990117240*</w:t>
            </w:r>
          </w:p>
        </w:tc>
        <w:tc>
          <w:tcPr>
            <w:tcW w:type="dxa" w:w="1728"/>
          </w:tcPr>
          <w:p>
            <w:r>
              <w:t>.•♫•♬•سید مصطفی علوی•♬•♫•.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seyedmostafaalaviofficial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903**313*7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>
              <w:t>ramezanzadeh</w:t>
            </w:r>
          </w:p>
        </w:tc>
        <w:tc>
          <w:tcPr>
            <w:tcW w:type="dxa" w:w="1728"/>
          </w:tcPr>
          <w:p>
            <w:r>
              <w:t>sararamezandeh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922*1**4*7</w:t>
            </w:r>
          </w:p>
        </w:tc>
        <w:tc>
          <w:tcPr>
            <w:tcW w:type="dxa" w:w="1728"/>
          </w:tcPr>
          <w:p>
            <w:r>
              <w:t>🦋🐈‍⬛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n9675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930*1**177</w:t>
            </w:r>
          </w:p>
        </w:tc>
        <w:tc>
          <w:tcPr>
            <w:tcW w:type="dxa" w:w="1728"/>
          </w:tcPr>
          <w:p>
            <w:r>
              <w:t>Arian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ArianT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9141*4*9*2</w:t>
            </w:r>
          </w:p>
        </w:tc>
        <w:tc>
          <w:tcPr>
            <w:tcW w:type="dxa" w:w="1728"/>
          </w:tcPr>
          <w:p>
            <w:r>
              <w:t>Mirza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TeleAcount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93**9304*4</w:t>
            </w:r>
          </w:p>
        </w:tc>
        <w:tc>
          <w:tcPr>
            <w:tcW w:type="dxa" w:w="1728"/>
          </w:tcPr>
          <w:p>
            <w:r>
              <w:t>Parastoo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Parastoo_az32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93*90314*1</w:t>
            </w:r>
          </w:p>
        </w:tc>
        <w:tc>
          <w:tcPr>
            <w:tcW w:type="dxa" w:w="1728"/>
          </w:tcPr>
          <w:p>
            <w:r>
              <w:t>⁪⁬⁮⁮⁮⁮ ⁪⁬⁮⁮⁮⁮⁪⁬⁮⁮⁮⁮ ⁪⁬⁮⁮⁮⁮⁪⁬⁮⁮⁮⁮ ⁪⁬⁮⁮⁮⁮⁪⁬⁮⁮⁮⁮ ⁪⁬⁮⁮⁮⁮⁪⁬⁮⁮⁮⁮ ⁪⁬⁮⁮⁮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Ali3amet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93*4709447</w:t>
            </w:r>
          </w:p>
        </w:tc>
        <w:tc>
          <w:tcPr>
            <w:tcW w:type="dxa" w:w="1728"/>
          </w:tcPr>
          <w:p>
            <w:r>
              <w:t>ash kan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icelnce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91*3*2*4*3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Khakbaz</w:t>
            </w:r>
          </w:p>
        </w:tc>
        <w:tc>
          <w:tcPr>
            <w:tcW w:type="dxa" w:w="1728"/>
          </w:tcPr>
          <w:p>
            <w:r>
              <w:t>MehdiKhakbaz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91*3*74*1*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Talebbeigy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911**73900</w:t>
            </w:r>
          </w:p>
        </w:tc>
        <w:tc>
          <w:tcPr>
            <w:tcW w:type="dxa" w:w="1728"/>
          </w:tcPr>
          <w:p>
            <w:r>
              <w:t>Eliye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eliiiye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93***01394</w:t>
            </w:r>
          </w:p>
        </w:tc>
        <w:tc>
          <w:tcPr>
            <w:tcW w:type="dxa" w:w="1728"/>
          </w:tcPr>
          <w:p>
            <w:r>
              <w:t>Mohammadreza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>
              <w:t>mohammadrezag81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912**9*7*1</w:t>
            </w:r>
          </w:p>
        </w:tc>
        <w:tc>
          <w:tcPr>
            <w:tcW w:type="dxa" w:w="1728"/>
          </w:tcPr>
          <w:p>
            <w:r>
              <w:t>Negar</w:t>
            </w:r>
          </w:p>
        </w:tc>
        <w:tc>
          <w:tcPr>
            <w:tcW w:type="dxa" w:w="1728"/>
          </w:tcPr>
          <w:p>
            <w:r>
              <w:t>Choupan</w:t>
            </w:r>
          </w:p>
        </w:tc>
        <w:tc>
          <w:tcPr>
            <w:tcW w:type="dxa" w:w="1728"/>
          </w:tcPr>
          <w:p>
            <w:r>
              <w:t>negarchpn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9101**9347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saenco_sales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91*290*171</w:t>
            </w:r>
          </w:p>
        </w:tc>
        <w:tc>
          <w:tcPr>
            <w:tcW w:type="dxa" w:w="1728"/>
          </w:tcPr>
          <w:p>
            <w:r>
              <w:t>✈𝒜𝓁𝒾 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Ali_N_Kh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9910*74*93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Ghadiri_Mahdi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93*0990912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As</w:t>
            </w:r>
          </w:p>
        </w:tc>
        <w:tc>
          <w:tcPr>
            <w:tcW w:type="dxa" w:w="1728"/>
          </w:tcPr>
          <w:p>
            <w:r>
              <w:t>M_asd89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9390*9**39</w:t>
            </w:r>
          </w:p>
        </w:tc>
        <w:tc>
          <w:tcPr>
            <w:tcW w:type="dxa" w:w="1728"/>
          </w:tcPr>
          <w:p>
            <w:r>
              <w:t>H.</w:t>
            </w:r>
          </w:p>
        </w:tc>
        <w:tc>
          <w:tcPr>
            <w:tcW w:type="dxa" w:w="1728"/>
          </w:tcPr>
          <w:p>
            <w:r>
              <w:t>Safari</w:t>
            </w:r>
          </w:p>
        </w:tc>
        <w:tc>
          <w:tcPr>
            <w:tcW w:type="dxa" w:w="1728"/>
          </w:tcPr>
          <w:p>
            <w:r>
              <w:t>safari1397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9173103*3*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93*0900313</w:t>
            </w:r>
          </w:p>
        </w:tc>
        <w:tc>
          <w:tcPr>
            <w:tcW w:type="dxa" w:w="1728"/>
          </w:tcPr>
          <w:p>
            <w:r>
              <w:t>$AEED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91021*74*4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>
              <w:t>Shojaei</w:t>
            </w:r>
          </w:p>
        </w:tc>
        <w:tc>
          <w:tcPr>
            <w:tcW w:type="dxa" w:w="1728"/>
          </w:tcPr>
          <w:p>
            <w:r>
              <w:t>sajjadshojaei7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9131****79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tavakoli</w:t>
            </w:r>
          </w:p>
        </w:tc>
        <w:tc>
          <w:tcPr>
            <w:tcW w:type="dxa" w:w="1728"/>
          </w:tcPr>
          <w:p>
            <w:r>
              <w:t>J_Tavakoli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93*17034*0</w:t>
            </w:r>
          </w:p>
        </w:tc>
        <w:tc>
          <w:tcPr>
            <w:tcW w:type="dxa" w:w="1728"/>
          </w:tcPr>
          <w:p>
            <w:r>
              <w:t>pegah rahmatian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pegah_rahmatian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91***7729*</w:t>
            </w:r>
          </w:p>
        </w:tc>
        <w:tc>
          <w:tcPr>
            <w:tcW w:type="dxa" w:w="1728"/>
          </w:tcPr>
          <w:p>
            <w:r>
              <w:t>Sarah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Sarah_JH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990**1*97*</w:t>
            </w:r>
          </w:p>
        </w:tc>
        <w:tc>
          <w:tcPr>
            <w:tcW w:type="dxa" w:w="1728"/>
          </w:tcPr>
          <w:p>
            <w:r>
              <w:t>AmirReza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AMR7ir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93*1*73**4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zeviiik47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913*1*2*17</w:t>
            </w:r>
          </w:p>
        </w:tc>
        <w:tc>
          <w:tcPr>
            <w:tcW w:type="dxa" w:w="1728"/>
          </w:tcPr>
          <w:p>
            <w:r>
              <w:t>𝓪𝓵𝓲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aliashnagar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91117*43**</w:t>
            </w:r>
          </w:p>
        </w:tc>
        <w:tc>
          <w:tcPr>
            <w:tcW w:type="dxa" w:w="1728"/>
          </w:tcPr>
          <w:p>
            <w:r>
              <w:t>Nader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Niktronic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92240*334*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Jaldi</w:t>
            </w:r>
          </w:p>
        </w:tc>
        <w:tc>
          <w:tcPr>
            <w:tcW w:type="dxa" w:w="1728"/>
          </w:tcPr>
          <w:p>
            <w:r>
              <w:t>maryamjaldi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9019*49709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Hooshiar</w:t>
            </w:r>
          </w:p>
        </w:tc>
        <w:tc>
          <w:tcPr>
            <w:tcW w:type="dxa" w:w="1728"/>
          </w:tcPr>
          <w:p>
            <w:r>
              <w:t>eng_hooshiar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9143****2*</w:t>
            </w:r>
          </w:p>
        </w:tc>
        <w:tc>
          <w:tcPr>
            <w:tcW w:type="dxa" w:w="1728"/>
          </w:tcPr>
          <w:p>
            <w:r>
              <w:t>افشین</w:t>
            </w:r>
          </w:p>
        </w:tc>
        <w:tc>
          <w:tcPr>
            <w:tcW w:type="dxa" w:w="1728"/>
          </w:tcPr>
          <w:p>
            <w:r>
              <w:t>مولائی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  <w:tr>
        <w:tc>
          <w:tcPr>
            <w:tcW w:type="dxa" w:w="1728"/>
          </w:tcPr>
          <w:p>
            <w:r>
              <w:t>9137732170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Rezaee</w:t>
            </w:r>
          </w:p>
        </w:tc>
        <w:tc>
          <w:tcPr>
            <w:tcW w:type="dxa" w:w="1728"/>
          </w:tcPr>
          <w:p>
            <w:r>
              <w:t>MHD_RZ1993</w:t>
            </w:r>
          </w:p>
        </w:tc>
        <w:tc>
          <w:tcPr>
            <w:tcW w:type="dxa" w:w="1728"/>
          </w:tcPr>
          <w:p>
            <w:r>
              <w:t>آموزش نرم افزار ADS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آموزش نرم افزار ADS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