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آموزش تخصصی آباکوس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آموزش تخصصی آباکوس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9903990***</w:t>
            </w:r>
          </w:p>
        </w:tc>
        <w:tc>
          <w:tcPr>
            <w:tcW w:type="dxa" w:w="1728"/>
          </w:tcPr>
          <w:p>
            <w:r>
              <w:t>$haghayegh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93733****2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>
              <w:t>Ghazi</w:t>
            </w:r>
          </w:p>
        </w:tc>
        <w:tc>
          <w:tcPr>
            <w:tcW w:type="dxa" w:w="1728"/>
          </w:tcPr>
          <w:p>
            <w:r>
              <w:t>hdi_ghazi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93*703*320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>
              <w:t>Rezaei</w:t>
            </w:r>
          </w:p>
        </w:tc>
        <w:tc>
          <w:tcPr>
            <w:tcW w:type="dxa" w:w="1728"/>
          </w:tcPr>
          <w:p>
            <w:r>
              <w:t>Civil_Rezaei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9397*404**</w:t>
            </w:r>
          </w:p>
        </w:tc>
        <w:tc>
          <w:tcPr>
            <w:tcW w:type="dxa" w:w="1728"/>
          </w:tcPr>
          <w:p>
            <w:r>
              <w:t>Nazarbeyki.m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Mhmmd_6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9124173479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ehsantehrannn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91310**292</w:t>
            </w:r>
          </w:p>
        </w:tc>
        <w:tc>
          <w:tcPr>
            <w:tcW w:type="dxa" w:w="1728"/>
          </w:tcPr>
          <w:p>
            <w:r>
              <w:t>Zeinab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zr123412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93***02112</w:t>
            </w:r>
          </w:p>
        </w:tc>
        <w:tc>
          <w:tcPr>
            <w:tcW w:type="dxa" w:w="1728"/>
          </w:tcPr>
          <w:p>
            <w:r>
              <w:t>mamad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MohammadEsmaeilpor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9037199141</w:t>
            </w:r>
          </w:p>
        </w:tc>
        <w:tc>
          <w:tcPr>
            <w:tcW w:type="dxa" w:w="1728"/>
          </w:tcPr>
          <w:p>
            <w:r>
              <w:t>AmirReza 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Alef_BEH_1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91323*0**7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Salimian</w:t>
            </w:r>
          </w:p>
        </w:tc>
        <w:tc>
          <w:tcPr>
            <w:tcW w:type="dxa" w:w="1728"/>
          </w:tcPr>
          <w:p>
            <w:r>
              <w:t>R_zaa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93*912**9*</w:t>
            </w:r>
          </w:p>
        </w:tc>
        <w:tc>
          <w:tcPr>
            <w:tcW w:type="dxa" w:w="1728"/>
          </w:tcPr>
          <w:p>
            <w:r>
              <w:t>Sobh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sobhm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9901*224*2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910901**2*</w:t>
            </w:r>
          </w:p>
        </w:tc>
        <w:tc>
          <w:tcPr>
            <w:tcW w:type="dxa" w:w="1728"/>
          </w:tcPr>
          <w:p>
            <w:r>
              <w:t>Ts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93*21***4*</w:t>
            </w:r>
          </w:p>
        </w:tc>
        <w:tc>
          <w:tcPr>
            <w:tcW w:type="dxa" w:w="1728"/>
          </w:tcPr>
          <w:p>
            <w:r>
              <w:t>Hosseinj6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Hosseinj6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990044*771</w:t>
            </w:r>
          </w:p>
        </w:tc>
        <w:tc>
          <w:tcPr>
            <w:tcW w:type="dxa" w:w="1728"/>
          </w:tcPr>
          <w:p>
            <w:r>
              <w:t>romina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91210*270*</w:t>
            </w:r>
          </w:p>
        </w:tc>
        <w:tc>
          <w:tcPr>
            <w:tcW w:type="dxa" w:w="1728"/>
          </w:tcPr>
          <w:p>
            <w:r>
              <w:t>M.R.shokrzadeh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Dr_shokrzadeh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913**14*29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MKNm_m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9134*02***</w:t>
            </w:r>
          </w:p>
        </w:tc>
        <w:tc>
          <w:tcPr>
            <w:tcW w:type="dxa" w:w="1728"/>
          </w:tcPr>
          <w:p>
            <w:r>
              <w:t>Khadije</w:t>
            </w:r>
          </w:p>
        </w:tc>
        <w:tc>
          <w:tcPr>
            <w:tcW w:type="dxa" w:w="1728"/>
          </w:tcPr>
          <w:p>
            <w:r>
              <w:t>Mahmoodi</w:t>
            </w:r>
          </w:p>
        </w:tc>
        <w:tc>
          <w:tcPr>
            <w:tcW w:type="dxa" w:w="1728"/>
          </w:tcPr>
          <w:p>
            <w:r>
              <w:t>KhadijeMahmoodi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922*07**90</w:t>
            </w:r>
          </w:p>
        </w:tc>
        <w:tc>
          <w:tcPr>
            <w:tcW w:type="dxa" w:w="1728"/>
          </w:tcPr>
          <w:p>
            <w:r>
              <w:t>Sepehr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919***4073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M_h_e77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919*13930*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Miladhallaji72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9121097274</w:t>
            </w:r>
          </w:p>
        </w:tc>
        <w:tc>
          <w:tcPr>
            <w:tcW w:type="dxa" w:w="1728"/>
          </w:tcPr>
          <w:p>
            <w:r>
              <w:t>Soroush</w:t>
            </w:r>
          </w:p>
        </w:tc>
        <w:tc>
          <w:tcPr>
            <w:tcW w:type="dxa" w:w="1728"/>
          </w:tcPr>
          <w:p>
            <w:r>
              <w:t>Saneimoghaddam</w:t>
            </w:r>
          </w:p>
        </w:tc>
        <w:tc>
          <w:tcPr>
            <w:tcW w:type="dxa" w:w="1728"/>
          </w:tcPr>
          <w:p>
            <w:r>
              <w:t>soroush_sanaiee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93*7*****7</w:t>
            </w:r>
          </w:p>
        </w:tc>
        <w:tc>
          <w:tcPr>
            <w:tcW w:type="dxa" w:w="1728"/>
          </w:tcPr>
          <w:p>
            <w:r>
              <w:t>Mahmoud Khan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Mahmoud_khan3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93**914933</w:t>
            </w:r>
          </w:p>
        </w:tc>
        <w:tc>
          <w:tcPr>
            <w:tcW w:type="dxa" w:w="1728"/>
          </w:tcPr>
          <w:p>
            <w:r>
              <w:t>A.R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9372320*3*</w:t>
            </w:r>
          </w:p>
        </w:tc>
        <w:tc>
          <w:tcPr>
            <w:tcW w:type="dxa" w:w="1728"/>
          </w:tcPr>
          <w:p>
            <w:r>
              <w:t>𝕁𝕠 𝕙𝕒𝕣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Jeo_Bye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937*42**47</w:t>
            </w:r>
          </w:p>
        </w:tc>
        <w:tc>
          <w:tcPr>
            <w:tcW w:type="dxa" w:w="1728"/>
          </w:tcPr>
          <w:p>
            <w:r>
              <w:t>rahil</w:t>
            </w:r>
          </w:p>
        </w:tc>
        <w:tc>
          <w:tcPr>
            <w:tcW w:type="dxa" w:w="1728"/>
          </w:tcPr>
          <w:p>
            <w:r>
              <w:t>mehrkhoo</w:t>
            </w:r>
          </w:p>
        </w:tc>
        <w:tc>
          <w:tcPr>
            <w:tcW w:type="dxa" w:w="1728"/>
          </w:tcPr>
          <w:p>
            <w:r>
              <w:t>rahili1373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93*7702*1*</w:t>
            </w:r>
          </w:p>
        </w:tc>
        <w:tc>
          <w:tcPr>
            <w:tcW w:type="dxa" w:w="1728"/>
          </w:tcPr>
          <w:p>
            <w:r>
              <w:t>Morteza</w:t>
            </w:r>
          </w:p>
        </w:tc>
        <w:tc>
          <w:tcPr>
            <w:tcW w:type="dxa" w:w="1728"/>
          </w:tcPr>
          <w:p>
            <w:r>
              <w:t>Khosrotabar</w:t>
            </w:r>
          </w:p>
        </w:tc>
        <w:tc>
          <w:tcPr>
            <w:tcW w:type="dxa" w:w="1728"/>
          </w:tcPr>
          <w:p>
            <w:r>
              <w:t>morteza1436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9122947**7</w:t>
            </w:r>
          </w:p>
        </w:tc>
        <w:tc>
          <w:tcPr>
            <w:tcW w:type="dxa" w:w="1728"/>
          </w:tcPr>
          <w:p>
            <w:r>
              <w:t>PΛYΛM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Pmrst321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9133732271</w:t>
            </w:r>
          </w:p>
        </w:tc>
        <w:tc>
          <w:tcPr>
            <w:tcW w:type="dxa" w:w="1728"/>
          </w:tcPr>
          <w:p>
            <w:r>
              <w:t>Abbas.Zare.445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abbas_zare_445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9171331402</w:t>
            </w:r>
          </w:p>
        </w:tc>
        <w:tc>
          <w:tcPr>
            <w:tcW w:type="dxa" w:w="1728"/>
          </w:tcPr>
          <w:p>
            <w:r>
              <w:t>Mohammad Hasan</w:t>
            </w:r>
          </w:p>
        </w:tc>
        <w:tc>
          <w:tcPr>
            <w:tcW w:type="dxa" w:w="1728"/>
          </w:tcPr>
          <w:p>
            <w:r>
              <w:t>Bahmani</w:t>
            </w:r>
          </w:p>
        </w:tc>
        <w:tc>
          <w:tcPr>
            <w:tcW w:type="dxa" w:w="1728"/>
          </w:tcPr>
          <w:p>
            <w:r>
              <w:t>BahmaniMohammad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91293790*7</w:t>
            </w:r>
          </w:p>
        </w:tc>
        <w:tc>
          <w:tcPr>
            <w:tcW w:type="dxa" w:w="1728"/>
          </w:tcPr>
          <w:p>
            <w:r>
              <w:t>امیرمہدے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amirmahdihsn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912*221*9*</w:t>
            </w:r>
          </w:p>
        </w:tc>
        <w:tc>
          <w:tcPr>
            <w:tcW w:type="dxa" w:w="1728"/>
          </w:tcPr>
          <w:p>
            <w:r>
              <w:t>♌️♌️ali ali♌️♌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aminaeeali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93970*72**</w:t>
            </w:r>
          </w:p>
        </w:tc>
        <w:tc>
          <w:tcPr>
            <w:tcW w:type="dxa" w:w="1728"/>
          </w:tcPr>
          <w:p>
            <w:r>
              <w:t>Hamed.</w:t>
            </w:r>
          </w:p>
        </w:tc>
        <w:tc>
          <w:tcPr>
            <w:tcW w:type="dxa" w:w="1728"/>
          </w:tcPr>
          <w:p>
            <w:r>
              <w:t>J</w:t>
            </w:r>
          </w:p>
        </w:tc>
        <w:tc>
          <w:tcPr>
            <w:tcW w:type="dxa" w:w="1728"/>
          </w:tcPr>
          <w:p>
            <w:r>
              <w:t>Hj_1995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91201***91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>
              <w:t>Talebpour</w:t>
            </w:r>
          </w:p>
        </w:tc>
        <w:tc>
          <w:tcPr>
            <w:tcW w:type="dxa" w:w="1728"/>
          </w:tcPr>
          <w:p>
            <w:r>
              <w:t>NS_TP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9129211224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MajidTadayon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93**4*13**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Barajin2nba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930*74*37*</w:t>
            </w:r>
          </w:p>
        </w:tc>
        <w:tc>
          <w:tcPr>
            <w:tcW w:type="dxa" w:w="1728"/>
          </w:tcPr>
          <w:p>
            <w:r>
              <w:t>Saeid</w:t>
            </w:r>
          </w:p>
        </w:tc>
        <w:tc>
          <w:tcPr>
            <w:tcW w:type="dxa" w:w="1728"/>
          </w:tcPr>
          <w:p>
            <w:r>
              <w:t>Taleghani</w:t>
            </w:r>
          </w:p>
        </w:tc>
        <w:tc>
          <w:tcPr>
            <w:tcW w:type="dxa" w:w="1728"/>
          </w:tcPr>
          <w:p>
            <w:r>
              <w:t>Saeidtaleghanii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9132*****1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MJAVAD1372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93**12**30</w:t>
            </w:r>
          </w:p>
        </w:tc>
        <w:tc>
          <w:tcPr>
            <w:tcW w:type="dxa" w:w="1728"/>
          </w:tcPr>
          <w:p>
            <w:r>
              <w:t>Şəhriyar</w:t>
            </w:r>
          </w:p>
        </w:tc>
        <w:tc>
          <w:tcPr>
            <w:tcW w:type="dxa" w:w="1728"/>
          </w:tcPr>
          <w:p>
            <w:r>
              <w:t>Azimi</w:t>
            </w:r>
          </w:p>
        </w:tc>
        <w:tc>
          <w:tcPr>
            <w:tcW w:type="dxa" w:w="1728"/>
          </w:tcPr>
          <w:p>
            <w:r>
              <w:t>azimishar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93*423*171</w:t>
            </w:r>
          </w:p>
        </w:tc>
        <w:tc>
          <w:tcPr>
            <w:tcW w:type="dxa" w:w="1728"/>
          </w:tcPr>
          <w:p>
            <w:r>
              <w:t>Pouria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91*3*94*40</w:t>
            </w:r>
          </w:p>
        </w:tc>
        <w:tc>
          <w:tcPr>
            <w:tcW w:type="dxa" w:w="1728"/>
          </w:tcPr>
          <w:p>
            <w:r>
              <w:t>Ordo Malleus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MMMMoeiNNNN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911**3*773</w:t>
            </w:r>
          </w:p>
        </w:tc>
        <w:tc>
          <w:tcPr>
            <w:tcW w:type="dxa" w:w="1728"/>
          </w:tcPr>
          <w:p>
            <w:r>
              <w:t>number 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Boxingnumber1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933*1*1402</w:t>
            </w:r>
          </w:p>
        </w:tc>
        <w:tc>
          <w:tcPr>
            <w:tcW w:type="dxa" w:w="1728"/>
          </w:tcPr>
          <w:p>
            <w:r>
              <w:t>P..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PedramAJ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9147392904</w:t>
            </w:r>
          </w:p>
        </w:tc>
        <w:tc>
          <w:tcPr>
            <w:tcW w:type="dxa" w:w="1728"/>
          </w:tcPr>
          <w:p>
            <w:r>
              <w:t>Fardin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fardinmamizadeh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93*07*3*03</w:t>
            </w:r>
          </w:p>
        </w:tc>
        <w:tc>
          <w:tcPr>
            <w:tcW w:type="dxa" w:w="1728"/>
          </w:tcPr>
          <w:p>
            <w:r>
              <w:t>––––•(-•Love •-)•––––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m1n1p1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937**1*4*1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>
              <w:t>Aleyasin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911241*010</w:t>
            </w:r>
          </w:p>
        </w:tc>
        <w:tc>
          <w:tcPr>
            <w:tcW w:type="dxa" w:w="1728"/>
          </w:tcPr>
          <w:p>
            <w:r>
              <w:t>Behdad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BehdadFR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912*3*07*7</w:t>
            </w:r>
          </w:p>
        </w:tc>
        <w:tc>
          <w:tcPr>
            <w:tcW w:type="dxa" w:w="1728"/>
          </w:tcPr>
          <w:p>
            <w:r>
              <w:t>🔆</w:t>
            </w:r>
          </w:p>
        </w:tc>
        <w:tc>
          <w:tcPr>
            <w:tcW w:type="dxa" w:w="1728"/>
          </w:tcPr>
          <w:p>
            <w:r>
              <w:t>M.Dr</w:t>
            </w:r>
          </w:p>
        </w:tc>
        <w:tc>
          <w:tcPr>
            <w:tcW w:type="dxa" w:w="1728"/>
          </w:tcPr>
          <w:p>
            <w:r>
              <w:t>newstar1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910***291*</w:t>
            </w:r>
          </w:p>
        </w:tc>
        <w:tc>
          <w:tcPr>
            <w:tcW w:type="dxa" w:w="1728"/>
          </w:tcPr>
          <w:p>
            <w:r>
              <w:t>Abtin</w:t>
            </w:r>
          </w:p>
        </w:tc>
        <w:tc>
          <w:tcPr>
            <w:tcW w:type="dxa" w:w="1728"/>
          </w:tcPr>
          <w:p>
            <w:r>
              <w:t>Inaccessible</w:t>
            </w:r>
          </w:p>
        </w:tc>
        <w:tc>
          <w:tcPr>
            <w:tcW w:type="dxa" w:w="1728"/>
          </w:tcPr>
          <w:p>
            <w:r>
              <w:t>AbtinInaccessible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91*44*779*</w:t>
            </w:r>
          </w:p>
        </w:tc>
        <w:tc>
          <w:tcPr>
            <w:tcW w:type="dxa" w:w="1728"/>
          </w:tcPr>
          <w:p>
            <w:r>
              <w:t>fa</w:t>
            </w:r>
          </w:p>
        </w:tc>
        <w:tc>
          <w:tcPr>
            <w:tcW w:type="dxa" w:w="1728"/>
          </w:tcPr>
          <w:p>
            <w:r>
              <w:t>ra</w:t>
            </w:r>
          </w:p>
        </w:tc>
        <w:tc>
          <w:tcPr>
            <w:tcW w:type="dxa" w:w="1728"/>
          </w:tcPr>
          <w:p>
            <w:r>
              <w:t>farideh_ranjbar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914*434209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939*3**303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921037*1*0</w:t>
            </w:r>
          </w:p>
        </w:tc>
        <w:tc>
          <w:tcPr>
            <w:tcW w:type="dxa" w:w="1728"/>
          </w:tcPr>
          <w:p>
            <w:r>
              <w:t>Kamyar</w:t>
            </w:r>
          </w:p>
        </w:tc>
        <w:tc>
          <w:tcPr>
            <w:tcW w:type="dxa" w:w="1728"/>
          </w:tcPr>
          <w:p>
            <w:r>
              <w:t>Sejdeh</w:t>
            </w:r>
          </w:p>
        </w:tc>
        <w:tc>
          <w:tcPr>
            <w:tcW w:type="dxa" w:w="1728"/>
          </w:tcPr>
          <w:p>
            <w:r>
              <w:t>Kamyarq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937749*412</w:t>
            </w:r>
          </w:p>
        </w:tc>
        <w:tc>
          <w:tcPr>
            <w:tcW w:type="dxa" w:w="1728"/>
          </w:tcPr>
          <w:p>
            <w:r>
              <w:t>Fardin</w:t>
            </w:r>
          </w:p>
        </w:tc>
        <w:tc>
          <w:tcPr>
            <w:tcW w:type="dxa" w:w="1728"/>
          </w:tcPr>
          <w:p>
            <w:r>
              <w:t>Letafati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9112*42*0*</w:t>
            </w:r>
          </w:p>
        </w:tc>
        <w:tc>
          <w:tcPr>
            <w:tcW w:type="dxa" w:w="1728"/>
          </w:tcPr>
          <w:p>
            <w:r>
              <w:t>jebraiil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badvijebraiil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912714939*</w:t>
            </w:r>
          </w:p>
        </w:tc>
        <w:tc>
          <w:tcPr>
            <w:tcW w:type="dxa" w:w="1728"/>
          </w:tcPr>
          <w:p>
            <w:r>
              <w:t>Danial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Danial_ta25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9124129340</w:t>
            </w:r>
          </w:p>
        </w:tc>
        <w:tc>
          <w:tcPr>
            <w:tcW w:type="dxa" w:w="1728"/>
          </w:tcPr>
          <w:p>
            <w:r>
              <w:t>Shahab</w:t>
            </w:r>
          </w:p>
        </w:tc>
        <w:tc>
          <w:tcPr>
            <w:tcW w:type="dxa" w:w="1728"/>
          </w:tcPr>
          <w:p>
            <w:r>
              <w:t>Kh</w:t>
            </w:r>
          </w:p>
        </w:tc>
        <w:tc>
          <w:tcPr>
            <w:tcW w:type="dxa" w:w="1728"/>
          </w:tcPr>
          <w:p>
            <w:r>
              <w:t>Shahab47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93***41***</w:t>
            </w:r>
          </w:p>
        </w:tc>
        <w:tc>
          <w:tcPr>
            <w:tcW w:type="dxa" w:w="1728"/>
          </w:tcPr>
          <w:p>
            <w:r>
              <w:t>🅴🅡🅕🅐🅝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Emo1855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93**709**2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>
              <w:t>Baseri</w:t>
            </w:r>
          </w:p>
        </w:tc>
        <w:tc>
          <w:tcPr>
            <w:tcW w:type="dxa" w:w="1728"/>
          </w:tcPr>
          <w:p>
            <w:r>
              <w:t>Amin_Baseri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91*43049*9</w:t>
            </w:r>
          </w:p>
        </w:tc>
        <w:tc>
          <w:tcPr>
            <w:tcW w:type="dxa" w:w="1728"/>
          </w:tcPr>
          <w:p>
            <w:r>
              <w:t>S.gh</w:t>
            </w:r>
          </w:p>
        </w:tc>
        <w:tc>
          <w:tcPr>
            <w:tcW w:type="dxa" w:w="1728"/>
          </w:tcPr>
          <w:p>
            <w:r>
              <w:t>4959</w:t>
            </w:r>
          </w:p>
        </w:tc>
        <w:tc>
          <w:tcPr>
            <w:tcW w:type="dxa" w:w="1728"/>
          </w:tcPr>
          <w:p>
            <w:r>
              <w:t>Mybenyamin4959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9212*9*3**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Keshtgar</w:t>
            </w:r>
          </w:p>
        </w:tc>
        <w:tc>
          <w:tcPr>
            <w:tcW w:type="dxa" w:w="1728"/>
          </w:tcPr>
          <w:p>
            <w:r>
              <w:t>mohammad_keshtgar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91239*7*9*</w:t>
            </w:r>
          </w:p>
        </w:tc>
        <w:tc>
          <w:tcPr>
            <w:tcW w:type="dxa" w:w="1728"/>
          </w:tcPr>
          <w:p>
            <w:r>
              <w:t>E 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Er5807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9147737311</w:t>
            </w:r>
          </w:p>
        </w:tc>
        <w:tc>
          <w:tcPr>
            <w:tcW w:type="dxa" w:w="1728"/>
          </w:tcPr>
          <w:p>
            <w:r>
              <w:t>AS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AS199257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91230**739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Tahriri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9124*3931*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Sadeghi</w:t>
            </w:r>
          </w:p>
        </w:tc>
        <w:tc>
          <w:tcPr>
            <w:tcW w:type="dxa" w:w="1728"/>
          </w:tcPr>
          <w:p>
            <w:r>
              <w:t>bmsadeghi1354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921*711247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>
              <w:t>Rahimi</w:t>
            </w:r>
          </w:p>
        </w:tc>
        <w:tc>
          <w:tcPr>
            <w:tcW w:type="dxa" w:w="1728"/>
          </w:tcPr>
          <w:p>
            <w:r>
              <w:t>Masouuud11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914124*212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sinanazari1988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93**1***29</w:t>
            </w:r>
          </w:p>
        </w:tc>
        <w:tc>
          <w:tcPr>
            <w:tcW w:type="dxa" w:w="1728"/>
          </w:tcPr>
          <w:p>
            <w:r>
              <w:t>ⓈⓐJⓐの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S1A9J9A6D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91**307010</w:t>
            </w:r>
          </w:p>
        </w:tc>
        <w:tc>
          <w:tcPr>
            <w:tcW w:type="dxa" w:w="1728"/>
          </w:tcPr>
          <w:p>
            <w:r>
              <w:t>Hamid Reza Karimi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Hamidr19911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933*70221*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Farshad721h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917*7*3*4*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>
              <w:t>Hei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93*294742*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Bakh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93*0*297*9</w:t>
            </w:r>
          </w:p>
        </w:tc>
        <w:tc>
          <w:tcPr>
            <w:tcW w:type="dxa" w:w="1728"/>
          </w:tcPr>
          <w:p>
            <w:r>
              <w:t>Ramin</w:t>
            </w:r>
          </w:p>
        </w:tc>
        <w:tc>
          <w:tcPr>
            <w:tcW w:type="dxa" w:w="1728"/>
          </w:tcPr>
          <w:p>
            <w:r>
              <w:t>Azarifard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913*113412</w:t>
            </w:r>
          </w:p>
        </w:tc>
        <w:tc>
          <w:tcPr>
            <w:tcW w:type="dxa" w:w="1728"/>
          </w:tcPr>
          <w:p>
            <w:r>
              <w:t>ورنام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913*1**39*</w:t>
            </w:r>
          </w:p>
        </w:tc>
        <w:tc>
          <w:tcPr>
            <w:tcW w:type="dxa" w:w="1728"/>
          </w:tcPr>
          <w:p>
            <w:r>
              <w:t>saeid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Na_saeid1368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91410331*9</w:t>
            </w:r>
          </w:p>
        </w:tc>
        <w:tc>
          <w:tcPr>
            <w:tcW w:type="dxa" w:w="1728"/>
          </w:tcPr>
          <w:p>
            <w:r>
              <w:t>Mesuttt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mesouttt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9132*1*39*</w:t>
            </w:r>
          </w:p>
        </w:tc>
        <w:tc>
          <w:tcPr>
            <w:tcW w:type="dxa" w:w="1728"/>
          </w:tcPr>
          <w:p>
            <w:r>
              <w:t>Ali_N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Ali_N_2991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91**1703*4</w:t>
            </w:r>
          </w:p>
        </w:tc>
        <w:tc>
          <w:tcPr>
            <w:tcW w:type="dxa" w:w="1728"/>
          </w:tcPr>
          <w:p>
            <w:r>
              <w:t>m naeimi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civilenjineer59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9212*27**3</w:t>
            </w:r>
          </w:p>
        </w:tc>
        <w:tc>
          <w:tcPr>
            <w:tcW w:type="dxa" w:w="1728"/>
          </w:tcPr>
          <w:p>
            <w:r>
              <w:t>mohammad javad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M3T_6729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93*7*302*1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Rrrrrr1994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  <w:tr>
        <w:tc>
          <w:tcPr>
            <w:tcW w:type="dxa" w:w="1728"/>
          </w:tcPr>
          <w:p>
            <w:r>
              <w:t>93**973499</w:t>
            </w:r>
          </w:p>
        </w:tc>
        <w:tc>
          <w:tcPr>
            <w:tcW w:type="dxa" w:w="1728"/>
          </w:tcPr>
          <w:p>
            <w:r>
              <w:t>m.rasool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eng_rasouli</w:t>
            </w:r>
          </w:p>
        </w:tc>
        <w:tc>
          <w:tcPr>
            <w:tcW w:type="dxa" w:w="1728"/>
          </w:tcPr>
          <w:p>
            <w:r>
              <w:t>آموزش تخصصی آباکوس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آموزش تخصصی آباکوس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