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آمار و احتمالات 1 مریم سنایی شنبه 8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آمار و احتمالات 1 مریم سنایی شنبه 8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9190020*4*</w:t>
            </w:r>
          </w:p>
        </w:tc>
        <w:tc>
          <w:tcPr>
            <w:tcW w:type="dxa" w:w="1728"/>
          </w:tcPr>
          <w:p>
            <w:r>
              <w:t>Amirali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Amiralisabbaghzadeh1384</w:t>
            </w:r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9944*797**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Ammmirrsa</w:t>
            </w:r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9374**0399</w:t>
            </w:r>
          </w:p>
        </w:tc>
        <w:tc>
          <w:tcPr>
            <w:tcW w:type="dxa" w:w="1728"/>
          </w:tcPr>
          <w:p>
            <w:r>
              <w:t>Maya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Maya_musics</w:t>
            </w:r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93*719401*</w:t>
            </w:r>
          </w:p>
        </w:tc>
        <w:tc>
          <w:tcPr>
            <w:tcW w:type="dxa" w:w="1728"/>
          </w:tcPr>
          <w:p>
            <w:r>
              <w:t>𝑴𝒂𝒉𝑺𝒂._.𝑺𝒚‌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Sy_MahSa</w:t>
            </w:r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919*71*3*9</w:t>
            </w:r>
          </w:p>
        </w:tc>
        <w:tc>
          <w:tcPr>
            <w:tcW w:type="dxa" w:w="1728"/>
          </w:tcPr>
          <w:p>
            <w:r>
              <w:t>mobin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Mobin19z</w:t>
            </w:r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939*4*412*</w:t>
            </w:r>
          </w:p>
        </w:tc>
        <w:tc>
          <w:tcPr>
            <w:tcW w:type="dxa" w:w="1728"/>
          </w:tcPr>
          <w:p>
            <w:r>
              <w:t>𝐡𝐚𝐧𝐢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Ji_hannah</w:t>
            </w:r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919*0*9224</w:t>
            </w:r>
          </w:p>
        </w:tc>
        <w:tc>
          <w:tcPr>
            <w:tcW w:type="dxa" w:w="1728"/>
          </w:tcPr>
          <w:p>
            <w:r>
              <w:t>Hojabr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hoxhabr</w:t>
            </w:r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93**7*1492</w:t>
            </w:r>
          </w:p>
        </w:tc>
        <w:tc>
          <w:tcPr>
            <w:tcW w:type="dxa" w:w="1728"/>
          </w:tcPr>
          <w:p>
            <w:r>
              <w:t>ʀᴀʏᴀɴ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rayaaawn</w:t>
            </w:r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93*940*073</w:t>
            </w:r>
          </w:p>
        </w:tc>
        <w:tc>
          <w:tcPr>
            <w:tcW w:type="dxa" w:w="1728"/>
          </w:tcPr>
          <w:p>
            <w:r>
              <w:t>Maahak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Ma_HAk</w:t>
            </w:r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921**901*7</w:t>
            </w:r>
          </w:p>
        </w:tc>
        <w:tc>
          <w:tcPr>
            <w:tcW w:type="dxa" w:w="1728"/>
          </w:tcPr>
          <w:p>
            <w:r>
              <w:t>H0SE!N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hoseinr80</w:t>
            </w:r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912024**99</w:t>
            </w:r>
          </w:p>
        </w:tc>
        <w:tc>
          <w:tcPr>
            <w:tcW w:type="dxa" w:w="1728"/>
          </w:tcPr>
          <w:p>
            <w:r>
              <w:t>Kimiya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kiimiiyaa</w:t>
            </w:r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9190*2477*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93*1**272*</w:t>
            </w:r>
          </w:p>
        </w:tc>
        <w:tc>
          <w:tcPr>
            <w:tcW w:type="dxa" w:w="1728"/>
          </w:tcPr>
          <w:p>
            <w:r>
              <w:t>Ho3ein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Hoseinnranjbar</w:t>
            </w:r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9104*3*90*</w:t>
            </w:r>
          </w:p>
        </w:tc>
        <w:tc>
          <w:tcPr>
            <w:tcW w:type="dxa" w:w="1728"/>
          </w:tcPr>
          <w:p>
            <w:r>
              <w:t>Simin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Lilmikaelsonn</w:t>
            </w:r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990903*99*</w:t>
            </w:r>
          </w:p>
        </w:tc>
        <w:tc>
          <w:tcPr>
            <w:tcW w:type="dxa" w:w="1728"/>
          </w:tcPr>
          <w:p>
            <w:r>
              <w:t>Romina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rominamhmoudi</w:t>
            </w:r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9222427*34</w:t>
            </w:r>
          </w:p>
        </w:tc>
        <w:tc>
          <w:tcPr>
            <w:tcW w:type="dxa" w:w="1728"/>
          </w:tcPr>
          <w:p>
            <w:r>
              <w:t>helen</w:t>
            </w:r>
          </w:p>
        </w:tc>
        <w:tc>
          <w:tcPr>
            <w:tcW w:type="dxa" w:w="1728"/>
          </w:tcPr>
          <w:p>
            <w:r>
              <w:t>darbani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930202****</w:t>
            </w:r>
          </w:p>
        </w:tc>
        <w:tc>
          <w:tcPr>
            <w:tcW w:type="dxa" w:w="1728"/>
          </w:tcPr>
          <w:p>
            <w:r>
              <w:t>parsa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prsarss</w:t>
            </w:r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9222430240</w:t>
            </w:r>
          </w:p>
        </w:tc>
        <w:tc>
          <w:tcPr>
            <w:tcW w:type="dxa" w:w="1728"/>
          </w:tcPr>
          <w:p>
            <w:r>
              <w:t>NEDA</w:t>
            </w:r>
          </w:p>
        </w:tc>
        <w:tc>
          <w:tcPr>
            <w:tcW w:type="dxa" w:w="1728"/>
          </w:tcPr>
          <w:p>
            <w:r>
              <w:t>GHADYANII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93*20027*7</w:t>
            </w:r>
          </w:p>
        </w:tc>
        <w:tc>
          <w:tcPr>
            <w:tcW w:type="dxa" w:w="1728"/>
          </w:tcPr>
          <w:p>
            <w:r>
              <w:t>N.I.M.A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Nima_m86</w:t>
            </w:r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902424*903</w:t>
            </w:r>
          </w:p>
        </w:tc>
        <w:tc>
          <w:tcPr>
            <w:tcW w:type="dxa" w:w="1728"/>
          </w:tcPr>
          <w:p>
            <w:r>
              <w:t>Ycta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yctanr</w:t>
            </w:r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  <w:tr>
        <w:tc>
          <w:tcPr>
            <w:tcW w:type="dxa" w:w="1728"/>
          </w:tcPr>
          <w:p>
            <w:r>
              <w:t>901774*1*0</w:t>
            </w:r>
          </w:p>
        </w:tc>
        <w:tc>
          <w:tcPr>
            <w:tcW w:type="dxa" w:w="1728"/>
          </w:tcPr>
          <w:p>
            <w:r>
              <w:t>Mersad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mdhs38</w:t>
            </w:r>
          </w:p>
        </w:tc>
        <w:tc>
          <w:tcPr>
            <w:tcW w:type="dxa" w:w="1728"/>
          </w:tcPr>
          <w:p>
            <w:r>
              <w:t>آمار و احتمالات 1 مریم سنایی شنبه 8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آمار و احتمالات 1 مریم سنایی شنبه 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