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آمادگی آزمون محاسبات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آمادگی آزمون محاسبات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93*3*0014*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oseso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91*3*49727</w:t>
            </w:r>
          </w:p>
        </w:tc>
        <w:tc>
          <w:tcPr>
            <w:tcW w:type="dxa" w:w="1728"/>
          </w:tcPr>
          <w:p>
            <w:r>
              <w:t>A&amp;I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93*9*74**4</w:t>
            </w:r>
          </w:p>
        </w:tc>
        <w:tc>
          <w:tcPr>
            <w:tcW w:type="dxa" w:w="1728"/>
          </w:tcPr>
          <w:p>
            <w:r>
              <w:t>°ºø•❤•.¸ṫḧḙ_ṧḙḉṝḙṫ ¸.•❤•øº°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The_Secret2720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937*917233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❄️</w:t>
            </w:r>
          </w:p>
        </w:tc>
        <w:tc>
          <w:tcPr>
            <w:tcW w:type="dxa" w:w="1728"/>
          </w:tcPr>
          <w:p>
            <w:r>
              <w:t>civilman0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911*343*2*</w:t>
            </w:r>
          </w:p>
        </w:tc>
        <w:tc>
          <w:tcPr>
            <w:tcW w:type="dxa" w:w="1728"/>
          </w:tcPr>
          <w:p>
            <w:r>
              <w:t>Sayna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9127442771</w:t>
            </w:r>
          </w:p>
        </w:tc>
        <w:tc>
          <w:tcPr>
            <w:tcW w:type="dxa" w:w="1728"/>
          </w:tcPr>
          <w:p>
            <w:r>
              <w:t>Patriot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BORNA12345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939*1*9*9*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ReZa968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93*2*30171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913107024*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Navid6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919*34*294</w:t>
            </w:r>
          </w:p>
        </w:tc>
        <w:tc>
          <w:tcPr>
            <w:tcW w:type="dxa" w:w="1728"/>
          </w:tcPr>
          <w:p>
            <w:r>
              <w:t>Ραμιν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Civil_engineer_noori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990*1022**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sadeghfarahaniii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919*244*7*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MhdHmd_zn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9121**07*9</w:t>
            </w:r>
          </w:p>
        </w:tc>
        <w:tc>
          <w:tcPr>
            <w:tcW w:type="dxa" w:w="1728"/>
          </w:tcPr>
          <w:p>
            <w:r>
              <w:t>فدوی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990*9913**</w:t>
            </w:r>
          </w:p>
        </w:tc>
        <w:tc>
          <w:tcPr>
            <w:tcW w:type="dxa" w:w="1728"/>
          </w:tcPr>
          <w:p>
            <w:r>
              <w:t>N🐈‍⬛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Nnn13751997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913727*2**</w:t>
            </w:r>
          </w:p>
        </w:tc>
        <w:tc>
          <w:tcPr>
            <w:tcW w:type="dxa" w:w="1728"/>
          </w:tcPr>
          <w:p>
            <w:r>
              <w:t>momeni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momeniiii27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990204**3*</w:t>
            </w:r>
          </w:p>
        </w:tc>
        <w:tc>
          <w:tcPr>
            <w:tcW w:type="dxa" w:w="1728"/>
          </w:tcPr>
          <w:p>
            <w:r>
              <w:t>Hojat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Hojatt2024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912771*204</w:t>
            </w:r>
          </w:p>
        </w:tc>
        <w:tc>
          <w:tcPr>
            <w:tcW w:type="dxa" w:w="1728"/>
          </w:tcPr>
          <w:p>
            <w:r>
              <w:t>Jamal Alaei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Jamal_alaei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921*9*173*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Eslami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91272**427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Rezvani</w:t>
            </w:r>
          </w:p>
        </w:tc>
        <w:tc>
          <w:tcPr>
            <w:tcW w:type="dxa" w:w="1728"/>
          </w:tcPr>
          <w:p>
            <w:r>
              <w:t>Rezvanieng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9124**2309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Habibi</w:t>
            </w:r>
          </w:p>
        </w:tc>
        <w:tc>
          <w:tcPr>
            <w:tcW w:type="dxa" w:w="1728"/>
          </w:tcPr>
          <w:p>
            <w:r>
              <w:t>CivilSv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912*310***</w:t>
            </w:r>
          </w:p>
        </w:tc>
        <w:tc>
          <w:tcPr>
            <w:tcW w:type="dxa" w:w="1728"/>
          </w:tcPr>
          <w:p>
            <w:r>
              <w:t>سعادت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saadat11223344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93*33*3*7*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>
              <w:t>Feyzli</w:t>
            </w:r>
          </w:p>
        </w:tc>
        <w:tc>
          <w:tcPr>
            <w:tcW w:type="dxa" w:w="1728"/>
          </w:tcPr>
          <w:p>
            <w:r>
              <w:t>MehranFeyzli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902**2*7*0</w:t>
            </w:r>
          </w:p>
        </w:tc>
        <w:tc>
          <w:tcPr>
            <w:tcW w:type="dxa" w:w="1728"/>
          </w:tcPr>
          <w:p>
            <w:r>
              <w:t>Civil. Eng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world_w1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901401**40</w:t>
            </w:r>
          </w:p>
        </w:tc>
        <w:tc>
          <w:tcPr>
            <w:tcW w:type="dxa" w:w="1728"/>
          </w:tcPr>
          <w:p>
            <w:r>
              <w:t>e30</w:t>
            </w:r>
          </w:p>
        </w:tc>
        <w:tc>
          <w:tcPr>
            <w:tcW w:type="dxa" w:w="1728"/>
          </w:tcPr>
          <w:p>
            <w:r>
              <w:t>civil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91*090*1*0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Yousefpoor</w:t>
            </w:r>
          </w:p>
        </w:tc>
        <w:tc>
          <w:tcPr>
            <w:tcW w:type="dxa" w:w="1728"/>
          </w:tcPr>
          <w:p>
            <w:r>
              <w:t>FatemehYousefpoor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933*0*33**</w:t>
            </w:r>
          </w:p>
        </w:tc>
        <w:tc>
          <w:tcPr>
            <w:tcW w:type="dxa" w:w="1728"/>
          </w:tcPr>
          <w:p>
            <w:r>
              <w:t>Sasan</w:t>
            </w:r>
          </w:p>
        </w:tc>
        <w:tc>
          <w:tcPr>
            <w:tcW w:type="dxa" w:w="1728"/>
          </w:tcPr>
          <w:p>
            <w:r>
              <w:t>Arab</w:t>
            </w:r>
          </w:p>
        </w:tc>
        <w:tc>
          <w:tcPr>
            <w:tcW w:type="dxa" w:w="1728"/>
          </w:tcPr>
          <w:p>
            <w:r>
              <w:t>Sasanarab2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91*4*4*71*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Civilllman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91**77**27</w:t>
            </w:r>
          </w:p>
        </w:tc>
        <w:tc>
          <w:tcPr>
            <w:tcW w:type="dxa" w:w="1728"/>
          </w:tcPr>
          <w:p>
            <w:r>
              <w:t>Samira 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91***01**2</w:t>
            </w:r>
          </w:p>
        </w:tc>
        <w:tc>
          <w:tcPr>
            <w:tcW w:type="dxa" w:w="1728"/>
          </w:tcPr>
          <w:p>
            <w:r>
              <w:t>RAHIM_</w:t>
            </w:r>
          </w:p>
        </w:tc>
        <w:tc>
          <w:tcPr>
            <w:tcW w:type="dxa" w:w="1728"/>
          </w:tcPr>
          <w:p>
            <w:r>
              <w:t>AZADBAKHT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91*223370*</w:t>
            </w:r>
          </w:p>
        </w:tc>
        <w:tc>
          <w:tcPr>
            <w:tcW w:type="dxa" w:w="1728"/>
          </w:tcPr>
          <w:p>
            <w:r>
              <w:t>𝗷@𝘃@𝗱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javadshahbazi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9374*4*212</w:t>
            </w:r>
          </w:p>
        </w:tc>
        <w:tc>
          <w:tcPr>
            <w:tcW w:type="dxa" w:w="1728"/>
          </w:tcPr>
          <w:p>
            <w:r>
              <w:t>gudarzvand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gudarzvand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912213****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mozhgan577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91*37**0*1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912*39*0**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Mazadi94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99174*9071</w:t>
            </w:r>
          </w:p>
        </w:tc>
        <w:tc>
          <w:tcPr>
            <w:tcW w:type="dxa" w:w="1728"/>
          </w:tcPr>
          <w:p>
            <w:r>
              <w:t>Civil2021</w:t>
            </w:r>
          </w:p>
        </w:tc>
        <w:tc>
          <w:tcPr>
            <w:tcW w:type="dxa" w:w="1728"/>
          </w:tcPr>
          <w:p>
            <w:r>
              <w:t>Eng</w:t>
            </w:r>
          </w:p>
        </w:tc>
        <w:tc>
          <w:tcPr>
            <w:tcW w:type="dxa" w:w="1728"/>
          </w:tcPr>
          <w:p>
            <w:r>
              <w:t>Civil34shiraz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9194279*2*</w:t>
            </w:r>
          </w:p>
        </w:tc>
        <w:tc>
          <w:tcPr>
            <w:tcW w:type="dxa" w:w="1728"/>
          </w:tcPr>
          <w:p>
            <w:r>
              <w:t>Davoud</w:t>
            </w:r>
          </w:p>
        </w:tc>
        <w:tc>
          <w:tcPr>
            <w:tcW w:type="dxa" w:w="1728"/>
          </w:tcPr>
          <w:p>
            <w:r>
              <w:t>Esmaeili</w:t>
            </w:r>
          </w:p>
        </w:tc>
        <w:tc>
          <w:tcPr>
            <w:tcW w:type="dxa" w:w="1728"/>
          </w:tcPr>
          <w:p>
            <w:r>
              <w:t>davoud_civilEngineer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91**01*0*9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Slanislav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91*1*70*00</w:t>
            </w:r>
          </w:p>
        </w:tc>
        <w:tc>
          <w:tcPr>
            <w:tcW w:type="dxa" w:w="1728"/>
          </w:tcPr>
          <w:p>
            <w:r>
              <w:t>Hamid Zarif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Hamid_Zarif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904**3973*</w:t>
            </w:r>
          </w:p>
        </w:tc>
        <w:tc>
          <w:tcPr>
            <w:tcW w:type="dxa" w:w="1728"/>
          </w:tcPr>
          <w:p>
            <w:r>
              <w:t>Morvarid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iammorvarid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912202**24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ali11rezaa11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913394****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>
              <w:t>Zv</w:t>
            </w:r>
          </w:p>
        </w:tc>
        <w:tc>
          <w:tcPr>
            <w:tcW w:type="dxa" w:w="1728"/>
          </w:tcPr>
          <w:p>
            <w:r>
              <w:t>sadeghzvv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922*314*01</w:t>
            </w:r>
          </w:p>
        </w:tc>
        <w:tc>
          <w:tcPr>
            <w:tcW w:type="dxa" w:w="1728"/>
          </w:tcPr>
          <w:p>
            <w:r>
              <w:t>boy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window1397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91213**042</w:t>
            </w:r>
          </w:p>
        </w:tc>
        <w:tc>
          <w:tcPr>
            <w:tcW w:type="dxa" w:w="1728"/>
          </w:tcPr>
          <w:p>
            <w:r>
              <w:t>✨️𝓐𝓵𝓲 𝓢𝓱𝓸𝓪𝓮𝓲✨️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Alishoaeei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91*4974*01</w:t>
            </w:r>
          </w:p>
        </w:tc>
        <w:tc>
          <w:tcPr>
            <w:tcW w:type="dxa" w:w="1728"/>
          </w:tcPr>
          <w:p>
            <w:r>
              <w:t>˙·٠•●♥mojtaba♥●•٠·˙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Mojtaba94civilengineer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921**41907</w:t>
            </w:r>
          </w:p>
        </w:tc>
        <w:tc>
          <w:tcPr>
            <w:tcW w:type="dxa" w:w="1728"/>
          </w:tcPr>
          <w:p>
            <w:r>
              <w:t>𝓶𝓪𝓻¥𝓪𝓶</w:t>
            </w:r>
          </w:p>
        </w:tc>
        <w:tc>
          <w:tcPr>
            <w:tcW w:type="dxa" w:w="1728"/>
          </w:tcPr>
          <w:p>
            <w:r>
              <w:t>𝓶𝓸̈𝓻𝓪𝓭𝜾</w:t>
            </w:r>
          </w:p>
        </w:tc>
        <w:tc>
          <w:tcPr>
            <w:tcW w:type="dxa" w:w="1728"/>
          </w:tcPr>
          <w:p>
            <w:r>
              <w:t>Mry_Mrd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91047302*3</w:t>
            </w:r>
          </w:p>
        </w:tc>
        <w:tc>
          <w:tcPr>
            <w:tcW w:type="dxa" w:w="1728"/>
          </w:tcPr>
          <w:p>
            <w:r>
              <w:t>farnaz.fathi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f_fathi123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93*137*77*</w:t>
            </w:r>
          </w:p>
        </w:tc>
        <w:tc>
          <w:tcPr>
            <w:tcW w:type="dxa" w:w="1728"/>
          </w:tcPr>
          <w:p>
            <w:r>
              <w:t>f Saedi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faribasaedi71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93**033224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Miri</w:t>
            </w:r>
          </w:p>
        </w:tc>
        <w:tc>
          <w:tcPr>
            <w:tcW w:type="dxa" w:w="1728"/>
          </w:tcPr>
          <w:p>
            <w:r>
              <w:t>Ali7Miri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937*19***7</w:t>
            </w:r>
          </w:p>
        </w:tc>
        <w:tc>
          <w:tcPr>
            <w:tcW w:type="dxa" w:w="1728"/>
          </w:tcPr>
          <w:p>
            <w:r>
              <w:t>R¤¥@L £@Lcon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Royal_Hawk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912**20430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9144324270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Hamed996170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91**740471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9143*943*3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JAFAREAN</w:t>
            </w:r>
          </w:p>
        </w:tc>
        <w:tc>
          <w:tcPr>
            <w:tcW w:type="dxa" w:w="1728"/>
          </w:tcPr>
          <w:p>
            <w:r>
              <w:t>sajadjafarean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93*17430*2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Zahra_dbnn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913*77977*</w:t>
            </w:r>
          </w:p>
        </w:tc>
        <w:tc>
          <w:tcPr>
            <w:tcW w:type="dxa" w:w="1728"/>
          </w:tcPr>
          <w:p>
            <w:r>
              <w:t>Mohamadreza</w:t>
            </w:r>
          </w:p>
        </w:tc>
        <w:tc>
          <w:tcPr>
            <w:tcW w:type="dxa" w:w="1728"/>
          </w:tcPr>
          <w:p>
            <w:r>
              <w:t>Rafiei</w:t>
            </w:r>
          </w:p>
        </w:tc>
        <w:tc>
          <w:tcPr>
            <w:tcW w:type="dxa" w:w="1728"/>
          </w:tcPr>
          <w:p>
            <w:r>
              <w:t>Mrafiei60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903**12*49</w:t>
            </w:r>
          </w:p>
        </w:tc>
        <w:tc>
          <w:tcPr>
            <w:tcW w:type="dxa" w:w="1728"/>
          </w:tcPr>
          <w:p>
            <w:r>
              <w:t>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Pweryu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93*341***1</w:t>
            </w:r>
          </w:p>
        </w:tc>
        <w:tc>
          <w:tcPr>
            <w:tcW w:type="dxa" w:w="1728"/>
          </w:tcPr>
          <w:p>
            <w:r>
              <w:t>پارسا</w:t>
            </w:r>
          </w:p>
        </w:tc>
        <w:tc>
          <w:tcPr>
            <w:tcW w:type="dxa" w:w="1728"/>
          </w:tcPr>
          <w:p>
            <w:r>
              <w:t>پارسا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93*1729290</w:t>
            </w:r>
          </w:p>
        </w:tc>
        <w:tc>
          <w:tcPr>
            <w:tcW w:type="dxa" w:w="1728"/>
          </w:tcPr>
          <w:p>
            <w:r>
              <w:t>Mos...?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mosle72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91*94****0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tavakoli</w:t>
            </w:r>
          </w:p>
        </w:tc>
        <w:tc>
          <w:tcPr>
            <w:tcW w:type="dxa" w:w="1728"/>
          </w:tcPr>
          <w:p>
            <w:r>
              <w:t>rezatavakolirad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93*3*223*4</w:t>
            </w:r>
          </w:p>
        </w:tc>
        <w:tc>
          <w:tcPr>
            <w:tcW w:type="dxa" w:w="1728"/>
          </w:tcPr>
          <w:p>
            <w:r>
              <w:t>behnam khan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behnam_khan500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91****3***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Peymansadeghi1995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9124*12**1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Abbasi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91*9***071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91273430**</w:t>
            </w:r>
          </w:p>
        </w:tc>
        <w:tc>
          <w:tcPr>
            <w:tcW w:type="dxa" w:w="1728"/>
          </w:tcPr>
          <w:p>
            <w:r>
              <w:t>mahan</w:t>
            </w:r>
          </w:p>
        </w:tc>
        <w:tc>
          <w:tcPr>
            <w:tcW w:type="dxa" w:w="1728"/>
          </w:tcPr>
          <w:p>
            <w:r>
              <w:t>shahbaz</w:t>
            </w:r>
          </w:p>
        </w:tc>
        <w:tc>
          <w:tcPr>
            <w:tcW w:type="dxa" w:w="1728"/>
          </w:tcPr>
          <w:p>
            <w:r>
              <w:t>mahanshahbaz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9224930332</w:t>
            </w:r>
          </w:p>
        </w:tc>
        <w:tc>
          <w:tcPr>
            <w:tcW w:type="dxa" w:w="1728"/>
          </w:tcPr>
          <w:p>
            <w:r>
              <w:t>Rasool.heydari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Rasoolhdr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93799317*4</w:t>
            </w:r>
          </w:p>
        </w:tc>
        <w:tc>
          <w:tcPr>
            <w:tcW w:type="dxa" w:w="1728"/>
          </w:tcPr>
          <w:p>
            <w:r>
              <w:t>Payam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Payam_1919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91*2199912</w:t>
            </w:r>
          </w:p>
        </w:tc>
        <w:tc>
          <w:tcPr>
            <w:tcW w:type="dxa" w:w="1728"/>
          </w:tcPr>
          <w:p>
            <w:r>
              <w:t>‌ 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waterut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9121*14*39</w:t>
            </w:r>
          </w:p>
        </w:tc>
        <w:tc>
          <w:tcPr>
            <w:tcW w:type="dxa" w:w="1728"/>
          </w:tcPr>
          <w:p>
            <w:r>
              <w:t>Telegram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93*02*4*37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Beykian Mohammadi</w:t>
            </w:r>
          </w:p>
        </w:tc>
        <w:tc>
          <w:tcPr>
            <w:tcW w:type="dxa" w:w="1728"/>
          </w:tcPr>
          <w:p>
            <w:r>
              <w:t>alireza_beykian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91112**3*4</w:t>
            </w:r>
          </w:p>
        </w:tc>
        <w:tc>
          <w:tcPr>
            <w:tcW w:type="dxa" w:w="1728"/>
          </w:tcPr>
          <w:p>
            <w:r>
              <w:t>عباس</w:t>
            </w:r>
          </w:p>
        </w:tc>
        <w:tc>
          <w:tcPr>
            <w:tcW w:type="dxa" w:w="1728"/>
          </w:tcPr>
          <w:p>
            <w:r>
              <w:t>ملک خیلی</w:t>
            </w:r>
          </w:p>
        </w:tc>
        <w:tc>
          <w:tcPr>
            <w:tcW w:type="dxa" w:w="1728"/>
          </w:tcPr>
          <w:p>
            <w:r>
              <w:t>Archmalek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912741*229</w:t>
            </w:r>
          </w:p>
        </w:tc>
        <w:tc>
          <w:tcPr>
            <w:tcW w:type="dxa" w:w="1728"/>
          </w:tcPr>
          <w:p>
            <w:r>
              <w:t>mehdii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93*3**0093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Salari</w:t>
            </w:r>
          </w:p>
        </w:tc>
        <w:tc>
          <w:tcPr>
            <w:tcW w:type="dxa" w:w="1728"/>
          </w:tcPr>
          <w:p>
            <w:r>
              <w:t>salari93ti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912**7**94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mohammadali88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91*473*499</w:t>
            </w:r>
          </w:p>
        </w:tc>
        <w:tc>
          <w:tcPr>
            <w:tcW w:type="dxa" w:w="1728"/>
          </w:tcPr>
          <w:p>
            <w:r>
              <w:t>‌‌‌ ‌‌‌amirho3ein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amirho3ein023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91197*22*9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mohammad_1363es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91*740732*</w:t>
            </w:r>
          </w:p>
        </w:tc>
        <w:tc>
          <w:tcPr>
            <w:tcW w:type="dxa" w:w="1728"/>
          </w:tcPr>
          <w:p>
            <w:r>
              <w:t>Marziye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Marziye737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91077**773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Mhmd9271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93**317370</w:t>
            </w:r>
          </w:p>
        </w:tc>
        <w:tc>
          <w:tcPr>
            <w:tcW w:type="dxa" w:w="1728"/>
          </w:tcPr>
          <w:p>
            <w:r>
              <w:t>☞A.k.7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kiyani7370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91*0*3011*</w:t>
            </w:r>
          </w:p>
        </w:tc>
        <w:tc>
          <w:tcPr>
            <w:tcW w:type="dxa" w:w="1728"/>
          </w:tcPr>
          <w:p>
            <w:r>
              <w:t>Fazel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  <w:tr>
        <w:tc>
          <w:tcPr>
            <w:tcW w:type="dxa" w:w="1728"/>
          </w:tcPr>
          <w:p>
            <w:r>
              <w:t>912431***3</w:t>
            </w:r>
          </w:p>
        </w:tc>
        <w:tc>
          <w:tcPr>
            <w:tcW w:type="dxa" w:w="1728"/>
          </w:tcPr>
          <w:p>
            <w:r>
              <w:t>سایه</w:t>
            </w:r>
          </w:p>
        </w:tc>
        <w:tc>
          <w:tcPr>
            <w:tcW w:type="dxa" w:w="1728"/>
          </w:tcPr>
          <w:p>
            <w:r>
              <w:t>اسفندی</w:t>
            </w:r>
          </w:p>
        </w:tc>
        <w:tc>
          <w:tcPr>
            <w:tcW w:type="dxa" w:w="1728"/>
          </w:tcPr>
          <w:p>
            <w:r>
              <w:t>Sayeh_Esfandi</w:t>
            </w:r>
          </w:p>
        </w:tc>
        <w:tc>
          <w:tcPr>
            <w:tcW w:type="dxa" w:w="1728"/>
          </w:tcPr>
          <w:p>
            <w:r>
              <w:t>آمادگی آزمون محاسبات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آمادگی آزمون محاسبات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