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آكادمي سئو Seo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آكادمي سئو Seo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930*210702</w:t>
            </w:r>
          </w:p>
        </w:tc>
        <w:tc>
          <w:tcPr>
            <w:tcW w:type="dxa" w:w="1728"/>
          </w:tcPr>
          <w:p>
            <w:r>
              <w:t>dataacademy.ir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wwwdataacademyir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937039*410</w:t>
            </w:r>
          </w:p>
        </w:tc>
        <w:tc>
          <w:tcPr>
            <w:tcW w:type="dxa" w:w="1728"/>
          </w:tcPr>
          <w:p>
            <w:r>
              <w:t>Dr Alireza Abedi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Alirezaaf92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93**4*9**7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jennnmm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910272**09</w:t>
            </w:r>
          </w:p>
        </w:tc>
        <w:tc>
          <w:tcPr>
            <w:tcW w:type="dxa" w:w="1728"/>
          </w:tcPr>
          <w:p>
            <w:r>
              <w:t>Karaj</w:t>
            </w:r>
          </w:p>
        </w:tc>
        <w:tc>
          <w:tcPr>
            <w:tcW w:type="dxa" w:w="1728"/>
          </w:tcPr>
          <w:p>
            <w:r>
              <w:t>Hosting</w:t>
            </w:r>
          </w:p>
        </w:tc>
        <w:tc>
          <w:tcPr>
            <w:tcW w:type="dxa" w:w="1728"/>
          </w:tcPr>
          <w:p>
            <w:r>
              <w:t>KarajHostingSupport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9334****1*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Kingswim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9127***4*4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Eslami</w:t>
            </w:r>
          </w:p>
        </w:tc>
        <w:tc>
          <w:tcPr>
            <w:tcW w:type="dxa" w:w="1728"/>
          </w:tcPr>
          <w:p>
            <w:r>
              <w:t>alieslami400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93******73</w:t>
            </w:r>
          </w:p>
        </w:tc>
        <w:tc>
          <w:tcPr>
            <w:tcW w:type="dxa" w:w="1728"/>
          </w:tcPr>
          <w:p>
            <w:r>
              <w:t>Vahidmgh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vahidmgh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919*417412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utsaeed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9129*399**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alimdehghanpv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93*3*1*030</w:t>
            </w:r>
          </w:p>
        </w:tc>
        <w:tc>
          <w:tcPr>
            <w:tcW w:type="dxa" w:w="1728"/>
          </w:tcPr>
          <w:p>
            <w:r>
              <w:t>Nasrin</w:t>
            </w:r>
          </w:p>
        </w:tc>
        <w:tc>
          <w:tcPr>
            <w:tcW w:type="dxa" w:w="1728"/>
          </w:tcPr>
          <w:p>
            <w:r>
              <w:t>Ghanbarpour</w:t>
            </w:r>
          </w:p>
        </w:tc>
        <w:tc>
          <w:tcPr>
            <w:tcW w:type="dxa" w:w="1728"/>
          </w:tcPr>
          <w:p>
            <w:r>
              <w:t>Nasrin_gh88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937123*240</w:t>
            </w:r>
          </w:p>
        </w:tc>
        <w:tc>
          <w:tcPr>
            <w:tcW w:type="dxa" w:w="1728"/>
          </w:tcPr>
          <w:p>
            <w:r>
              <w:t>Ehk___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EHSANKH74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9392194*2*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mithraiism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9903*04*1*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Maleki</w:t>
            </w:r>
          </w:p>
        </w:tc>
        <w:tc>
          <w:tcPr>
            <w:tcW w:type="dxa" w:w="1728"/>
          </w:tcPr>
          <w:p>
            <w:r>
              <w:t>Mahdi888pv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93*330704*</w:t>
            </w:r>
          </w:p>
        </w:tc>
        <w:tc>
          <w:tcPr>
            <w:tcW w:type="dxa" w:w="1728"/>
          </w:tcPr>
          <w:p>
            <w:r>
              <w:t>Faezeh</w:t>
            </w:r>
          </w:p>
        </w:tc>
        <w:tc>
          <w:tcPr>
            <w:tcW w:type="dxa" w:w="1728"/>
          </w:tcPr>
          <w:p>
            <w:r>
              <w:t>Ghashghayian</w:t>
            </w:r>
          </w:p>
        </w:tc>
        <w:tc>
          <w:tcPr>
            <w:tcW w:type="dxa" w:w="1728"/>
          </w:tcPr>
          <w:p>
            <w:r>
              <w:t>Faezeh1033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9127*1*193</w:t>
            </w:r>
          </w:p>
        </w:tc>
        <w:tc>
          <w:tcPr>
            <w:tcW w:type="dxa" w:w="1728"/>
          </w:tcPr>
          <w:p>
            <w:r>
              <w:t>S.</w:t>
            </w:r>
          </w:p>
        </w:tc>
        <w:tc>
          <w:tcPr>
            <w:tcW w:type="dxa" w:w="1728"/>
          </w:tcPr>
          <w:p>
            <w:r>
              <w:t>Mirzagol</w:t>
            </w:r>
          </w:p>
        </w:tc>
        <w:tc>
          <w:tcPr>
            <w:tcW w:type="dxa" w:w="1728"/>
          </w:tcPr>
          <w:p>
            <w:r>
              <w:t>smirzagol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990*19*47*</w:t>
            </w:r>
          </w:p>
        </w:tc>
        <w:tc>
          <w:tcPr>
            <w:tcW w:type="dxa" w:w="1728"/>
          </w:tcPr>
          <w:p>
            <w:r>
              <w:t>Hamed Farahani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Hamed_8476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9213229709</w:t>
            </w:r>
          </w:p>
        </w:tc>
        <w:tc>
          <w:tcPr>
            <w:tcW w:type="dxa" w:w="1728"/>
          </w:tcPr>
          <w:p>
            <w:r>
              <w:t>Wall.E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ThisiswallE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921**31***</w:t>
            </w:r>
          </w:p>
        </w:tc>
        <w:tc>
          <w:tcPr>
            <w:tcW w:type="dxa" w:w="1728"/>
          </w:tcPr>
          <w:p>
            <w:r>
              <w:t>Juza66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juza666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921***49**</w:t>
            </w:r>
          </w:p>
        </w:tc>
        <w:tc>
          <w:tcPr>
            <w:tcW w:type="dxa" w:w="1728"/>
          </w:tcPr>
          <w:p>
            <w:r>
              <w:t>Moein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MoeinDHM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91*41*3*2*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Rahimi</w:t>
            </w:r>
          </w:p>
        </w:tc>
        <w:tc>
          <w:tcPr>
            <w:tcW w:type="dxa" w:w="1728"/>
          </w:tcPr>
          <w:p>
            <w:r>
              <w:t>RealMahdiRahimi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93**9704*0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aliila1111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9303***330</w:t>
            </w:r>
          </w:p>
        </w:tc>
        <w:tc>
          <w:tcPr>
            <w:tcW w:type="dxa" w:w="1728"/>
          </w:tcPr>
          <w:p>
            <w:r>
              <w:t>🦉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bk78987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93*979*092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>
              <w:t>Lotfi</w:t>
            </w:r>
          </w:p>
        </w:tc>
        <w:tc>
          <w:tcPr>
            <w:tcW w:type="dxa" w:w="1728"/>
          </w:tcPr>
          <w:p>
            <w:r>
              <w:t>saeedlotfi68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9127**2*77</w:t>
            </w:r>
          </w:p>
        </w:tc>
        <w:tc>
          <w:tcPr>
            <w:tcW w:type="dxa" w:w="1728"/>
          </w:tcPr>
          <w:p>
            <w:r>
              <w:t>𝗟𝗲𝘆𝗹𝗮</w:t>
            </w:r>
          </w:p>
        </w:tc>
        <w:tc>
          <w:tcPr>
            <w:tcW w:type="dxa" w:w="1728"/>
          </w:tcPr>
          <w:p>
            <w:r>
              <w:t>𝗕𝗲𝗴𝗹𝗼𝘂</w:t>
            </w:r>
          </w:p>
        </w:tc>
        <w:tc>
          <w:tcPr>
            <w:tcW w:type="dxa" w:w="1728"/>
          </w:tcPr>
          <w:p>
            <w:r>
              <w:t>LeylaBeglou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917*27407*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miladseo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921*32**29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91243**329</w:t>
            </w:r>
          </w:p>
        </w:tc>
        <w:tc>
          <w:tcPr>
            <w:tcW w:type="dxa" w:w="1728"/>
          </w:tcPr>
          <w:p>
            <w:r>
              <w:t>M_</w:t>
            </w:r>
          </w:p>
        </w:tc>
        <w:tc>
          <w:tcPr>
            <w:tcW w:type="dxa" w:w="1728"/>
          </w:tcPr>
          <w:p>
            <w:r>
              <w:t>Kazempour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911323*1*9</w:t>
            </w:r>
          </w:p>
        </w:tc>
        <w:tc>
          <w:tcPr>
            <w:tcW w:type="dxa" w:w="1728"/>
          </w:tcPr>
          <w:p>
            <w:r>
              <w:t>Farhad</w:t>
            </w:r>
          </w:p>
        </w:tc>
        <w:tc>
          <w:tcPr>
            <w:tcW w:type="dxa" w:w="1728"/>
          </w:tcPr>
          <w:p>
            <w:r>
              <w:t>Abedini</w:t>
            </w:r>
          </w:p>
        </w:tc>
        <w:tc>
          <w:tcPr>
            <w:tcW w:type="dxa" w:w="1728"/>
          </w:tcPr>
          <w:p>
            <w:r>
              <w:t>Farhad_electron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91*2**307*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navid_sab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917***432*</w:t>
            </w:r>
          </w:p>
        </w:tc>
        <w:tc>
          <w:tcPr>
            <w:tcW w:type="dxa" w:w="1728"/>
          </w:tcPr>
          <w:p>
            <w:r>
              <w:t>E.H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parsejok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93331***10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J</w:t>
            </w:r>
          </w:p>
        </w:tc>
        <w:tc>
          <w:tcPr>
            <w:tcW w:type="dxa" w:w="1728"/>
          </w:tcPr>
          <w:p>
            <w:r>
              <w:t>SaJalily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939*2773**</w:t>
            </w:r>
          </w:p>
        </w:tc>
        <w:tc>
          <w:tcPr>
            <w:tcW w:type="dxa" w:w="1728"/>
          </w:tcPr>
          <w:p>
            <w:r>
              <w:t>N00.mi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lllNmilll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9339477*94</w:t>
            </w:r>
          </w:p>
        </w:tc>
        <w:tc>
          <w:tcPr>
            <w:tcW w:type="dxa" w:w="1728"/>
          </w:tcPr>
          <w:p>
            <w:r>
              <w:t>Sajad</w:t>
            </w:r>
          </w:p>
        </w:tc>
        <w:tc>
          <w:tcPr>
            <w:tcW w:type="dxa" w:w="1728"/>
          </w:tcPr>
          <w:p>
            <w:r>
              <w:t>Ziaieian mofid</w:t>
            </w:r>
          </w:p>
        </w:tc>
        <w:tc>
          <w:tcPr>
            <w:tcW w:type="dxa" w:w="1728"/>
          </w:tcPr>
          <w:p>
            <w:r>
              <w:t>counterstrike1_6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9017*00737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Misss1397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9397992**4</w:t>
            </w:r>
          </w:p>
        </w:tc>
        <w:tc>
          <w:tcPr>
            <w:tcW w:type="dxa" w:w="1728"/>
          </w:tcPr>
          <w:p>
            <w:r>
              <w:t>Flower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F95Flower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93*090*910</w:t>
            </w:r>
          </w:p>
        </w:tc>
        <w:tc>
          <w:tcPr>
            <w:tcW w:type="dxa" w:w="1728"/>
          </w:tcPr>
          <w:p>
            <w:r>
              <w:t>Samaneh Rahimi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seomaneger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921173**01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>
              <w:t>Asadzadeh</w:t>
            </w:r>
          </w:p>
        </w:tc>
        <w:tc>
          <w:tcPr>
            <w:tcW w:type="dxa" w:w="1728"/>
          </w:tcPr>
          <w:p>
            <w:r>
              <w:t>Mr_asdz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91**1*77*7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dreamscometrue71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90*03*4491</w:t>
            </w:r>
          </w:p>
        </w:tc>
        <w:tc>
          <w:tcPr>
            <w:tcW w:type="dxa" w:w="1728"/>
          </w:tcPr>
          <w:p>
            <w:r>
              <w:t>کلیه خدمات شبکه های اجتماعی</w:t>
            </w:r>
          </w:p>
        </w:tc>
        <w:tc>
          <w:tcPr>
            <w:tcW w:type="dxa" w:w="1728"/>
          </w:tcPr>
          <w:p>
            <w:r>
              <w:t>🇮🇷</w:t>
            </w:r>
          </w:p>
        </w:tc>
        <w:tc>
          <w:tcPr>
            <w:tcW w:type="dxa" w:w="1728"/>
          </w:tcPr>
          <w:p>
            <w:r>
              <w:t>socialsignal_org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902473*2*4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Dolikhani</w:t>
            </w:r>
          </w:p>
        </w:tc>
        <w:tc>
          <w:tcPr>
            <w:tcW w:type="dxa" w:w="1728"/>
          </w:tcPr>
          <w:p>
            <w:r>
              <w:t>AliDolikhani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91374999*4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حکیمیان</w:t>
            </w:r>
          </w:p>
        </w:tc>
        <w:tc>
          <w:tcPr>
            <w:tcW w:type="dxa" w:w="1728"/>
          </w:tcPr>
          <w:p>
            <w:r>
              <w:t>AliHakimiancs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93**110*9*</w:t>
            </w:r>
          </w:p>
        </w:tc>
        <w:tc>
          <w:tcPr>
            <w:tcW w:type="dxa" w:w="1728"/>
          </w:tcPr>
          <w:p>
            <w:r>
              <w:t>Mortex</w:t>
            </w:r>
          </w:p>
        </w:tc>
        <w:tc>
          <w:tcPr>
            <w:tcW w:type="dxa" w:w="1728"/>
          </w:tcPr>
          <w:p>
            <w:r>
              <w:t>Saberi</w:t>
            </w:r>
          </w:p>
        </w:tc>
        <w:tc>
          <w:tcPr>
            <w:tcW w:type="dxa" w:w="1728"/>
          </w:tcPr>
          <w:p>
            <w:r>
              <w:t>Mortexi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91400*0247</w:t>
            </w:r>
          </w:p>
        </w:tc>
        <w:tc>
          <w:tcPr>
            <w:tcW w:type="dxa" w:w="1728"/>
          </w:tcPr>
          <w:p>
            <w:r>
              <w:t>Amir Masoud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amir_masoud_h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9222***20*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rzhyd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93*4020*13</w:t>
            </w:r>
          </w:p>
        </w:tc>
        <w:tc>
          <w:tcPr>
            <w:tcW w:type="dxa" w:w="1728"/>
          </w:tcPr>
          <w:p>
            <w:r>
              <w:t>ᅠᅠࣩࣩࣩࣩࣩࣩࣩࣩࣩࣩࣩࣩࣩࣩࣩࣩࣩࣩࣩࣩࣩࣩࣩࣩࣧࣧࣧࣧࣧࣧࣧࣧࣧࣧࣧࣧࣧࣧࣧࣧࣧࣧࣧࣧᅠᅠࣩࣩࣩࣩࣩࣩࣩࣧࣧࣧࣧ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XSICK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91091*1**4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M6753a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937*37*74*</w:t>
            </w:r>
          </w:p>
        </w:tc>
        <w:tc>
          <w:tcPr>
            <w:tcW w:type="dxa" w:w="1728"/>
          </w:tcPr>
          <w:p>
            <w:r>
              <w:t>Mohammadreza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Zameer_ir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91**4*4*37</w:t>
            </w:r>
          </w:p>
        </w:tc>
        <w:tc>
          <w:tcPr>
            <w:tcW w:type="dxa" w:w="1728"/>
          </w:tcPr>
          <w:p>
            <w:r>
              <w:t>Shano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ShanoWeb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903*49072*</w:t>
            </w:r>
          </w:p>
        </w:tc>
        <w:tc>
          <w:tcPr>
            <w:tcW w:type="dxa" w:w="1728"/>
          </w:tcPr>
          <w:p>
            <w:r>
              <w:t>Ho3ein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hossein2000z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91270334*7</w:t>
            </w:r>
          </w:p>
        </w:tc>
        <w:tc>
          <w:tcPr>
            <w:tcW w:type="dxa" w:w="1728"/>
          </w:tcPr>
          <w:p>
            <w:r>
              <w:t>IT■■■■■■90%</w:t>
            </w:r>
          </w:p>
        </w:tc>
        <w:tc>
          <w:tcPr>
            <w:tcW w:type="dxa" w:w="1728"/>
          </w:tcPr>
          <w:p>
            <w:r>
              <w:t>Is every things</w:t>
            </w:r>
          </w:p>
        </w:tc>
        <w:tc>
          <w:tcPr>
            <w:tcW w:type="dxa" w:w="1728"/>
          </w:tcPr>
          <w:p>
            <w:r>
              <w:t>Engineerazani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911**4097*</w:t>
            </w:r>
          </w:p>
        </w:tc>
        <w:tc>
          <w:tcPr>
            <w:tcW w:type="dxa" w:w="1728"/>
          </w:tcPr>
          <w:p>
            <w:r>
              <w:t>DR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d_ramzani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9031*2979*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>
              <w:t>AFSHARI</w:t>
            </w:r>
          </w:p>
        </w:tc>
        <w:tc>
          <w:tcPr>
            <w:tcW w:type="dxa" w:w="1728"/>
          </w:tcPr>
          <w:p>
            <w:r>
              <w:t>ARASHSEO79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919*1**4*2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>
              <w:t>Semsarpour</w:t>
            </w:r>
          </w:p>
        </w:tc>
        <w:tc>
          <w:tcPr>
            <w:tcW w:type="dxa" w:w="1728"/>
          </w:tcPr>
          <w:p>
            <w:r>
              <w:t>Mohsensemsarpour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9144914*3*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Mochgyr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9377*91379</w:t>
            </w:r>
          </w:p>
        </w:tc>
        <w:tc>
          <w:tcPr>
            <w:tcW w:type="dxa" w:w="1728"/>
          </w:tcPr>
          <w:p>
            <w:r>
              <w:t>Farzane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FarzaneRF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90191*11**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Barcaee74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93*111*09*</w:t>
            </w:r>
          </w:p>
        </w:tc>
        <w:tc>
          <w:tcPr>
            <w:tcW w:type="dxa" w:w="1728"/>
          </w:tcPr>
          <w:p>
            <w:r>
              <w:t>ArefRayaneh</w:t>
            </w:r>
          </w:p>
        </w:tc>
        <w:tc>
          <w:tcPr>
            <w:tcW w:type="dxa" w:w="1728"/>
          </w:tcPr>
          <w:p>
            <w:r>
              <w:t>عارف رایانه</w:t>
            </w:r>
          </w:p>
        </w:tc>
        <w:tc>
          <w:tcPr>
            <w:tcW w:type="dxa" w:w="1728"/>
          </w:tcPr>
          <w:p>
            <w:r>
              <w:t>Arefrayaneh1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9122720***</w:t>
            </w:r>
          </w:p>
        </w:tc>
        <w:tc>
          <w:tcPr>
            <w:tcW w:type="dxa" w:w="1728"/>
          </w:tcPr>
          <w:p>
            <w:r>
              <w:t>Vafaei</w:t>
            </w:r>
          </w:p>
        </w:tc>
        <w:tc>
          <w:tcPr>
            <w:tcW w:type="dxa" w:w="1728"/>
          </w:tcPr>
          <w:p>
            <w:r>
              <w:t>.a</w:t>
            </w:r>
          </w:p>
        </w:tc>
        <w:tc>
          <w:tcPr>
            <w:tcW w:type="dxa" w:w="1728"/>
          </w:tcPr>
          <w:p>
            <w:r>
              <w:t>vafaeimanesh_a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913*271**9</w:t>
            </w:r>
          </w:p>
        </w:tc>
        <w:tc>
          <w:tcPr>
            <w:tcW w:type="dxa" w:w="1728"/>
          </w:tcPr>
          <w:p>
            <w:r>
              <w:t>Mr</w:t>
            </w:r>
          </w:p>
        </w:tc>
        <w:tc>
          <w:tcPr>
            <w:tcW w:type="dxa" w:w="1728"/>
          </w:tcPr>
          <w:p>
            <w:r>
              <w:t>Rahimi</w:t>
            </w:r>
          </w:p>
        </w:tc>
        <w:tc>
          <w:tcPr>
            <w:tcW w:type="dxa" w:w="1728"/>
          </w:tcPr>
          <w:p>
            <w:r>
              <w:t>Abolfazl_Rahimiii1994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93*19417*3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arash_m0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9142222930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aseifi1993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9193***914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Afshar</w:t>
            </w:r>
          </w:p>
        </w:tc>
        <w:tc>
          <w:tcPr>
            <w:tcW w:type="dxa" w:w="1728"/>
          </w:tcPr>
          <w:p>
            <w:r>
              <w:t>M_Afshar94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912239*933</w:t>
            </w:r>
          </w:p>
        </w:tc>
        <w:tc>
          <w:tcPr>
            <w:tcW w:type="dxa" w:w="1728"/>
          </w:tcPr>
          <w:p>
            <w:r>
              <w:t>atefeh</w:t>
            </w:r>
          </w:p>
        </w:tc>
        <w:tc>
          <w:tcPr>
            <w:tcW w:type="dxa" w:w="1728"/>
          </w:tcPr>
          <w:p>
            <w:r>
              <w:t>hasas</w:t>
            </w:r>
          </w:p>
        </w:tc>
        <w:tc>
          <w:tcPr>
            <w:tcW w:type="dxa" w:w="1728"/>
          </w:tcPr>
          <w:p>
            <w:r>
              <w:t>atefehassas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93*31**717</w:t>
            </w:r>
          </w:p>
        </w:tc>
        <w:tc>
          <w:tcPr>
            <w:tcW w:type="dxa" w:w="1728"/>
          </w:tcPr>
          <w:p>
            <w:r>
              <w:t>وداع</w:t>
            </w:r>
          </w:p>
        </w:tc>
        <w:tc>
          <w:tcPr>
            <w:tcW w:type="dxa" w:w="1728"/>
          </w:tcPr>
          <w:p>
            <w:r>
              <w:t>با خدا</w:t>
            </w:r>
          </w:p>
        </w:tc>
        <w:tc>
          <w:tcPr>
            <w:tcW w:type="dxa" w:w="1728"/>
          </w:tcPr>
          <w:p>
            <w:r>
              <w:t>veda_ba_khoda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913***9*12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F_zmnii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91711702*7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>
              <w:t>Hekayati</w:t>
            </w:r>
          </w:p>
        </w:tc>
        <w:tc>
          <w:tcPr>
            <w:tcW w:type="dxa" w:w="1728"/>
          </w:tcPr>
          <w:p>
            <w:r>
              <w:t>OmidHekayati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93*93****2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Koochaki</w:t>
            </w:r>
          </w:p>
        </w:tc>
        <w:tc>
          <w:tcPr>
            <w:tcW w:type="dxa" w:w="1728"/>
          </w:tcPr>
          <w:p>
            <w:r>
              <w:t>m_koochaki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93979*1024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Baharani</w:t>
            </w:r>
          </w:p>
        </w:tc>
        <w:tc>
          <w:tcPr>
            <w:tcW w:type="dxa" w:w="1728"/>
          </w:tcPr>
          <w:p>
            <w:r>
              <w:t>Ali_baharani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91*37**33*</w:t>
            </w:r>
          </w:p>
        </w:tc>
        <w:tc>
          <w:tcPr>
            <w:tcW w:type="dxa" w:w="1728"/>
          </w:tcPr>
          <w:p>
            <w:r>
              <w:t>DaRa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Da_Raa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91200*1373</w:t>
            </w:r>
          </w:p>
        </w:tc>
        <w:tc>
          <w:tcPr>
            <w:tcW w:type="dxa" w:w="1728"/>
          </w:tcPr>
          <w:p>
            <w:r>
              <w:t>Farnaz</w:t>
            </w:r>
          </w:p>
        </w:tc>
        <w:tc>
          <w:tcPr>
            <w:tcW w:type="dxa" w:w="1728"/>
          </w:tcPr>
          <w:p>
            <w:r>
              <w:t>Azizzadeh</w:t>
            </w:r>
          </w:p>
        </w:tc>
        <w:tc>
          <w:tcPr>
            <w:tcW w:type="dxa" w:w="1728"/>
          </w:tcPr>
          <w:p>
            <w:r>
              <w:t>azizzadeh730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9300*3*32*</w:t>
            </w:r>
          </w:p>
        </w:tc>
        <w:tc>
          <w:tcPr>
            <w:tcW w:type="dxa" w:w="1728"/>
          </w:tcPr>
          <w:p>
            <w:r>
              <w:t>Amir azad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933190*33*</w:t>
            </w:r>
          </w:p>
        </w:tc>
        <w:tc>
          <w:tcPr>
            <w:tcW w:type="dxa" w:w="1728"/>
          </w:tcPr>
          <w:p>
            <w:r>
              <w:t>21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b_khani13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910*70*24*</w:t>
            </w:r>
          </w:p>
        </w:tc>
        <w:tc>
          <w:tcPr>
            <w:tcW w:type="dxa" w:w="1728"/>
          </w:tcPr>
          <w:p>
            <w:r>
              <w:t>نوید</w:t>
            </w:r>
          </w:p>
        </w:tc>
        <w:tc>
          <w:tcPr>
            <w:tcW w:type="dxa" w:w="1728"/>
          </w:tcPr>
          <w:p>
            <w:r>
              <w:t>اتحادیان مقدم</w:t>
            </w:r>
          </w:p>
        </w:tc>
        <w:tc>
          <w:tcPr>
            <w:tcW w:type="dxa" w:w="1728"/>
          </w:tcPr>
          <w:p>
            <w:r>
              <w:t>NavidMoghadam10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9221437721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Motamedkia</w:t>
            </w:r>
          </w:p>
        </w:tc>
        <w:tc>
          <w:tcPr>
            <w:tcW w:type="dxa" w:w="1728"/>
          </w:tcPr>
          <w:p>
            <w:r>
              <w:t>M_Mtmdkia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913*09*4*1</w:t>
            </w:r>
          </w:p>
        </w:tc>
        <w:tc>
          <w:tcPr>
            <w:tcW w:type="dxa" w:w="1728"/>
          </w:tcPr>
          <w:p>
            <w:r>
              <w:t>MANSOUR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Mansour_AriaMehr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937*0*39*1</w:t>
            </w:r>
          </w:p>
        </w:tc>
        <w:tc>
          <w:tcPr>
            <w:tcW w:type="dxa" w:w="1728"/>
          </w:tcPr>
          <w:p>
            <w:r>
              <w:t>Java_____n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Javan021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9103**7332</w:t>
            </w:r>
          </w:p>
        </w:tc>
        <w:tc>
          <w:tcPr>
            <w:tcW w:type="dxa" w:w="1728"/>
          </w:tcPr>
          <w:p>
            <w:r>
              <w:t>T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S_Hor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914**4****</w:t>
            </w:r>
          </w:p>
        </w:tc>
        <w:tc>
          <w:tcPr>
            <w:tcW w:type="dxa" w:w="1728"/>
          </w:tcPr>
          <w:p>
            <w:r>
              <w:t>jahan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mojtaba_jahandoust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902200*231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Hedayati</w:t>
            </w:r>
          </w:p>
        </w:tc>
        <w:tc>
          <w:tcPr>
            <w:tcW w:type="dxa" w:w="1728"/>
          </w:tcPr>
          <w:p>
            <w:r>
              <w:t>hedayati_me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  <w:tr>
        <w:tc>
          <w:tcPr>
            <w:tcW w:type="dxa" w:w="1728"/>
          </w:tcPr>
          <w:p>
            <w:r>
              <w:t>9010917792</w:t>
            </w:r>
          </w:p>
        </w:tc>
        <w:tc>
          <w:tcPr>
            <w:tcW w:type="dxa" w:w="1728"/>
          </w:tcPr>
          <w:p>
            <w:r>
              <w:t>- 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khabalu</w:t>
            </w:r>
          </w:p>
        </w:tc>
        <w:tc>
          <w:tcPr>
            <w:tcW w:type="dxa" w:w="1728"/>
          </w:tcPr>
          <w:p>
            <w:r>
              <w:t>آكادمي سئو Seo🎯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آكادمي سئو Seo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