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آشپزی با عشق(بانو ملیحه)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آشپزی با عشق(بانو ملیحه)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91*12472*2</w:t>
            </w:r>
          </w:p>
        </w:tc>
        <w:tc>
          <w:tcPr>
            <w:tcW w:type="dxa" w:w="1728"/>
          </w:tcPr>
          <w:p>
            <w:r>
              <w:t>♪♫•*¨*•.¸¸❤D S Naj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Sara395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933*323*99</w:t>
            </w:r>
          </w:p>
        </w:tc>
        <w:tc>
          <w:tcPr>
            <w:tcW w:type="dxa" w:w="1728"/>
          </w:tcPr>
          <w:p>
            <w:r>
              <w:t>Eli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903024149*</w:t>
            </w:r>
          </w:p>
        </w:tc>
        <w:tc>
          <w:tcPr>
            <w:tcW w:type="dxa" w:w="1728"/>
          </w:tcPr>
          <w:p>
            <w:r>
              <w:t>🌹🌹🌹🌹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Kashmar1368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91*1449479</w:t>
            </w:r>
          </w:p>
        </w:tc>
        <w:tc>
          <w:tcPr>
            <w:tcW w:type="dxa" w:w="1728"/>
          </w:tcPr>
          <w:p>
            <w:r>
              <w:t>✰✰(¯`*•..•*´¯)✰✰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9021320293</w:t>
            </w:r>
          </w:p>
        </w:tc>
        <w:tc>
          <w:tcPr>
            <w:tcW w:type="dxa" w:w="1728"/>
          </w:tcPr>
          <w:p>
            <w:r>
              <w:t>F.Sdy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Faeze_Sadeghi1377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910*71*0*4</w:t>
            </w:r>
          </w:p>
        </w:tc>
        <w:tc>
          <w:tcPr>
            <w:tcW w:type="dxa" w:w="1728"/>
          </w:tcPr>
          <w:p>
            <w:r>
              <w:t>🌷شادی روح پدرم صلوات🌷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mxm20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90314***2*</w:t>
            </w:r>
          </w:p>
        </w:tc>
        <w:tc>
          <w:tcPr>
            <w:tcW w:type="dxa" w:w="1728"/>
          </w:tcPr>
          <w:p>
            <w:r>
              <w:t>leyla_ghrmnrzmi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fatish_80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93*49447*2</w:t>
            </w:r>
          </w:p>
        </w:tc>
        <w:tc>
          <w:tcPr>
            <w:tcW w:type="dxa" w:w="1728"/>
          </w:tcPr>
          <w:p>
            <w:r>
              <w:t>ارمىتا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917973*103</w:t>
            </w:r>
          </w:p>
        </w:tc>
        <w:tc>
          <w:tcPr>
            <w:tcW w:type="dxa" w:w="1728"/>
          </w:tcPr>
          <w:p>
            <w:r>
              <w:t>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99021**22*</w:t>
            </w:r>
          </w:p>
        </w:tc>
        <w:tc>
          <w:tcPr>
            <w:tcW w:type="dxa" w:w="1728"/>
          </w:tcPr>
          <w:p>
            <w:r>
              <w:t>mahdihe....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91*0473714</w:t>
            </w:r>
          </w:p>
        </w:tc>
        <w:tc>
          <w:tcPr>
            <w:tcW w:type="dxa" w:w="1728"/>
          </w:tcPr>
          <w:p>
            <w:r>
              <w:t>Parastou</w:t>
            </w:r>
          </w:p>
        </w:tc>
        <w:tc>
          <w:tcPr>
            <w:tcW w:type="dxa" w:w="1728"/>
          </w:tcPr>
          <w:p>
            <w:r>
              <w:t>Savari</w:t>
            </w:r>
          </w:p>
        </w:tc>
        <w:tc>
          <w:tcPr>
            <w:tcW w:type="dxa" w:w="1728"/>
          </w:tcPr>
          <w:p>
            <w:r>
              <w:t>Parastoosvr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91*9023211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AreZoo_drd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933**7022*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Emam_e_raoof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91*331***7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9119**9317</w:t>
            </w:r>
          </w:p>
        </w:tc>
        <w:tc>
          <w:tcPr>
            <w:tcW w:type="dxa" w:w="1728"/>
          </w:tcPr>
          <w:p>
            <w:r>
              <w:t>شبنم سرد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ziynabeazareh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91**9*2***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91*049709*</w:t>
            </w:r>
          </w:p>
        </w:tc>
        <w:tc>
          <w:tcPr>
            <w:tcW w:type="dxa" w:w="1728"/>
          </w:tcPr>
          <w:p>
            <w:r>
              <w:t>هیوا</w:t>
            </w:r>
          </w:p>
        </w:tc>
        <w:tc>
          <w:tcPr>
            <w:tcW w:type="dxa" w:w="1728"/>
          </w:tcPr>
          <w:p>
            <w:r>
              <w:t>هیوا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910*021*04</w:t>
            </w:r>
          </w:p>
        </w:tc>
        <w:tc>
          <w:tcPr>
            <w:tcW w:type="dxa" w:w="1728"/>
          </w:tcPr>
          <w:p>
            <w:r>
              <w:t>بخشی.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9300314**4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91*40*71*7</w:t>
            </w:r>
          </w:p>
        </w:tc>
        <w:tc>
          <w:tcPr>
            <w:tcW w:type="dxa" w:w="1728"/>
          </w:tcPr>
          <w:p>
            <w:r>
              <w:t>MSZM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91*13*373*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99079*0372</w:t>
            </w:r>
          </w:p>
        </w:tc>
        <w:tc>
          <w:tcPr>
            <w:tcW w:type="dxa" w:w="1728"/>
          </w:tcPr>
          <w:p>
            <w:r>
              <w:t>,,,,علیرضا</w:t>
            </w:r>
          </w:p>
        </w:tc>
        <w:tc>
          <w:tcPr>
            <w:tcW w:type="dxa" w:w="1728"/>
          </w:tcPr>
          <w:p>
            <w:r>
              <w:t>نفس مامان</w:t>
            </w:r>
          </w:p>
        </w:tc>
        <w:tc>
          <w:tcPr>
            <w:tcW w:type="dxa" w:w="1728"/>
          </w:tcPr>
          <w:p>
            <w:r>
              <w:t>Aaaalllliiiirezaa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901*02**9*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Vahedh94sajjad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919**720**</w:t>
            </w:r>
          </w:p>
        </w:tc>
        <w:tc>
          <w:tcPr>
            <w:tcW w:type="dxa" w:w="1728"/>
          </w:tcPr>
          <w:p>
            <w:r>
              <w:t>معمار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91*7117*27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i_Mohadix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91*473*0*4</w:t>
            </w:r>
          </w:p>
        </w:tc>
        <w:tc>
          <w:tcPr>
            <w:tcW w:type="dxa" w:w="1728"/>
          </w:tcPr>
          <w:p>
            <w:r>
              <w:t>M.💑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990122*703</w:t>
            </w:r>
          </w:p>
        </w:tc>
        <w:tc>
          <w:tcPr>
            <w:tcW w:type="dxa" w:w="1728"/>
          </w:tcPr>
          <w:p>
            <w:r>
              <w:t>زهره</w:t>
            </w:r>
          </w:p>
        </w:tc>
        <w:tc>
          <w:tcPr>
            <w:tcW w:type="dxa" w:w="1728"/>
          </w:tcPr>
          <w:p>
            <w:r>
              <w:t>کمالی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912200314*</w:t>
            </w:r>
          </w:p>
        </w:tc>
        <w:tc>
          <w:tcPr>
            <w:tcW w:type="dxa" w:w="1728"/>
          </w:tcPr>
          <w:p>
            <w:r>
              <w:t>********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93721**0*0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Niiik_nail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930**21***</w:t>
            </w:r>
          </w:p>
        </w:tc>
        <w:tc>
          <w:tcPr>
            <w:tcW w:type="dxa" w:w="1728"/>
          </w:tcPr>
          <w:p>
            <w:r>
              <w:t>♪♫•*¨اللاهخخ*•.¸¸❤یگانه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91*2419171</w:t>
            </w:r>
          </w:p>
        </w:tc>
        <w:tc>
          <w:tcPr>
            <w:tcW w:type="dxa" w:w="1728"/>
          </w:tcPr>
          <w:p>
            <w:r>
              <w:t>****O*kh*a****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9307*43313</w:t>
            </w:r>
          </w:p>
        </w:tc>
        <w:tc>
          <w:tcPr>
            <w:tcW w:type="dxa" w:w="1728"/>
          </w:tcPr>
          <w:p>
            <w:r>
              <w:t>🌹Sanaz🌹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Sani0076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911407*314</w:t>
            </w:r>
          </w:p>
        </w:tc>
        <w:tc>
          <w:tcPr>
            <w:tcW w:type="dxa" w:w="1728"/>
          </w:tcPr>
          <w:p>
            <w:r>
              <w:t>سارا</w:t>
            </w:r>
          </w:p>
        </w:tc>
        <w:tc>
          <w:tcPr>
            <w:tcW w:type="dxa" w:w="1728"/>
          </w:tcPr>
          <w:p>
            <w:r>
              <w:t>جون</w:t>
            </w:r>
          </w:p>
        </w:tc>
        <w:tc>
          <w:tcPr>
            <w:tcW w:type="dxa" w:w="1728"/>
          </w:tcPr>
          <w:p>
            <w:r>
              <w:t>sfjns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9393133**9</w:t>
            </w:r>
          </w:p>
        </w:tc>
        <w:tc>
          <w:tcPr>
            <w:tcW w:type="dxa" w:w="1728"/>
          </w:tcPr>
          <w:p>
            <w:r>
              <w:t>Nastaran.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91*7034*23</w:t>
            </w:r>
          </w:p>
        </w:tc>
        <w:tc>
          <w:tcPr>
            <w:tcW w:type="dxa" w:w="1728"/>
          </w:tcPr>
          <w:p>
            <w:r>
              <w:t>F@teme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91*9***747</w:t>
            </w:r>
          </w:p>
        </w:tc>
        <w:tc>
          <w:tcPr>
            <w:tcW w:type="dxa" w:w="1728"/>
          </w:tcPr>
          <w:p>
            <w:r>
              <w:t>💎𝓜𝓐𝓡𝓨𝓐𝓜💎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9903*2***4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91**4*227*</w:t>
            </w:r>
          </w:p>
        </w:tc>
        <w:tc>
          <w:tcPr>
            <w:tcW w:type="dxa" w:w="1728"/>
          </w:tcPr>
          <w:p>
            <w:r>
              <w:t>A_M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9010724247</w:t>
            </w:r>
          </w:p>
        </w:tc>
        <w:tc>
          <w:tcPr>
            <w:tcW w:type="dxa" w:w="1728"/>
          </w:tcPr>
          <w:p>
            <w:r>
              <w:t>محمد طاها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91020211*3</w:t>
            </w:r>
          </w:p>
        </w:tc>
        <w:tc>
          <w:tcPr>
            <w:tcW w:type="dxa" w:w="1728"/>
          </w:tcPr>
          <w:p>
            <w:r>
              <w:t>M.E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91*204304*</w:t>
            </w:r>
          </w:p>
        </w:tc>
        <w:tc>
          <w:tcPr>
            <w:tcW w:type="dxa" w:w="1728"/>
          </w:tcPr>
          <w:p>
            <w:r>
              <w:t>m...T....👤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Mnbpr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9033200*2*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910*493*0*</w:t>
            </w:r>
          </w:p>
        </w:tc>
        <w:tc>
          <w:tcPr>
            <w:tcW w:type="dxa" w:w="1728"/>
          </w:tcPr>
          <w:p>
            <w:r>
              <w:t>Z❤❤M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Zahra1378j22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9122*2*270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inanloo8294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903*4*12*0</w:t>
            </w:r>
          </w:p>
        </w:tc>
        <w:tc>
          <w:tcPr>
            <w:tcW w:type="dxa" w:w="1728"/>
          </w:tcPr>
          <w:p>
            <w:r>
              <w:t>.....f.j....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90**3*220*</w:t>
            </w:r>
          </w:p>
        </w:tc>
        <w:tc>
          <w:tcPr>
            <w:tcW w:type="dxa" w:w="1728"/>
          </w:tcPr>
          <w:p>
            <w:r>
              <w:t>رادی</w:t>
            </w:r>
          </w:p>
        </w:tc>
        <w:tc>
          <w:tcPr>
            <w:tcW w:type="dxa" w:w="1728"/>
          </w:tcPr>
          <w:p>
            <w:r>
              <w:t>مدیر مسئول گروه کمپین سلامتی</w:t>
            </w:r>
          </w:p>
        </w:tc>
        <w:tc>
          <w:tcPr>
            <w:tcW w:type="dxa" w:w="1728"/>
          </w:tcPr>
          <w:p>
            <w:r>
              <w:t>mahsaradii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93*****029</w:t>
            </w:r>
          </w:p>
        </w:tc>
        <w:tc>
          <w:tcPr>
            <w:tcW w:type="dxa" w:w="1728"/>
          </w:tcPr>
          <w:p>
            <w:r>
              <w:t>@غزلی@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93*7*33701</w:t>
            </w:r>
          </w:p>
        </w:tc>
        <w:tc>
          <w:tcPr>
            <w:tcW w:type="dxa" w:w="1728"/>
          </w:tcPr>
          <w:p>
            <w:r>
              <w:t>زهرا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Kimiyagol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91*1**0*4*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>
              <w:t>Darabi</w:t>
            </w:r>
          </w:p>
        </w:tc>
        <w:tc>
          <w:tcPr>
            <w:tcW w:type="dxa" w:w="1728"/>
          </w:tcPr>
          <w:p>
            <w:r>
              <w:t>torodaramobas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91**321*00</w:t>
            </w:r>
          </w:p>
        </w:tc>
        <w:tc>
          <w:tcPr>
            <w:tcW w:type="dxa" w:w="1728"/>
          </w:tcPr>
          <w:p>
            <w:r>
              <w:t>ali zare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91*0971191</w:t>
            </w:r>
          </w:p>
        </w:tc>
        <w:tc>
          <w:tcPr>
            <w:tcW w:type="dxa" w:w="1728"/>
          </w:tcPr>
          <w:p>
            <w:r>
              <w:t>S@.k@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Sedigheh_ka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9039***243</w:t>
            </w:r>
          </w:p>
        </w:tc>
        <w:tc>
          <w:tcPr>
            <w:tcW w:type="dxa" w:w="1728"/>
          </w:tcPr>
          <w:p>
            <w:r>
              <w:t>##@#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avghazi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91*7**32**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93*3*07479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Negin_m1010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903*492*4*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Miralijani2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901*9**37*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Mardani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930*9*79**</w:t>
            </w:r>
          </w:p>
        </w:tc>
        <w:tc>
          <w:tcPr>
            <w:tcW w:type="dxa" w:w="1728"/>
          </w:tcPr>
          <w:p>
            <w:r>
              <w:t>ابوالفضل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Abolfazl0009826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937019**23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9307***2*0</w:t>
            </w:r>
          </w:p>
        </w:tc>
        <w:tc>
          <w:tcPr>
            <w:tcW w:type="dxa" w:w="1728"/>
          </w:tcPr>
          <w:p>
            <w:r>
              <w:t>❤️Fatemeh❤️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93714*3072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91*7**321*</w:t>
            </w:r>
          </w:p>
        </w:tc>
        <w:tc>
          <w:tcPr>
            <w:tcW w:type="dxa" w:w="1728"/>
          </w:tcPr>
          <w:p>
            <w:r>
              <w:t>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A_p1994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9214*27*90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9017011*04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9193*27933</w:t>
            </w:r>
          </w:p>
        </w:tc>
        <w:tc>
          <w:tcPr>
            <w:tcW w:type="dxa" w:w="1728"/>
          </w:tcPr>
          <w:p>
            <w:r>
              <w:t>.?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93*01*7743</w:t>
            </w:r>
          </w:p>
        </w:tc>
        <w:tc>
          <w:tcPr>
            <w:tcW w:type="dxa" w:w="1728"/>
          </w:tcPr>
          <w:p>
            <w:r>
              <w:t>a^^!r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Air0167743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9037972*07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91*03*4210</w:t>
            </w:r>
          </w:p>
        </w:tc>
        <w:tc>
          <w:tcPr>
            <w:tcW w:type="dxa" w:w="1728"/>
          </w:tcPr>
          <w:p>
            <w:r>
              <w:t>..........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91**323*00</w:t>
            </w:r>
          </w:p>
        </w:tc>
        <w:tc>
          <w:tcPr>
            <w:tcW w:type="dxa" w:w="1728"/>
          </w:tcPr>
          <w:p>
            <w:r>
              <w:t>Vajihe shariati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93012**044</w:t>
            </w:r>
          </w:p>
        </w:tc>
        <w:tc>
          <w:tcPr>
            <w:tcW w:type="dxa" w:w="1728"/>
          </w:tcPr>
          <w:p>
            <w:r>
              <w:t>🌸Shabnam🌱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Shabnam_sh_1400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91*9*71070</w:t>
            </w:r>
          </w:p>
        </w:tc>
        <w:tc>
          <w:tcPr>
            <w:tcW w:type="dxa" w:w="1728"/>
          </w:tcPr>
          <w:p>
            <w:r>
              <w:t>N.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na_hos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91**327*01</w:t>
            </w:r>
          </w:p>
        </w:tc>
        <w:tc>
          <w:tcPr>
            <w:tcW w:type="dxa" w:w="1728"/>
          </w:tcPr>
          <w:p>
            <w:r>
              <w:t>M.R€z@€i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9100****4*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93**41*099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9377*427*0</w:t>
            </w:r>
          </w:p>
        </w:tc>
        <w:tc>
          <w:tcPr>
            <w:tcW w:type="dxa" w:w="1728"/>
          </w:tcPr>
          <w:p>
            <w:r>
              <w:t>امیدم همیشه فقط تویی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93*249**99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91*1*03499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Alizadeh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9371*9*277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MelikaMoradi19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91393*9*73</w:t>
            </w:r>
          </w:p>
        </w:tc>
        <w:tc>
          <w:tcPr>
            <w:tcW w:type="dxa" w:w="1728"/>
          </w:tcPr>
          <w:p>
            <w:r>
              <w:t>Deniz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990*2*9421</w:t>
            </w:r>
          </w:p>
        </w:tc>
        <w:tc>
          <w:tcPr>
            <w:tcW w:type="dxa" w:w="1728"/>
          </w:tcPr>
          <w:p>
            <w:r>
              <w:t>?خدایاعشقی?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  <w:tr>
        <w:tc>
          <w:tcPr>
            <w:tcW w:type="dxa" w:w="1728"/>
          </w:tcPr>
          <w:p>
            <w:r>
              <w:t>90110*4442</w:t>
            </w:r>
          </w:p>
        </w:tc>
        <w:tc>
          <w:tcPr>
            <w:tcW w:type="dxa" w:w="1728"/>
          </w:tcPr>
          <w:p>
            <w:r>
              <w:t>E .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decorative_galery</w:t>
            </w:r>
          </w:p>
        </w:tc>
        <w:tc>
          <w:tcPr>
            <w:tcW w:type="dxa" w:w="1728"/>
          </w:tcPr>
          <w:p>
            <w:r>
              <w:t>آشپزی با عشق(بانو ملیحه)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آشپزی با عشق(بانو ملیحه)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