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нσмє ρℓαηтѕ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нσмє ρℓαηтѕ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93*9031370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afshar_k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9144092*4*</w:t>
            </w:r>
          </w:p>
        </w:tc>
        <w:tc>
          <w:tcPr>
            <w:tcW w:type="dxa" w:w="1728"/>
          </w:tcPr>
          <w:p>
            <w:r>
              <w:t>💗sepid💗m💏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SMsmSM91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93*2*7*01*</w:t>
            </w:r>
          </w:p>
        </w:tc>
        <w:tc>
          <w:tcPr>
            <w:tcW w:type="dxa" w:w="1728"/>
          </w:tcPr>
          <w:p>
            <w:r>
              <w:t>زهره سیدی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91*49410*1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93*7*7**34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داودی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912**4299*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nahid0110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91942930*4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Mahmoaa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9140711**0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Mjm1358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9119**2341</w:t>
            </w:r>
          </w:p>
        </w:tc>
        <w:tc>
          <w:tcPr>
            <w:tcW w:type="dxa" w:w="1728"/>
          </w:tcPr>
          <w:p>
            <w:r>
              <w:t>👨‍👩‍👧‍👦Zahra.Sadat👨‍👩‍👧‍👦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Kfshduzak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9179*9300*</w:t>
            </w:r>
          </w:p>
        </w:tc>
        <w:tc>
          <w:tcPr>
            <w:tcW w:type="dxa" w:w="1728"/>
          </w:tcPr>
          <w:p>
            <w:r>
              <w:t>یلدا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91771*2044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91240909**</w:t>
            </w:r>
          </w:p>
        </w:tc>
        <w:tc>
          <w:tcPr>
            <w:tcW w:type="dxa" w:w="1728"/>
          </w:tcPr>
          <w:p>
            <w:r>
              <w:t>شهلا</w:t>
            </w:r>
          </w:p>
        </w:tc>
        <w:tc>
          <w:tcPr>
            <w:tcW w:type="dxa" w:w="1728"/>
          </w:tcPr>
          <w:p>
            <w:r>
              <w:t>سیاح</w:t>
            </w:r>
          </w:p>
        </w:tc>
        <w:tc>
          <w:tcPr>
            <w:tcW w:type="dxa" w:w="1728"/>
          </w:tcPr>
          <w:p>
            <w:r>
              <w:t>Shahla_Sayyah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9174**404*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Hellenpdrm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9141*20047</w:t>
            </w:r>
          </w:p>
        </w:tc>
        <w:tc>
          <w:tcPr>
            <w:tcW w:type="dxa" w:w="1728"/>
          </w:tcPr>
          <w:p>
            <w:r>
              <w:t>Rocky rabbit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Rahelsadeghi1352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91**732*40</w:t>
            </w:r>
          </w:p>
        </w:tc>
        <w:tc>
          <w:tcPr>
            <w:tcW w:type="dxa" w:w="1728"/>
          </w:tcPr>
          <w:p>
            <w:r>
              <w:t>🤍mona.ghorbani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britanbeuty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93*2*11937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Kharamideh</w:t>
            </w:r>
          </w:p>
        </w:tc>
        <w:tc>
          <w:tcPr>
            <w:tcW w:type="dxa" w:w="1728"/>
          </w:tcPr>
          <w:p>
            <w:r>
              <w:t>zahraa_kharamideh1997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901***97*7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9100*21330</w:t>
            </w:r>
          </w:p>
        </w:tc>
        <w:tc>
          <w:tcPr>
            <w:tcW w:type="dxa" w:w="1728"/>
          </w:tcPr>
          <w:p>
            <w:r>
              <w:t>Setia</w:t>
            </w:r>
          </w:p>
        </w:tc>
        <w:tc>
          <w:tcPr>
            <w:tcW w:type="dxa" w:w="1728"/>
          </w:tcPr>
          <w:p>
            <w:r>
              <w:t>Ch</w:t>
            </w:r>
          </w:p>
        </w:tc>
        <w:tc>
          <w:tcPr>
            <w:tcW w:type="dxa" w:w="1728"/>
          </w:tcPr>
          <w:p>
            <w:r>
              <w:t>Setia95ch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917*9*3*77</w:t>
            </w:r>
          </w:p>
        </w:tc>
        <w:tc>
          <w:tcPr>
            <w:tcW w:type="dxa" w:w="1728"/>
          </w:tcPr>
          <w:p>
            <w:r>
              <w:t>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Farshadghasemi73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91977111*0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>
              <w:t>Gl</w:t>
            </w:r>
          </w:p>
        </w:tc>
        <w:tc>
          <w:tcPr>
            <w:tcW w:type="dxa" w:w="1728"/>
          </w:tcPr>
          <w:p>
            <w:r>
              <w:t>SajadGD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93***207**</w:t>
            </w:r>
          </w:p>
        </w:tc>
        <w:tc>
          <w:tcPr>
            <w:tcW w:type="dxa" w:w="1728"/>
          </w:tcPr>
          <w:p>
            <w:r>
              <w:t>Rahele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93329**401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9023070121</w:t>
            </w:r>
          </w:p>
        </w:tc>
        <w:tc>
          <w:tcPr>
            <w:tcW w:type="dxa" w:w="1728"/>
          </w:tcPr>
          <w:p>
            <w:r>
              <w:t>tutkusuz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93*970***2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919*02**90</w:t>
            </w:r>
          </w:p>
        </w:tc>
        <w:tc>
          <w:tcPr>
            <w:tcW w:type="dxa" w:w="1728"/>
          </w:tcPr>
          <w:p>
            <w:r>
              <w:t>میثــــم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MEYSAM_T59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939244*4*4</w:t>
            </w:r>
          </w:p>
        </w:tc>
        <w:tc>
          <w:tcPr>
            <w:tcW w:type="dxa" w:w="1728"/>
          </w:tcPr>
          <w:p>
            <w:r>
              <w:t>F.nargesi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9013**94*9</w:t>
            </w:r>
          </w:p>
        </w:tc>
        <w:tc>
          <w:tcPr>
            <w:tcW w:type="dxa" w:w="1728"/>
          </w:tcPr>
          <w:p>
            <w:r>
              <w:t>ستاره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93*2**0211</w:t>
            </w:r>
          </w:p>
        </w:tc>
        <w:tc>
          <w:tcPr>
            <w:tcW w:type="dxa" w:w="1728"/>
          </w:tcPr>
          <w:p>
            <w:r>
              <w:t>Mk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MahbooBk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9144047**4</w:t>
            </w:r>
          </w:p>
        </w:tc>
        <w:tc>
          <w:tcPr>
            <w:tcW w:type="dxa" w:w="1728"/>
          </w:tcPr>
          <w:p>
            <w:r>
              <w:t>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Nfaahrindaeyh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91430127*7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Talebi</w:t>
            </w:r>
          </w:p>
        </w:tc>
        <w:tc>
          <w:tcPr>
            <w:tcW w:type="dxa" w:w="1728"/>
          </w:tcPr>
          <w:p>
            <w:r>
              <w:t>Talcactus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9100013*70</w:t>
            </w:r>
          </w:p>
        </w:tc>
        <w:tc>
          <w:tcPr>
            <w:tcW w:type="dxa" w:w="1728"/>
          </w:tcPr>
          <w:p>
            <w:r>
              <w:t>🐨/@//¡@|</w:t>
            </w:r>
          </w:p>
        </w:tc>
        <w:tc>
          <w:tcPr>
            <w:tcW w:type="dxa" w:w="1728"/>
          </w:tcPr>
          <w:p>
            <w:r>
              <w:t>🐇</w:t>
            </w:r>
          </w:p>
        </w:tc>
        <w:tc>
          <w:tcPr>
            <w:tcW w:type="dxa" w:w="1728"/>
          </w:tcPr>
          <w:p>
            <w:r>
              <w:t>VANIAL1982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939*970*44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Zahraabdolmohammadi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93**0*93**</w:t>
            </w:r>
          </w:p>
        </w:tc>
        <w:tc>
          <w:tcPr>
            <w:tcW w:type="dxa" w:w="1728"/>
          </w:tcPr>
          <w:p>
            <w:r>
              <w:t>─═हई╬ داریوش سرابی ╬ईह═─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Kiarash400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91**07*093</w:t>
            </w:r>
          </w:p>
        </w:tc>
        <w:tc>
          <w:tcPr>
            <w:tcW w:type="dxa" w:w="1728"/>
          </w:tcPr>
          <w:p>
            <w:r>
              <w:t>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912*93112*</w:t>
            </w:r>
          </w:p>
        </w:tc>
        <w:tc>
          <w:tcPr>
            <w:tcW w:type="dxa" w:w="1728"/>
          </w:tcPr>
          <w:p>
            <w:r>
              <w:t>نرگس نصري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91******01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Maryam_flh0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9179332*33</w:t>
            </w:r>
          </w:p>
        </w:tc>
        <w:tc>
          <w:tcPr>
            <w:tcW w:type="dxa" w:w="1728"/>
          </w:tcPr>
          <w:p>
            <w:r>
              <w:t>سیامک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Siamak2024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91*3*029**</w:t>
            </w:r>
          </w:p>
        </w:tc>
        <w:tc>
          <w:tcPr>
            <w:tcW w:type="dxa" w:w="1728"/>
          </w:tcPr>
          <w:p>
            <w:r>
              <w:t>Effat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912*9**772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>
              <w:t>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917**31**0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93*493047*</w:t>
            </w:r>
          </w:p>
        </w:tc>
        <w:tc>
          <w:tcPr>
            <w:tcW w:type="dxa" w:w="1728"/>
          </w:tcPr>
          <w:p>
            <w:r>
              <w:t>Yasi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yasishahriari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91247*13*3</w:t>
            </w:r>
          </w:p>
        </w:tc>
        <w:tc>
          <w:tcPr>
            <w:tcW w:type="dxa" w:w="1728"/>
          </w:tcPr>
          <w:p>
            <w:r>
              <w:t>Rahaa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Maryambozorgi1975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9372329972</w:t>
            </w:r>
          </w:p>
        </w:tc>
        <w:tc>
          <w:tcPr>
            <w:tcW w:type="dxa" w:w="1728"/>
          </w:tcPr>
          <w:p>
            <w:r>
              <w:t>@@@ff@@@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9101*71*10</w:t>
            </w:r>
          </w:p>
        </w:tc>
        <w:tc>
          <w:tcPr>
            <w:tcW w:type="dxa" w:w="1728"/>
          </w:tcPr>
          <w:p>
            <w:r>
              <w:t>Edris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Edris6690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91*900110*</w:t>
            </w:r>
          </w:p>
        </w:tc>
        <w:tc>
          <w:tcPr>
            <w:tcW w:type="dxa" w:w="1728"/>
          </w:tcPr>
          <w:p>
            <w:r>
              <w:t>امین مقدم صادقی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Amin1364moghadamsadeghi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937971***9</w:t>
            </w:r>
          </w:p>
        </w:tc>
        <w:tc>
          <w:tcPr>
            <w:tcW w:type="dxa" w:w="1728"/>
          </w:tcPr>
          <w:p>
            <w:r>
              <w:t>Mahnaz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91*3**991*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91322**370</w:t>
            </w:r>
          </w:p>
        </w:tc>
        <w:tc>
          <w:tcPr>
            <w:tcW w:type="dxa" w:w="1728"/>
          </w:tcPr>
          <w:p>
            <w:r>
              <w:t>Z_m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zahra_mohammadi61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93*7***2**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ferdosadelfr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9124433*14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Ranji</w:t>
            </w:r>
          </w:p>
        </w:tc>
        <w:tc>
          <w:tcPr>
            <w:tcW w:type="dxa" w:w="1728"/>
          </w:tcPr>
          <w:p>
            <w:r>
              <w:t>Abbas_43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93*402400*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Zaer128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91912319*0</w:t>
            </w:r>
          </w:p>
        </w:tc>
        <w:tc>
          <w:tcPr>
            <w:tcW w:type="dxa" w:w="1728"/>
          </w:tcPr>
          <w:p>
            <w:r>
              <w:t>Pary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Parivashghasemi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93707*477*</w:t>
            </w:r>
          </w:p>
        </w:tc>
        <w:tc>
          <w:tcPr>
            <w:tcW w:type="dxa" w:w="1728"/>
          </w:tcPr>
          <w:p>
            <w:r>
              <w:t>Robab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9013*2*719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Asemaan14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914*947*91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Zahram123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910*727993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933*30471*</w:t>
            </w:r>
          </w:p>
        </w:tc>
        <w:tc>
          <w:tcPr>
            <w:tcW w:type="dxa" w:w="1728"/>
          </w:tcPr>
          <w:p>
            <w:r>
              <w:t>(✿◠‿◠♥)sahar(♥◠‿◠✿)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Saharghani67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9393*99919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G b🦴</w:t>
            </w:r>
          </w:p>
        </w:tc>
        <w:tc>
          <w:tcPr>
            <w:tcW w:type="dxa" w:w="1728"/>
          </w:tcPr>
          <w:p>
            <w:r>
              <w:t>kaavehghoreyshiboukani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93*3*020*9</w:t>
            </w:r>
          </w:p>
        </w:tc>
        <w:tc>
          <w:tcPr>
            <w:tcW w:type="dxa" w:w="1728"/>
          </w:tcPr>
          <w:p>
            <w:r>
              <w:t>Thanks God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91227*9*2*</w:t>
            </w:r>
          </w:p>
        </w:tc>
        <w:tc>
          <w:tcPr>
            <w:tcW w:type="dxa" w:w="1728"/>
          </w:tcPr>
          <w:p>
            <w:r>
              <w:t>سيد مهدي</w:t>
            </w:r>
          </w:p>
        </w:tc>
        <w:tc>
          <w:tcPr>
            <w:tcW w:type="dxa" w:w="1728"/>
          </w:tcPr>
          <w:p>
            <w:r>
              <w:t>ميري</w:t>
            </w:r>
          </w:p>
        </w:tc>
        <w:tc>
          <w:tcPr>
            <w:tcW w:type="dxa" w:w="1728"/>
          </w:tcPr>
          <w:p>
            <w:r>
              <w:t>mahdimiri61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93***1*900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,,,,,,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922*0*1**3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Mahdipashaie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911*992327</w:t>
            </w:r>
          </w:p>
        </w:tc>
        <w:tc>
          <w:tcPr>
            <w:tcW w:type="dxa" w:w="1728"/>
          </w:tcPr>
          <w:p>
            <w:r>
              <w:t>Aram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Aram3020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939777*1*0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Soltani kazemi</w:t>
            </w:r>
          </w:p>
        </w:tc>
        <w:tc>
          <w:tcPr>
            <w:tcW w:type="dxa" w:w="1728"/>
          </w:tcPr>
          <w:p>
            <w:r>
              <w:t>alisoltani8383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91*2**303*</w:t>
            </w:r>
          </w:p>
        </w:tc>
        <w:tc>
          <w:tcPr>
            <w:tcW w:type="dxa" w:w="1728"/>
          </w:tcPr>
          <w:p>
            <w:r>
              <w:t>F.r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Sparrowfra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93****220*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Dastjerdi</w:t>
            </w:r>
          </w:p>
        </w:tc>
        <w:tc>
          <w:tcPr>
            <w:tcW w:type="dxa" w:w="1728"/>
          </w:tcPr>
          <w:p>
            <w:r>
              <w:t>Javad6249017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9120190*32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Abolghasemi</w:t>
            </w:r>
          </w:p>
        </w:tc>
        <w:tc>
          <w:tcPr>
            <w:tcW w:type="dxa" w:w="1728"/>
          </w:tcPr>
          <w:p>
            <w:r>
              <w:t>Fatemeh_abolghasemi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93720*9992</w:t>
            </w:r>
          </w:p>
        </w:tc>
        <w:tc>
          <w:tcPr>
            <w:tcW w:type="dxa" w:w="1728"/>
          </w:tcPr>
          <w:p>
            <w:r>
              <w:t>Om!d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Mr300000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914479*9*3</w:t>
            </w:r>
          </w:p>
        </w:tc>
        <w:tc>
          <w:tcPr>
            <w:tcW w:type="dxa" w:w="1728"/>
          </w:tcPr>
          <w:p>
            <w:r>
              <w:t>Noorani💄💎💅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Nooraniiii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912193*993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Mozafari</w:t>
            </w:r>
          </w:p>
        </w:tc>
        <w:tc>
          <w:tcPr>
            <w:tcW w:type="dxa" w:w="1728"/>
          </w:tcPr>
          <w:p>
            <w:r>
              <w:t>Hosein58mozafari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9902347*13</w:t>
            </w:r>
          </w:p>
        </w:tc>
        <w:tc>
          <w:tcPr>
            <w:tcW w:type="dxa" w:w="1728"/>
          </w:tcPr>
          <w:p>
            <w:r>
              <w:t>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9394*0979*</w:t>
            </w:r>
          </w:p>
        </w:tc>
        <w:tc>
          <w:tcPr>
            <w:tcW w:type="dxa" w:w="1728"/>
          </w:tcPr>
          <w:p>
            <w:r>
              <w:t>سوگند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asfraensantarm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93**010933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Yaser369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9902*10**9</w:t>
            </w:r>
          </w:p>
        </w:tc>
        <w:tc>
          <w:tcPr>
            <w:tcW w:type="dxa" w:w="1728"/>
          </w:tcPr>
          <w:p>
            <w:r>
              <w:t>♪♫•*¨*•.¸¸❤ḁṃḯṝṝḙẑḁ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amireza29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93*747**92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Naizar18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939*132127</w:t>
            </w:r>
          </w:p>
        </w:tc>
        <w:tc>
          <w:tcPr>
            <w:tcW w:type="dxa" w:w="1728"/>
          </w:tcPr>
          <w:p>
            <w:r>
              <w:t>FR_BEnitA ...KHAlil..( ب ی اد ت م ****[ A]</w:t>
            </w:r>
          </w:p>
        </w:tc>
        <w:tc>
          <w:tcPr>
            <w:tcW w:type="dxa" w:w="1728"/>
          </w:tcPr>
          <w:p>
            <w:r>
              <w:t>.inistA.....Benit.tAbriz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9377*0*2*1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Kqery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9302*7***9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mohammadi8669</w:t>
            </w:r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912**3**01</w:t>
            </w:r>
          </w:p>
        </w:tc>
        <w:tc>
          <w:tcPr>
            <w:tcW w:type="dxa" w:w="1728"/>
          </w:tcPr>
          <w:p>
            <w:r>
              <w:t>Zohreh</w:t>
            </w:r>
          </w:p>
        </w:tc>
        <w:tc>
          <w:tcPr>
            <w:tcW w:type="dxa" w:w="1728"/>
          </w:tcPr>
          <w:p>
            <w:r>
              <w:t>Sharifi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  <w:tr>
        <w:tc>
          <w:tcPr>
            <w:tcW w:type="dxa" w:w="1728"/>
          </w:tcPr>
          <w:p>
            <w:r>
              <w:t>92244*23**</w:t>
            </w:r>
          </w:p>
        </w:tc>
        <w:tc>
          <w:tcPr>
            <w:tcW w:type="dxa" w:w="1728"/>
          </w:tcPr>
          <w:p>
            <w:r>
              <w:t>Arsam</w:t>
            </w:r>
          </w:p>
        </w:tc>
        <w:tc>
          <w:tcPr>
            <w:tcW w:type="dxa" w:w="1728"/>
          </w:tcPr>
          <w:p>
            <w:r>
              <w:t>Pegah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нσмє ρℓαηтѕ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нσмє ρℓαηтѕ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