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parquet &amp; wallpaper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parquet &amp; wallpaper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912109****</w:t>
            </w:r>
          </w:p>
        </w:tc>
        <w:tc>
          <w:tcPr>
            <w:tcW w:type="dxa" w:w="1728"/>
          </w:tcPr>
          <w:p>
            <w:r>
              <w:t>arash</w:t>
            </w:r>
          </w:p>
        </w:tc>
        <w:tc>
          <w:tcPr>
            <w:tcW w:type="dxa" w:w="1728"/>
          </w:tcPr>
          <w:p>
            <w:r>
              <w:t>mir</w:t>
            </w:r>
          </w:p>
        </w:tc>
        <w:tc>
          <w:tcPr>
            <w:tcW w:type="dxa" w:w="1728"/>
          </w:tcPr>
          <w:p>
            <w:r>
              <w:t>Arash_Mir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91237*9***</w:t>
            </w:r>
          </w:p>
        </w:tc>
        <w:tc>
          <w:tcPr>
            <w:tcW w:type="dxa" w:w="1728"/>
          </w:tcPr>
          <w:p>
            <w:r>
              <w:t>Kamran</w:t>
            </w:r>
          </w:p>
        </w:tc>
        <w:tc>
          <w:tcPr>
            <w:tcW w:type="dxa" w:w="1728"/>
          </w:tcPr>
          <w:p>
            <w:r>
              <w:t>Shams</w:t>
            </w:r>
          </w:p>
        </w:tc>
        <w:tc>
          <w:tcPr>
            <w:tcW w:type="dxa" w:w="1728"/>
          </w:tcPr>
          <w:p>
            <w:r>
              <w:t>kamranshams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911334*231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Tajfard</w:t>
            </w:r>
          </w:p>
        </w:tc>
        <w:tc>
          <w:tcPr>
            <w:tcW w:type="dxa" w:w="1728"/>
          </w:tcPr>
          <w:p>
            <w:r>
              <w:t>mohammadtajfard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91240*4**2</w:t>
            </w:r>
          </w:p>
        </w:tc>
        <w:tc>
          <w:tcPr>
            <w:tcW w:type="dxa" w:w="1728"/>
          </w:tcPr>
          <w:p>
            <w:r>
              <w:t>شاهین</w:t>
            </w:r>
          </w:p>
        </w:tc>
        <w:tc>
          <w:tcPr>
            <w:tcW w:type="dxa" w:w="1728"/>
          </w:tcPr>
          <w:p>
            <w:r>
              <w:t>صفدری نژاد</w:t>
            </w:r>
          </w:p>
        </w:tc>
        <w:tc>
          <w:tcPr>
            <w:tcW w:type="dxa" w:w="1728"/>
          </w:tcPr>
          <w:p>
            <w:r>
              <w:t>Shahinsafdarinejad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91**13707*</w:t>
            </w:r>
          </w:p>
        </w:tc>
        <w:tc>
          <w:tcPr>
            <w:tcW w:type="dxa" w:w="1728"/>
          </w:tcPr>
          <w:p>
            <w:r>
              <w:t>Kazem</w:t>
            </w:r>
          </w:p>
        </w:tc>
        <w:tc>
          <w:tcPr>
            <w:tcW w:type="dxa" w:w="1728"/>
          </w:tcPr>
          <w:p>
            <w:r>
              <w:t>Rafiee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930*2**739</w:t>
            </w:r>
          </w:p>
        </w:tc>
        <w:tc>
          <w:tcPr>
            <w:tcW w:type="dxa" w:w="1728"/>
          </w:tcPr>
          <w:p>
            <w:r>
              <w:t>EHSAN</w:t>
            </w:r>
          </w:p>
        </w:tc>
        <w:tc>
          <w:tcPr>
            <w:tcW w:type="dxa" w:w="1728"/>
          </w:tcPr>
          <w:p>
            <w:r>
              <w:t>NADAF</w:t>
            </w:r>
          </w:p>
        </w:tc>
        <w:tc>
          <w:tcPr>
            <w:tcW w:type="dxa" w:w="1728"/>
          </w:tcPr>
          <w:p>
            <w:r>
              <w:t>RAZENOW4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93302*101*</w:t>
            </w:r>
          </w:p>
        </w:tc>
        <w:tc>
          <w:tcPr>
            <w:tcW w:type="dxa" w:w="1728"/>
          </w:tcPr>
          <w:p>
            <w:r>
              <w:t>Farhad</w:t>
            </w:r>
          </w:p>
        </w:tc>
        <w:tc>
          <w:tcPr>
            <w:tcW w:type="dxa" w:w="1728"/>
          </w:tcPr>
          <w:p>
            <w:r>
              <w:t>Asemi</w:t>
            </w:r>
          </w:p>
        </w:tc>
        <w:tc>
          <w:tcPr>
            <w:tcW w:type="dxa" w:w="1728"/>
          </w:tcPr>
          <w:p>
            <w:r>
              <w:t>Farhad_asemi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91*3*4*24*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Rezafaar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93*9**4*33</w:t>
            </w:r>
          </w:p>
        </w:tc>
        <w:tc>
          <w:tcPr>
            <w:tcW w:type="dxa" w:w="1728"/>
          </w:tcPr>
          <w:p>
            <w:r>
              <w:t>Imanfard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Imanfard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93774*2972</w:t>
            </w:r>
          </w:p>
        </w:tc>
        <w:tc>
          <w:tcPr>
            <w:tcW w:type="dxa" w:w="1728"/>
          </w:tcPr>
          <w:p>
            <w:r>
              <w:t>═हई♚ ஹiя ♚ईह═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Mir1369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9143*344*1</w:t>
            </w:r>
          </w:p>
        </w:tc>
        <w:tc>
          <w:tcPr>
            <w:tcW w:type="dxa" w:w="1728"/>
          </w:tcPr>
          <w:p>
            <w:r>
              <w:t>S. Jahani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jahani55_97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9149**4771</w:t>
            </w:r>
          </w:p>
        </w:tc>
        <w:tc>
          <w:tcPr>
            <w:tcW w:type="dxa" w:w="1728"/>
          </w:tcPr>
          <w:p>
            <w:r>
              <w:t>کیان</w:t>
            </w:r>
          </w:p>
        </w:tc>
        <w:tc>
          <w:tcPr>
            <w:tcW w:type="dxa" w:w="1728"/>
          </w:tcPr>
          <w:p>
            <w:r>
              <w:t>امیری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91773797*1</w:t>
            </w:r>
          </w:p>
        </w:tc>
        <w:tc>
          <w:tcPr>
            <w:tcW w:type="dxa" w:w="1728"/>
          </w:tcPr>
          <w:p>
            <w:r>
              <w:t>Targetpvc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9122*4*321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>
              <w:t>Fekrat</w:t>
            </w:r>
          </w:p>
        </w:tc>
        <w:tc>
          <w:tcPr>
            <w:tcW w:type="dxa" w:w="1728"/>
          </w:tcPr>
          <w:p>
            <w:r>
              <w:t>alireza_fekrat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9120*94431</w:t>
            </w:r>
          </w:p>
        </w:tc>
        <w:tc>
          <w:tcPr>
            <w:tcW w:type="dxa" w:w="1728"/>
          </w:tcPr>
          <w:p>
            <w:r>
              <w:t>اسلامی(جلوه گر)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9122200414</w:t>
            </w:r>
          </w:p>
        </w:tc>
        <w:tc>
          <w:tcPr>
            <w:tcW w:type="dxa" w:w="1728"/>
          </w:tcPr>
          <w:p>
            <w:r>
              <w:t>Mohamadreza</w:t>
            </w:r>
          </w:p>
        </w:tc>
        <w:tc>
          <w:tcPr>
            <w:tcW w:type="dxa" w:w="1728"/>
          </w:tcPr>
          <w:p>
            <w:r>
              <w:t>Feizmand</w:t>
            </w:r>
          </w:p>
        </w:tc>
        <w:tc>
          <w:tcPr>
            <w:tcW w:type="dxa" w:w="1728"/>
          </w:tcPr>
          <w:p>
            <w:r>
              <w:t>mohamadrezafeizmand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910201904*</w:t>
            </w:r>
          </w:p>
        </w:tc>
        <w:tc>
          <w:tcPr>
            <w:tcW w:type="dxa" w:w="1728"/>
          </w:tcPr>
          <w:p>
            <w:r>
              <w:t>star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SedaghatStar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91220*4742</w:t>
            </w:r>
          </w:p>
        </w:tc>
        <w:tc>
          <w:tcPr>
            <w:tcW w:type="dxa" w:w="1728"/>
          </w:tcPr>
          <w:p>
            <w:r>
              <w:t>FARHAD</w:t>
            </w:r>
          </w:p>
        </w:tc>
        <w:tc>
          <w:tcPr>
            <w:tcW w:type="dxa" w:w="1728"/>
          </w:tcPr>
          <w:p>
            <w:r>
              <w:t>Razm azma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930**9****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>
              <w:t>Nima_paknahaaad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9143**1*97</w:t>
            </w:r>
          </w:p>
        </w:tc>
        <w:tc>
          <w:tcPr>
            <w:tcW w:type="dxa" w:w="1728"/>
          </w:tcPr>
          <w:p>
            <w:r>
              <w:t>Ramin</w:t>
            </w:r>
          </w:p>
        </w:tc>
        <w:tc>
          <w:tcPr>
            <w:tcW w:type="dxa" w:w="1728"/>
          </w:tcPr>
          <w:p>
            <w:r>
              <w:t>Akbari</w:t>
            </w:r>
          </w:p>
        </w:tc>
        <w:tc>
          <w:tcPr>
            <w:tcW w:type="dxa" w:w="1728"/>
          </w:tcPr>
          <w:p>
            <w:r>
              <w:t>Ramin1697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91*371**1*</w:t>
            </w:r>
          </w:p>
        </w:tc>
        <w:tc>
          <w:tcPr>
            <w:tcW w:type="dxa" w:w="1728"/>
          </w:tcPr>
          <w:p>
            <w:r>
              <w:t>مهدی</w:t>
            </w:r>
          </w:p>
        </w:tc>
        <w:tc>
          <w:tcPr>
            <w:tcW w:type="dxa" w:w="1728"/>
          </w:tcPr>
          <w:p>
            <w:r>
              <w:t>مشکانى</w:t>
            </w:r>
          </w:p>
        </w:tc>
        <w:tc>
          <w:tcPr>
            <w:tcW w:type="dxa" w:w="1728"/>
          </w:tcPr>
          <w:p>
            <w:r>
              <w:t>Mehdimashkani64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9141*32094</w:t>
            </w:r>
          </w:p>
        </w:tc>
        <w:tc>
          <w:tcPr>
            <w:tcW w:type="dxa" w:w="1728"/>
          </w:tcPr>
          <w:p>
            <w:r>
              <w:t>Y</w:t>
            </w:r>
          </w:p>
        </w:tc>
        <w:tc>
          <w:tcPr>
            <w:tcW w:type="dxa" w:w="1728"/>
          </w:tcPr>
          <w:p>
            <w:r>
              <w:t>Salehian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90173*4*01</w:t>
            </w:r>
          </w:p>
        </w:tc>
        <w:tc>
          <w:tcPr>
            <w:tcW w:type="dxa" w:w="1728"/>
          </w:tcPr>
          <w:p>
            <w:r>
              <w:t>Azadehakbary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912*722029</w:t>
            </w:r>
          </w:p>
        </w:tc>
        <w:tc>
          <w:tcPr>
            <w:tcW w:type="dxa" w:w="1728"/>
          </w:tcPr>
          <w:p>
            <w:r>
              <w:t>Masoud</w:t>
            </w:r>
          </w:p>
        </w:tc>
        <w:tc>
          <w:tcPr>
            <w:tcW w:type="dxa" w:w="1728"/>
          </w:tcPr>
          <w:p>
            <w:r>
              <w:t>Tofighi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9121400*90</w:t>
            </w:r>
          </w:p>
        </w:tc>
        <w:tc>
          <w:tcPr>
            <w:tcW w:type="dxa" w:w="1728"/>
          </w:tcPr>
          <w:p>
            <w:r>
              <w:t>Azizi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Abbasazizi1080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912*40*9**</w:t>
            </w:r>
          </w:p>
        </w:tc>
        <w:tc>
          <w:tcPr>
            <w:tcW w:type="dxa" w:w="1728"/>
          </w:tcPr>
          <w:p>
            <w:r>
              <w:t>arezoo</w:t>
            </w:r>
          </w:p>
        </w:tc>
        <w:tc>
          <w:tcPr>
            <w:tcW w:type="dxa" w:w="1728"/>
          </w:tcPr>
          <w:p>
            <w:r>
              <w:t>zarei</w:t>
            </w:r>
          </w:p>
        </w:tc>
        <w:tc>
          <w:tcPr>
            <w:tcW w:type="dxa" w:w="1728"/>
          </w:tcPr>
          <w:p>
            <w:r>
              <w:t>arez_z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9143**2009</w:t>
            </w:r>
          </w:p>
        </w:tc>
        <w:tc>
          <w:tcPr>
            <w:tcW w:type="dxa" w:w="1728"/>
          </w:tcPr>
          <w:p>
            <w:r>
              <w:t>...........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930*7*2119</w:t>
            </w:r>
          </w:p>
        </w:tc>
        <w:tc>
          <w:tcPr>
            <w:tcW w:type="dxa" w:w="1728"/>
          </w:tcPr>
          <w:p>
            <w:r>
              <w:t>Farhad</w:t>
            </w:r>
          </w:p>
        </w:tc>
        <w:tc>
          <w:tcPr>
            <w:tcW w:type="dxa" w:w="1728"/>
          </w:tcPr>
          <w:p>
            <w:r>
              <w:t>Rostami</w:t>
            </w:r>
          </w:p>
        </w:tc>
        <w:tc>
          <w:tcPr>
            <w:tcW w:type="dxa" w:w="1728"/>
          </w:tcPr>
          <w:p>
            <w:r>
              <w:t>Frostami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9141030**9</w:t>
            </w:r>
          </w:p>
        </w:tc>
        <w:tc>
          <w:tcPr>
            <w:tcW w:type="dxa" w:w="1728"/>
          </w:tcPr>
          <w:p>
            <w:r>
              <w:t>Vahid khaleg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vahid_khalegi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91*1*7102*</w:t>
            </w:r>
          </w:p>
        </w:tc>
        <w:tc>
          <w:tcPr>
            <w:tcW w:type="dxa" w:w="1728"/>
          </w:tcPr>
          <w:p>
            <w:r>
              <w:t>علیرضا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91**713340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M2</w:t>
            </w:r>
          </w:p>
        </w:tc>
        <w:tc>
          <w:tcPr>
            <w:tcW w:type="dxa" w:w="1728"/>
          </w:tcPr>
          <w:p>
            <w:r>
              <w:t>niopdc1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93742***1*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Sgh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919*4**7*3</w:t>
            </w:r>
          </w:p>
        </w:tc>
        <w:tc>
          <w:tcPr>
            <w:tcW w:type="dxa" w:w="1728"/>
          </w:tcPr>
          <w:p>
            <w:r>
              <w:t>Majid Mansuri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majid6773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9127*03401</w:t>
            </w:r>
          </w:p>
        </w:tc>
        <w:tc>
          <w:tcPr>
            <w:tcW w:type="dxa" w:w="1728"/>
          </w:tcPr>
          <w:p>
            <w:r>
              <w:t>Farhad</w:t>
            </w:r>
          </w:p>
        </w:tc>
        <w:tc>
          <w:tcPr>
            <w:tcW w:type="dxa" w:w="1728"/>
          </w:tcPr>
          <w:p>
            <w:r>
              <w:t>Vahidi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9212*2*207</w:t>
            </w:r>
          </w:p>
        </w:tc>
        <w:tc>
          <w:tcPr>
            <w:tcW w:type="dxa" w:w="1728"/>
          </w:tcPr>
          <w:p>
            <w:r>
              <w:t>Papirus</w:t>
            </w:r>
          </w:p>
        </w:tc>
        <w:tc>
          <w:tcPr>
            <w:tcW w:type="dxa" w:w="1728"/>
          </w:tcPr>
          <w:p>
            <w:r>
              <w:t>Wallpaper</w:t>
            </w:r>
          </w:p>
        </w:tc>
        <w:tc>
          <w:tcPr>
            <w:tcW w:type="dxa" w:w="1728"/>
          </w:tcPr>
          <w:p>
            <w:r>
              <w:t>Papiru3d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9147**00*9</w:t>
            </w:r>
          </w:p>
        </w:tc>
        <w:tc>
          <w:tcPr>
            <w:tcW w:type="dxa" w:w="1728"/>
          </w:tcPr>
          <w:p>
            <w:r>
              <w:t>فیدار آغاج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93*431*7*9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9177042941</w:t>
            </w:r>
          </w:p>
        </w:tc>
        <w:tc>
          <w:tcPr>
            <w:tcW w:type="dxa" w:w="1728"/>
          </w:tcPr>
          <w:p>
            <w:r>
              <w:t>مهدی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Mehdi8984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9379941*74</w:t>
            </w:r>
          </w:p>
        </w:tc>
        <w:tc>
          <w:tcPr>
            <w:tcW w:type="dxa" w:w="1728"/>
          </w:tcPr>
          <w:p>
            <w:r>
              <w:t>KHANE MODERN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9330790*02</w:t>
            </w:r>
          </w:p>
        </w:tc>
        <w:tc>
          <w:tcPr>
            <w:tcW w:type="dxa" w:w="1728"/>
          </w:tcPr>
          <w:p>
            <w:r>
              <w:t>Asadi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9902933731</w:t>
            </w:r>
          </w:p>
        </w:tc>
        <w:tc>
          <w:tcPr>
            <w:tcW w:type="dxa" w:w="1728"/>
          </w:tcPr>
          <w:p>
            <w:r>
              <w:t>MODA</w:t>
            </w:r>
          </w:p>
        </w:tc>
        <w:tc>
          <w:tcPr>
            <w:tcW w:type="dxa" w:w="1728"/>
          </w:tcPr>
          <w:p>
            <w:r>
              <w:t>Wallpaper</w:t>
            </w:r>
          </w:p>
        </w:tc>
        <w:tc>
          <w:tcPr>
            <w:tcW w:type="dxa" w:w="1728"/>
          </w:tcPr>
          <w:p>
            <w:r>
              <w:t>Modawall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91220*1704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J_farrokhnia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9141***3*0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Baghernia</w:t>
            </w:r>
          </w:p>
        </w:tc>
        <w:tc>
          <w:tcPr>
            <w:tcW w:type="dxa" w:w="1728"/>
          </w:tcPr>
          <w:p>
            <w:r>
              <w:t>alibaghernia9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912*700744</w:t>
            </w:r>
          </w:p>
        </w:tc>
        <w:tc>
          <w:tcPr>
            <w:tcW w:type="dxa" w:w="1728"/>
          </w:tcPr>
          <w:p>
            <w:r>
              <w:t>FARHAD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9143**2*44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>
              <w:t>Bashirpoor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93**7*99*1</w:t>
            </w:r>
          </w:p>
        </w:tc>
        <w:tc>
          <w:tcPr>
            <w:tcW w:type="dxa" w:w="1728"/>
          </w:tcPr>
          <w:p>
            <w:r>
              <w:t>Kimiya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k0101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9147*19*22</w:t>
            </w:r>
          </w:p>
        </w:tc>
        <w:tc>
          <w:tcPr>
            <w:tcW w:type="dxa" w:w="1728"/>
          </w:tcPr>
          <w:p>
            <w:r>
              <w:t>karimi(ARTA)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karimi_ArtaSaze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914*74**01</w:t>
            </w:r>
          </w:p>
        </w:tc>
        <w:tc>
          <w:tcPr>
            <w:tcW w:type="dxa" w:w="1728"/>
          </w:tcPr>
          <w:p>
            <w:r>
              <w:t>ARAD.m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930*931093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mohammad_952198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9122334**1</w:t>
            </w:r>
          </w:p>
        </w:tc>
        <w:tc>
          <w:tcPr>
            <w:tcW w:type="dxa" w:w="1728"/>
          </w:tcPr>
          <w:p>
            <w:r>
              <w:t>Hamed</w:t>
            </w:r>
          </w:p>
        </w:tc>
        <w:tc>
          <w:tcPr>
            <w:tcW w:type="dxa" w:w="1728"/>
          </w:tcPr>
          <w:p>
            <w:r>
              <w:t>Golshahi</w:t>
            </w:r>
          </w:p>
        </w:tc>
        <w:tc>
          <w:tcPr>
            <w:tcW w:type="dxa" w:w="1728"/>
          </w:tcPr>
          <w:p>
            <w:r>
              <w:t>hamgolsh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9143*491*3</w:t>
            </w:r>
          </w:p>
        </w:tc>
        <w:tc>
          <w:tcPr>
            <w:tcW w:type="dxa" w:w="1728"/>
          </w:tcPr>
          <w:p>
            <w:r>
              <w:t>Ali-</w:t>
            </w:r>
          </w:p>
        </w:tc>
        <w:tc>
          <w:tcPr>
            <w:tcW w:type="dxa" w:w="1728"/>
          </w:tcPr>
          <w:p>
            <w:r>
              <w:t>V</w:t>
            </w:r>
          </w:p>
        </w:tc>
        <w:tc>
          <w:tcPr>
            <w:tcW w:type="dxa" w:w="1728"/>
          </w:tcPr>
          <w:p>
            <w:r>
              <w:t>Ali_fvfv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9143019747</w:t>
            </w:r>
          </w:p>
        </w:tc>
        <w:tc>
          <w:tcPr>
            <w:tcW w:type="dxa" w:w="1728"/>
          </w:tcPr>
          <w:p>
            <w:r>
              <w:t>Jalil</w:t>
            </w:r>
          </w:p>
        </w:tc>
        <w:tc>
          <w:tcPr>
            <w:tcW w:type="dxa" w:w="1728"/>
          </w:tcPr>
          <w:p>
            <w:r>
              <w:t>Astaneh</w:t>
            </w:r>
          </w:p>
        </w:tc>
        <w:tc>
          <w:tcPr>
            <w:tcW w:type="dxa" w:w="1728"/>
          </w:tcPr>
          <w:p>
            <w:r>
              <w:t>jalilastaneh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93*21**0**</w:t>
            </w:r>
          </w:p>
        </w:tc>
        <w:tc>
          <w:tcPr>
            <w:tcW w:type="dxa" w:w="1728"/>
          </w:tcPr>
          <w:p>
            <w:r>
              <w:t>Elham</w:t>
            </w:r>
          </w:p>
        </w:tc>
        <w:tc>
          <w:tcPr>
            <w:tcW w:type="dxa" w:w="1728"/>
          </w:tcPr>
          <w:p>
            <w:r>
              <w:t>Baradaran</w:t>
            </w:r>
          </w:p>
        </w:tc>
        <w:tc>
          <w:tcPr>
            <w:tcW w:type="dxa" w:w="1728"/>
          </w:tcPr>
          <w:p>
            <w:r>
              <w:t>ElhamBaradaran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9129*23*9*</w:t>
            </w:r>
          </w:p>
        </w:tc>
        <w:tc>
          <w:tcPr>
            <w:tcW w:type="dxa" w:w="1728"/>
          </w:tcPr>
          <w:p>
            <w:r>
              <w:t>Dio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Dio_wallpaper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91**00****</w:t>
            </w:r>
          </w:p>
        </w:tc>
        <w:tc>
          <w:tcPr>
            <w:tcW w:type="dxa" w:w="1728"/>
          </w:tcPr>
          <w:p>
            <w:r>
              <w:t>Arianpazh آرین پاژ</w:t>
            </w:r>
          </w:p>
        </w:tc>
        <w:tc>
          <w:tcPr>
            <w:tcW w:type="dxa" w:w="1728"/>
          </w:tcPr>
          <w:p>
            <w:r>
              <w:t>محمددوست9156008868</w:t>
            </w:r>
          </w:p>
        </w:tc>
        <w:tc>
          <w:tcPr>
            <w:tcW w:type="dxa" w:w="1728"/>
          </w:tcPr>
          <w:p>
            <w:r>
              <w:t>ArianPazh_admin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993*400411</w:t>
            </w:r>
          </w:p>
        </w:tc>
        <w:tc>
          <w:tcPr>
            <w:tcW w:type="dxa" w:w="1728"/>
          </w:tcPr>
          <w:p>
            <w:r>
              <w:t>ARTIMAN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Artiman_admin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9147*14010</w:t>
            </w:r>
          </w:p>
        </w:tc>
        <w:tc>
          <w:tcPr>
            <w:tcW w:type="dxa" w:w="1728"/>
          </w:tcPr>
          <w:p>
            <w:r>
              <w:t>♔ɱҽԋɾყαɾ♔</w:t>
            </w:r>
          </w:p>
        </w:tc>
        <w:tc>
          <w:tcPr>
            <w:tcW w:type="dxa" w:w="1728"/>
          </w:tcPr>
          <w:p>
            <w:r>
              <w:t>🐾</w:t>
            </w:r>
          </w:p>
        </w:tc>
        <w:tc>
          <w:tcPr>
            <w:tcW w:type="dxa" w:w="1728"/>
          </w:tcPr>
          <w:p>
            <w:r>
              <w:t>Mehryar1361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9377*901*1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دکوداسیون داخلی وشرکت ساختمانی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9121947970</w:t>
            </w:r>
          </w:p>
        </w:tc>
        <w:tc>
          <w:tcPr>
            <w:tcW w:type="dxa" w:w="1728"/>
          </w:tcPr>
          <w:p>
            <w:r>
              <w:t>F.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93*024249*</w:t>
            </w:r>
          </w:p>
        </w:tc>
        <w:tc>
          <w:tcPr>
            <w:tcW w:type="dxa" w:w="1728"/>
          </w:tcPr>
          <w:p>
            <w:r>
              <w:t>Decorgostar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Decor_gostar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9124149**2</w:t>
            </w:r>
          </w:p>
        </w:tc>
        <w:tc>
          <w:tcPr>
            <w:tcW w:type="dxa" w:w="1728"/>
          </w:tcPr>
          <w:p>
            <w:r>
              <w:t>javad</w:t>
            </w:r>
          </w:p>
        </w:tc>
        <w:tc>
          <w:tcPr>
            <w:tcW w:type="dxa" w:w="1728"/>
          </w:tcPr>
          <w:p>
            <w:r>
              <w:t>ghaffari</w:t>
            </w:r>
          </w:p>
        </w:tc>
        <w:tc>
          <w:tcPr>
            <w:tcW w:type="dxa" w:w="1728"/>
          </w:tcPr>
          <w:p>
            <w:r>
              <w:t>javadghaffariiiiiiii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91230**9**</w:t>
            </w:r>
          </w:p>
        </w:tc>
        <w:tc>
          <w:tcPr>
            <w:tcW w:type="dxa" w:w="1728"/>
          </w:tcPr>
          <w:p>
            <w:r>
              <w:t>Farshad</w:t>
            </w:r>
          </w:p>
        </w:tc>
        <w:tc>
          <w:tcPr>
            <w:tcW w:type="dxa" w:w="1728"/>
          </w:tcPr>
          <w:p>
            <w:r>
              <w:t>Rayan</w:t>
            </w:r>
          </w:p>
        </w:tc>
        <w:tc>
          <w:tcPr>
            <w:tcW w:type="dxa" w:w="1728"/>
          </w:tcPr>
          <w:p>
            <w:r>
              <w:t>Farshadesl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9121***943</w:t>
            </w:r>
          </w:p>
        </w:tc>
        <w:tc>
          <w:tcPr>
            <w:tcW w:type="dxa" w:w="1728"/>
          </w:tcPr>
          <w:p>
            <w:r>
              <w:t>Rahim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rahimghahremani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901*4**01*</w:t>
            </w:r>
          </w:p>
        </w:tc>
        <w:tc>
          <w:tcPr>
            <w:tcW w:type="dxa" w:w="1728"/>
          </w:tcPr>
          <w:p>
            <w:r>
              <w:t>Deco.co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decoffice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9144*397*1</w:t>
            </w:r>
          </w:p>
        </w:tc>
        <w:tc>
          <w:tcPr>
            <w:tcW w:type="dxa" w:w="1728"/>
          </w:tcPr>
          <w:p>
            <w:r>
              <w:t>VAHID</w:t>
            </w:r>
          </w:p>
        </w:tc>
        <w:tc>
          <w:tcPr>
            <w:tcW w:type="dxa" w:w="1728"/>
          </w:tcPr>
          <w:p>
            <w:r>
              <w:t>FARID</w:t>
            </w:r>
          </w:p>
        </w:tc>
        <w:tc>
          <w:tcPr>
            <w:tcW w:type="dxa" w:w="1728"/>
          </w:tcPr>
          <w:p>
            <w:r>
              <w:t>VAHIDFARID9714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9020073743</w:t>
            </w:r>
          </w:p>
        </w:tc>
        <w:tc>
          <w:tcPr>
            <w:tcW w:type="dxa" w:w="1728"/>
          </w:tcPr>
          <w:p>
            <w:r>
              <w:t>mis taheri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mehrazdecor999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91411***74</w:t>
            </w:r>
          </w:p>
        </w:tc>
        <w:tc>
          <w:tcPr>
            <w:tcW w:type="dxa" w:w="1728"/>
          </w:tcPr>
          <w:p>
            <w:r>
              <w:t>Jalal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912290131*</w:t>
            </w:r>
          </w:p>
        </w:tc>
        <w:tc>
          <w:tcPr>
            <w:tcW w:type="dxa" w:w="1728"/>
          </w:tcPr>
          <w:p>
            <w:r>
              <w:t>Mohamadreza</w:t>
            </w:r>
          </w:p>
        </w:tc>
        <w:tc>
          <w:tcPr>
            <w:tcW w:type="dxa" w:w="1728"/>
          </w:tcPr>
          <w:p>
            <w:r>
              <w:t>Moghimi</w:t>
            </w:r>
          </w:p>
        </w:tc>
        <w:tc>
          <w:tcPr>
            <w:tcW w:type="dxa" w:w="1728"/>
          </w:tcPr>
          <w:p>
            <w:r>
              <w:t>Moghimimohamadreza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912090902*</w:t>
            </w:r>
          </w:p>
        </w:tc>
        <w:tc>
          <w:tcPr>
            <w:tcW w:type="dxa" w:w="1728"/>
          </w:tcPr>
          <w:p>
            <w:r>
              <w:t>09090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9127**7279</w:t>
            </w:r>
          </w:p>
        </w:tc>
        <w:tc>
          <w:tcPr>
            <w:tcW w:type="dxa" w:w="1728"/>
          </w:tcPr>
          <w:p>
            <w:r>
              <w:t>Farshad</w:t>
            </w:r>
          </w:p>
        </w:tc>
        <w:tc>
          <w:tcPr>
            <w:tcW w:type="dxa" w:w="1728"/>
          </w:tcPr>
          <w:p>
            <w:r>
              <w:t>Taherkhani</w:t>
            </w:r>
          </w:p>
        </w:tc>
        <w:tc>
          <w:tcPr>
            <w:tcW w:type="dxa" w:w="1728"/>
          </w:tcPr>
          <w:p>
            <w:r>
              <w:t>fcity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912211**3*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>
              <w:t>bahiraee</w:t>
            </w:r>
          </w:p>
        </w:tc>
        <w:tc>
          <w:tcPr>
            <w:tcW w:type="dxa" w:w="1728"/>
          </w:tcPr>
          <w:p>
            <w:r>
              <w:t>hosseinbahiraee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903**71409</w:t>
            </w:r>
          </w:p>
        </w:tc>
        <w:tc>
          <w:tcPr>
            <w:tcW w:type="dxa" w:w="1728"/>
          </w:tcPr>
          <w:p>
            <w:r>
              <w:t>پخش محصولات دکوراسیون شیرزاد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91371**973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Bisetondecor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91410**42*</w:t>
            </w:r>
          </w:p>
        </w:tc>
        <w:tc>
          <w:tcPr>
            <w:tcW w:type="dxa" w:w="1728"/>
          </w:tcPr>
          <w:p>
            <w:r>
              <w:t>Vahid</w:t>
            </w:r>
          </w:p>
        </w:tc>
        <w:tc>
          <w:tcPr>
            <w:tcW w:type="dxa" w:w="1728"/>
          </w:tcPr>
          <w:p>
            <w:r>
              <w:t>Salmani</w:t>
            </w:r>
          </w:p>
        </w:tc>
        <w:tc>
          <w:tcPr>
            <w:tcW w:type="dxa" w:w="1728"/>
          </w:tcPr>
          <w:p>
            <w:r>
              <w:t>Vahidoscar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912*274703</w:t>
            </w:r>
          </w:p>
        </w:tc>
        <w:tc>
          <w:tcPr>
            <w:tcW w:type="dxa" w:w="1728"/>
          </w:tcPr>
          <w:p>
            <w:r>
              <w:t>M.</w:t>
            </w:r>
          </w:p>
        </w:tc>
        <w:tc>
          <w:tcPr>
            <w:tcW w:type="dxa" w:w="1728"/>
          </w:tcPr>
          <w:p>
            <w:r>
              <w:t>K</w:t>
            </w:r>
          </w:p>
        </w:tc>
        <w:tc>
          <w:tcPr>
            <w:tcW w:type="dxa" w:w="1728"/>
          </w:tcPr>
          <w:p>
            <w:r>
              <w:t>mk56553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9143*130*2</w:t>
            </w:r>
          </w:p>
        </w:tc>
        <w:tc>
          <w:tcPr>
            <w:tcW w:type="dxa" w:w="1728"/>
          </w:tcPr>
          <w:p>
            <w:r>
              <w:t>Hamed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914*39130*</w:t>
            </w:r>
          </w:p>
        </w:tc>
        <w:tc>
          <w:tcPr>
            <w:tcW w:type="dxa" w:w="1728"/>
          </w:tcPr>
          <w:p>
            <w:r>
              <w:t>Asemii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Shahre_deco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930*10*300</w:t>
            </w:r>
          </w:p>
        </w:tc>
        <w:tc>
          <w:tcPr>
            <w:tcW w:type="dxa" w:w="1728"/>
          </w:tcPr>
          <w:p>
            <w:r>
              <w:t>ABAD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ABAD100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9122009*11</w:t>
            </w:r>
          </w:p>
        </w:tc>
        <w:tc>
          <w:tcPr>
            <w:tcW w:type="dxa" w:w="1728"/>
          </w:tcPr>
          <w:p>
            <w:r>
              <w:t>V.F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  <w:tr>
        <w:tc>
          <w:tcPr>
            <w:tcW w:type="dxa" w:w="1728"/>
          </w:tcPr>
          <w:p>
            <w:r>
              <w:t>912*473*73</w:t>
            </w:r>
          </w:p>
        </w:tc>
        <w:tc>
          <w:tcPr>
            <w:tcW w:type="dxa" w:w="1728"/>
          </w:tcPr>
          <w:p>
            <w:r>
              <w:t>Jelvehgar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Jelvehgar</w:t>
            </w:r>
          </w:p>
        </w:tc>
        <w:tc>
          <w:tcPr>
            <w:tcW w:type="dxa" w:w="1728"/>
          </w:tcPr>
          <w:p>
            <w:r>
              <w:t>parquet &amp; wallpaper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parquet &amp; wallpaper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