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 xml:space="preserve"> کارگاه حـــال خوب 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 xml:space="preserve"> کارگاه حـــال خوب 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93*941442*</w:t>
            </w:r>
          </w:p>
        </w:tc>
        <w:tc>
          <w:tcPr>
            <w:tcW w:type="dxa" w:w="1728"/>
          </w:tcPr>
          <w:p>
            <w:r>
              <w:t>Majid</w:t>
            </w:r>
          </w:p>
        </w:tc>
        <w:tc>
          <w:tcPr>
            <w:tcW w:type="dxa" w:w="1728"/>
          </w:tcPr>
          <w:p>
            <w:r>
              <w:t>Moghadam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9171**2734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922*947**2</w:t>
            </w:r>
          </w:p>
        </w:tc>
        <w:tc>
          <w:tcPr>
            <w:tcW w:type="dxa" w:w="1728"/>
          </w:tcPr>
          <w:p>
            <w:r>
              <w:t>محمد ریشه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914*413*01</w:t>
            </w:r>
          </w:p>
        </w:tc>
        <w:tc>
          <w:tcPr>
            <w:tcW w:type="dxa" w:w="1728"/>
          </w:tcPr>
          <w:p>
            <w:r>
              <w:t>Tahereh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9139*3**39</w:t>
            </w:r>
          </w:p>
        </w:tc>
        <w:tc>
          <w:tcPr>
            <w:tcW w:type="dxa" w:w="1728"/>
          </w:tcPr>
          <w:p>
            <w:r>
              <w:t>‘°ºø•❤•.¸ṿḁĵḯḧḙ ¸.•❤•øº°‘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Vajihe_zare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91*9**9122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93*323*040</w:t>
            </w:r>
          </w:p>
        </w:tc>
        <w:tc>
          <w:tcPr>
            <w:tcW w:type="dxa" w:w="1728"/>
          </w:tcPr>
          <w:p>
            <w:r>
              <w:t>ابراهیمی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hoseinpoury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930**3*499</w:t>
            </w:r>
          </w:p>
        </w:tc>
        <w:tc>
          <w:tcPr>
            <w:tcW w:type="dxa" w:w="1728"/>
          </w:tcPr>
          <w:p>
            <w:r>
              <w:t>Amir Hosein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amirhosein_093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9034220**9</w:t>
            </w:r>
          </w:p>
        </w:tc>
        <w:tc>
          <w:tcPr>
            <w:tcW w:type="dxa" w:w="1728"/>
          </w:tcPr>
          <w:p>
            <w:r>
              <w:t>RaHaA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rahaa_beigii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9102*72947</w:t>
            </w:r>
          </w:p>
        </w:tc>
        <w:tc>
          <w:tcPr>
            <w:tcW w:type="dxa" w:w="1728"/>
          </w:tcPr>
          <w:p>
            <w:r>
              <w:t>yosef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9032**1900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913990917*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9372991222</w:t>
            </w:r>
          </w:p>
        </w:tc>
        <w:tc>
          <w:tcPr>
            <w:tcW w:type="dxa" w:w="1728"/>
          </w:tcPr>
          <w:p>
            <w:r>
              <w:t>Farhad_oghab_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F0050f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93*7212773</w:t>
            </w:r>
          </w:p>
        </w:tc>
        <w:tc>
          <w:tcPr>
            <w:tcW w:type="dxa" w:w="1728"/>
          </w:tcPr>
          <w:p>
            <w:r>
              <w:t>Shahen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Shahan2784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90132*93*9</w:t>
            </w:r>
          </w:p>
        </w:tc>
        <w:tc>
          <w:tcPr>
            <w:tcW w:type="dxa" w:w="1728"/>
          </w:tcPr>
          <w:p>
            <w:r>
              <w:t>shozabrkazmi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shozabrkazmi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939*49*91*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Amirmmd67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91*439*237</w:t>
            </w:r>
          </w:p>
        </w:tc>
        <w:tc>
          <w:tcPr>
            <w:tcW w:type="dxa" w:w="1728"/>
          </w:tcPr>
          <w:p>
            <w:r>
              <w:t>افشین سالاری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91479*071*</w:t>
            </w:r>
          </w:p>
        </w:tc>
        <w:tc>
          <w:tcPr>
            <w:tcW w:type="dxa" w:w="1728"/>
          </w:tcPr>
          <w:p>
            <w:r>
              <w:t>Vroojk</w:t>
            </w:r>
          </w:p>
        </w:tc>
        <w:tc>
          <w:tcPr>
            <w:tcW w:type="dxa" w:w="1728"/>
          </w:tcPr>
          <w:p>
            <w:r>
              <w:t>وروجک</w:t>
            </w:r>
          </w:p>
        </w:tc>
        <w:tc>
          <w:tcPr>
            <w:tcW w:type="dxa" w:w="1728"/>
          </w:tcPr>
          <w:p>
            <w:r>
              <w:t>Naseer2046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9307*191*4</w:t>
            </w:r>
          </w:p>
        </w:tc>
        <w:tc>
          <w:tcPr>
            <w:tcW w:type="dxa" w:w="1728"/>
          </w:tcPr>
          <w:p>
            <w:r>
              <w:t>m.k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Mk0915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93*0*77902</w:t>
            </w:r>
          </w:p>
        </w:tc>
        <w:tc>
          <w:tcPr>
            <w:tcW w:type="dxa" w:w="1728"/>
          </w:tcPr>
          <w:p>
            <w:r>
              <w:t>behnam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Mbk0000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9142021**2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9033**1132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91*79***24</w:t>
            </w:r>
          </w:p>
        </w:tc>
        <w:tc>
          <w:tcPr>
            <w:tcW w:type="dxa" w:w="1728"/>
          </w:tcPr>
          <w:p>
            <w:r>
              <w:t>💎Rojin💎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Rojin81B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93*1107290</w:t>
            </w:r>
          </w:p>
        </w:tc>
        <w:tc>
          <w:tcPr>
            <w:tcW w:type="dxa" w:w="1728"/>
          </w:tcPr>
          <w:p>
            <w:r>
              <w:t>مجید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99093200*1</w:t>
            </w:r>
          </w:p>
        </w:tc>
        <w:tc>
          <w:tcPr>
            <w:tcW w:type="dxa" w:w="1728"/>
          </w:tcPr>
          <w:p>
            <w:r>
              <w:t>هانی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hani0991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93390**210</w:t>
            </w:r>
          </w:p>
        </w:tc>
        <w:tc>
          <w:tcPr>
            <w:tcW w:type="dxa" w:w="1728"/>
          </w:tcPr>
          <w:p>
            <w:r>
              <w:t>Mohsen...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HAdafsoozan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912710*04*</w:t>
            </w:r>
          </w:p>
        </w:tc>
        <w:tc>
          <w:tcPr>
            <w:tcW w:type="dxa" w:w="1728"/>
          </w:tcPr>
          <w:p>
            <w:r>
              <w:t>سنگ صبور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Sangesabor38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9123190*37</w:t>
            </w:r>
          </w:p>
        </w:tc>
        <w:tc>
          <w:tcPr>
            <w:tcW w:type="dxa" w:w="1728"/>
          </w:tcPr>
          <w:p>
            <w:r>
              <w:t>آدرینا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Azaliaa56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91*917*4*0</w:t>
            </w:r>
          </w:p>
        </w:tc>
        <w:tc>
          <w:tcPr>
            <w:tcW w:type="dxa" w:w="1728"/>
          </w:tcPr>
          <w:p>
            <w:r>
              <w:t>‘°ºø•❤•.¸ṧḧḯṃḁ ¸.•❤•øº°‘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9309**7721</w:t>
            </w:r>
          </w:p>
        </w:tc>
        <w:tc>
          <w:tcPr>
            <w:tcW w:type="dxa" w:w="1728"/>
          </w:tcPr>
          <w:p>
            <w:r>
              <w:t>رامبد وحیدیان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9192*1*039</w:t>
            </w:r>
          </w:p>
        </w:tc>
        <w:tc>
          <w:tcPr>
            <w:tcW w:type="dxa" w:w="1728"/>
          </w:tcPr>
          <w:p>
            <w:r>
              <w:t>علی🍃🍂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yaali5757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93**3***4*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>
              <w:t>مشهدی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9127373423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919*104942</w:t>
            </w:r>
          </w:p>
        </w:tc>
        <w:tc>
          <w:tcPr>
            <w:tcW w:type="dxa" w:w="1728"/>
          </w:tcPr>
          <w:p>
            <w:r>
              <w:t>یک‌مجنون‌که‌از‌دوری‌لیلی‌اش‌دیوانه‌شده</w:t>
            </w:r>
          </w:p>
        </w:tc>
        <w:tc>
          <w:tcPr>
            <w:tcW w:type="dxa" w:w="1728"/>
          </w:tcPr>
          <w:p>
            <w:r>
              <w:t>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93*9942*7*</w:t>
            </w:r>
          </w:p>
        </w:tc>
        <w:tc>
          <w:tcPr>
            <w:tcW w:type="dxa" w:w="1728"/>
          </w:tcPr>
          <w:p>
            <w:r>
              <w:t>Arad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933*39*0**</w:t>
            </w:r>
          </w:p>
        </w:tc>
        <w:tc>
          <w:tcPr>
            <w:tcW w:type="dxa" w:w="1728"/>
          </w:tcPr>
          <w:p>
            <w:r>
              <w:t>آلما.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alma11171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91**72971*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Joghatayimahdi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9393*07*39</w:t>
            </w:r>
          </w:p>
        </w:tc>
        <w:tc>
          <w:tcPr>
            <w:tcW w:type="dxa" w:w="1728"/>
          </w:tcPr>
          <w:p>
            <w:r>
              <w:t>Robab</w:t>
            </w:r>
          </w:p>
        </w:tc>
        <w:tc>
          <w:tcPr>
            <w:tcW w:type="dxa" w:w="1728"/>
          </w:tcPr>
          <w:p>
            <w:r>
              <w:t>Shoghi</w:t>
            </w:r>
          </w:p>
        </w:tc>
        <w:tc>
          <w:tcPr>
            <w:tcW w:type="dxa" w:w="1728"/>
          </w:tcPr>
          <w:p>
            <w:r>
              <w:t>robabshoghi1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9191*3*0*2</w:t>
            </w:r>
          </w:p>
        </w:tc>
        <w:tc>
          <w:tcPr>
            <w:tcW w:type="dxa" w:w="1728"/>
          </w:tcPr>
          <w:p>
            <w:r>
              <w:t>امید</w:t>
            </w:r>
          </w:p>
        </w:tc>
        <w:tc>
          <w:tcPr>
            <w:tcW w:type="dxa" w:w="1728"/>
          </w:tcPr>
          <w:p>
            <w:r>
              <w:t>برات حسینی</w:t>
            </w:r>
          </w:p>
        </w:tc>
        <w:tc>
          <w:tcPr>
            <w:tcW w:type="dxa" w:w="1728"/>
          </w:tcPr>
          <w:p>
            <w:r>
              <w:t>Seidomidbarathosseiniy1991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911331901*</w:t>
            </w:r>
          </w:p>
        </w:tc>
        <w:tc>
          <w:tcPr>
            <w:tcW w:type="dxa" w:w="1728"/>
          </w:tcPr>
          <w:p>
            <w:r>
              <w:t>i.Nik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ImanNik60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93***10*3*</w:t>
            </w:r>
          </w:p>
        </w:tc>
        <w:tc>
          <w:tcPr>
            <w:tcW w:type="dxa" w:w="1728"/>
          </w:tcPr>
          <w:p>
            <w:r>
              <w:t>๒єђภค๓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sevgisevill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90*193**70</w:t>
            </w:r>
          </w:p>
        </w:tc>
        <w:tc>
          <w:tcPr>
            <w:tcW w:type="dxa" w:w="1728"/>
          </w:tcPr>
          <w:p>
            <w:r>
              <w:t>𝑷𝒉𝒂𝒕𝒊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91394*917*</w:t>
            </w:r>
          </w:p>
        </w:tc>
        <w:tc>
          <w:tcPr>
            <w:tcW w:type="dxa" w:w="1728"/>
          </w:tcPr>
          <w:p>
            <w:r>
              <w:t>🌻نرگس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91*3*19230</w:t>
            </w:r>
          </w:p>
        </w:tc>
        <w:tc>
          <w:tcPr>
            <w:tcW w:type="dxa" w:w="1728"/>
          </w:tcPr>
          <w:p>
            <w:r>
              <w:t>افشین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Omidnikoii30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93*39*0390</w:t>
            </w:r>
          </w:p>
        </w:tc>
        <w:tc>
          <w:tcPr>
            <w:tcW w:type="dxa" w:w="1728"/>
          </w:tcPr>
          <w:p>
            <w:r>
              <w:t>طوقی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9012*1****</w:t>
            </w:r>
          </w:p>
        </w:tc>
        <w:tc>
          <w:tcPr>
            <w:tcW w:type="dxa" w:w="1728"/>
          </w:tcPr>
          <w:p>
            <w:r>
              <w:t>نگارم ،گاهی نگاهی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Negar1113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9142777427</w:t>
            </w:r>
          </w:p>
        </w:tc>
        <w:tc>
          <w:tcPr>
            <w:tcW w:type="dxa" w:w="1728"/>
          </w:tcPr>
          <w:p>
            <w:r>
              <w:t>محمود احمدی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aria_ahmadi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9372*74401</w:t>
            </w:r>
          </w:p>
        </w:tc>
        <w:tc>
          <w:tcPr>
            <w:tcW w:type="dxa" w:w="1728"/>
          </w:tcPr>
          <w:p>
            <w:r>
              <w:t>Artin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artin139412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9011934990</w:t>
            </w:r>
          </w:p>
        </w:tc>
        <w:tc>
          <w:tcPr>
            <w:tcW w:type="dxa" w:w="1728"/>
          </w:tcPr>
          <w:p>
            <w:r>
              <w:t>سجاد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91407013*7</w:t>
            </w:r>
          </w:p>
        </w:tc>
        <w:tc>
          <w:tcPr>
            <w:tcW w:type="dxa" w:w="1728"/>
          </w:tcPr>
          <w:p>
            <w:r>
              <w:t>(¯`*•.¸,¤° ḾḘḦḌḮ °¤,¸.•*´¯)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Mmmehdi56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91*03**22*</w:t>
            </w:r>
          </w:p>
        </w:tc>
        <w:tc>
          <w:tcPr>
            <w:tcW w:type="dxa" w:w="1728"/>
          </w:tcPr>
          <w:p>
            <w:r>
              <w:t>فریده</w:t>
            </w:r>
          </w:p>
        </w:tc>
        <w:tc>
          <w:tcPr>
            <w:tcW w:type="dxa" w:w="1728"/>
          </w:tcPr>
          <w:p>
            <w:r>
              <w:t>همدانی(مشاور طب سنتی)</w:t>
            </w:r>
          </w:p>
        </w:tc>
        <w:tc>
          <w:tcPr>
            <w:tcW w:type="dxa" w:w="1728"/>
          </w:tcPr>
          <w:p>
            <w:r>
              <w:t>Moshver_faridehamedani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9139*732**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Monomimam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930*2**313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9019*1*334</w:t>
            </w:r>
          </w:p>
        </w:tc>
        <w:tc>
          <w:tcPr>
            <w:tcW w:type="dxa" w:w="1728"/>
          </w:tcPr>
          <w:p>
            <w:r>
              <w:t>Pegah🎼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91*10**71*</w:t>
            </w:r>
          </w:p>
        </w:tc>
        <w:tc>
          <w:tcPr>
            <w:tcW w:type="dxa" w:w="1728"/>
          </w:tcPr>
          <w:p>
            <w:r>
              <w:t>H.Askari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Hamide_askari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9393*9470*</w:t>
            </w:r>
          </w:p>
        </w:tc>
        <w:tc>
          <w:tcPr>
            <w:tcW w:type="dxa" w:w="1728"/>
          </w:tcPr>
          <w:p>
            <w:r>
              <w:t>Mahtab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91*939*993</w:t>
            </w:r>
          </w:p>
        </w:tc>
        <w:tc>
          <w:tcPr>
            <w:tcW w:type="dxa" w:w="1728"/>
          </w:tcPr>
          <w:p>
            <w:r>
              <w:t>TARA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91***9932*</w:t>
            </w:r>
          </w:p>
        </w:tc>
        <w:tc>
          <w:tcPr>
            <w:tcW w:type="dxa" w:w="1728"/>
          </w:tcPr>
          <w:p>
            <w:r>
              <w:t>bahar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Reshel1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901*32*307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Zahra_r139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9129312*3*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>
              <w:t>moradi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922*971*49</w:t>
            </w:r>
          </w:p>
        </w:tc>
        <w:tc>
          <w:tcPr>
            <w:tcW w:type="dxa" w:w="1728"/>
          </w:tcPr>
          <w:p>
            <w:r>
              <w:t>جووون 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Ali110110110110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990*911494</w:t>
            </w:r>
          </w:p>
        </w:tc>
        <w:tc>
          <w:tcPr>
            <w:tcW w:type="dxa" w:w="1728"/>
          </w:tcPr>
          <w:p>
            <w:r>
              <w:t>👑👑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Xx_94xx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93*02*194*</w:t>
            </w:r>
          </w:p>
        </w:tc>
        <w:tc>
          <w:tcPr>
            <w:tcW w:type="dxa" w:w="1728"/>
          </w:tcPr>
          <w:p>
            <w:r>
              <w:t>✰✰(¯`*•.turk_oqlan.•*´¯)✰✰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Hadi_bazmi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93***40*11</w:t>
            </w:r>
          </w:p>
        </w:tc>
        <w:tc>
          <w:tcPr>
            <w:tcW w:type="dxa" w:w="1728"/>
          </w:tcPr>
          <w:p>
            <w:r>
              <w:t>می ناب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saeid_mahmoodi70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921421**03</w:t>
            </w:r>
          </w:p>
        </w:tc>
        <w:tc>
          <w:tcPr>
            <w:tcW w:type="dxa" w:w="1728"/>
          </w:tcPr>
          <w:p>
            <w:r>
              <w:t>Shima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912*9011*0</w:t>
            </w:r>
          </w:p>
        </w:tc>
        <w:tc>
          <w:tcPr>
            <w:tcW w:type="dxa" w:w="1728"/>
          </w:tcPr>
          <w:p>
            <w:r>
              <w:t>مهری</w:t>
            </w:r>
          </w:p>
        </w:tc>
        <w:tc>
          <w:tcPr>
            <w:tcW w:type="dxa" w:w="1728"/>
          </w:tcPr>
          <w:p>
            <w:r>
              <w:t>جراید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91444009*2</w:t>
            </w:r>
          </w:p>
        </w:tc>
        <w:tc>
          <w:tcPr>
            <w:tcW w:type="dxa" w:w="1728"/>
          </w:tcPr>
          <w:p>
            <w:r>
              <w:t>Javad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933***0473</w:t>
            </w:r>
          </w:p>
        </w:tc>
        <w:tc>
          <w:tcPr>
            <w:tcW w:type="dxa" w:w="1728"/>
          </w:tcPr>
          <w:p>
            <w:r>
              <w:t>Ali9kat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93*7*0321*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sadtoia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93**4*2*19</w:t>
            </w:r>
          </w:p>
        </w:tc>
        <w:tc>
          <w:tcPr>
            <w:tcW w:type="dxa" w:w="1728"/>
          </w:tcPr>
          <w:p>
            <w:r>
              <w:t>آسمان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93*00*3237</w:t>
            </w:r>
          </w:p>
        </w:tc>
        <w:tc>
          <w:tcPr>
            <w:tcW w:type="dxa" w:w="1728"/>
          </w:tcPr>
          <w:p>
            <w:r>
              <w:t>مانارم ¿¿¿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Manarm1363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93**997*23</w:t>
            </w:r>
          </w:p>
        </w:tc>
        <w:tc>
          <w:tcPr>
            <w:tcW w:type="dxa" w:w="1728"/>
          </w:tcPr>
          <w:p>
            <w:r>
              <w:t>turkoglo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92273*4093</w:t>
            </w:r>
          </w:p>
        </w:tc>
        <w:tc>
          <w:tcPr>
            <w:tcW w:type="dxa" w:w="1728"/>
          </w:tcPr>
          <w:p>
            <w:r>
              <w:t>ج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9142200043</w:t>
            </w:r>
          </w:p>
        </w:tc>
        <w:tc>
          <w:tcPr>
            <w:tcW w:type="dxa" w:w="1728"/>
          </w:tcPr>
          <w:p>
            <w:r>
              <w:t>aram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aram69_jj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92210*92**</w:t>
            </w:r>
          </w:p>
        </w:tc>
        <w:tc>
          <w:tcPr>
            <w:tcW w:type="dxa" w:w="1728"/>
          </w:tcPr>
          <w:p>
            <w:r>
              <w:t>◔͜͡◔ ஜ۩۩ஜ Amiraliஜ۩۩ஜ ◔͜͡◔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93*92*970*</w:t>
            </w:r>
          </w:p>
        </w:tc>
        <w:tc>
          <w:tcPr>
            <w:tcW w:type="dxa" w:w="1728"/>
          </w:tcPr>
          <w:p>
            <w:r>
              <w:t>rezvan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922**01**7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939193**71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nmi</w:t>
            </w:r>
          </w:p>
        </w:tc>
        <w:tc>
          <w:tcPr>
            <w:tcW w:type="dxa" w:w="1728"/>
          </w:tcPr>
          <w:p>
            <w:r>
              <w:t>maryamnmni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930*777*92</w:t>
            </w:r>
          </w:p>
        </w:tc>
        <w:tc>
          <w:tcPr>
            <w:tcW w:type="dxa" w:w="1728"/>
          </w:tcPr>
          <w:p>
            <w:r>
              <w:t>Ebrahim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Tohgi_tak</w:t>
            </w:r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  <w:tr>
        <w:tc>
          <w:tcPr>
            <w:tcW w:type="dxa" w:w="1728"/>
          </w:tcPr>
          <w:p>
            <w:r>
              <w:t>91332**194</w:t>
            </w:r>
          </w:p>
        </w:tc>
        <w:tc>
          <w:tcPr>
            <w:tcW w:type="dxa" w:w="1728"/>
          </w:tcPr>
          <w:p>
            <w:r>
              <w:t>سید</w:t>
            </w:r>
          </w:p>
        </w:tc>
        <w:tc>
          <w:tcPr>
            <w:tcW w:type="dxa" w:w="1728"/>
          </w:tcPr>
          <w:p>
            <w:r>
              <w:t>حسینی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💛 کارگاه حـــال خوب 💛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 xml:space="preserve">دانلود بانک موبایل  کارگاه حـــال خوب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