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 بازارچه مریوان  نیازمندیهای کوردستان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 بازارچه مریوان  نیازمندیهای کوردستان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919*2*1711</w:t>
            </w:r>
          </w:p>
        </w:tc>
        <w:tc>
          <w:tcPr>
            <w:tcW w:type="dxa" w:w="1728"/>
          </w:tcPr>
          <w:p>
            <w:r>
              <w:t>❤Maedeh❤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911730**1*</w:t>
            </w:r>
          </w:p>
        </w:tc>
        <w:tc>
          <w:tcPr>
            <w:tcW w:type="dxa" w:w="1728"/>
          </w:tcPr>
          <w:p>
            <w:r>
              <w:t>Ƒ?ʊ?ℳ</w:t>
            </w:r>
          </w:p>
        </w:tc>
        <w:tc>
          <w:tcPr>
            <w:tcW w:type="dxa" w:w="1728"/>
          </w:tcPr>
          <w:p>
            <w:r>
              <w:t>Ⓖみﾑⓡɨც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9177**3*41</w:t>
            </w:r>
          </w:p>
        </w:tc>
        <w:tc>
          <w:tcPr>
            <w:tcW w:type="dxa" w:w="1728"/>
          </w:tcPr>
          <w:p>
            <w:r>
              <w:t>جواهری مروارید میناب</w:t>
            </w:r>
          </w:p>
        </w:tc>
        <w:tc>
          <w:tcPr>
            <w:tcW w:type="dxa" w:w="1728"/>
          </w:tcPr>
          <w:p>
            <w:r>
              <w:t>javaherimorvarid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91**7*4124</w:t>
            </w:r>
          </w:p>
        </w:tc>
        <w:tc>
          <w:tcPr>
            <w:tcW w:type="dxa" w:w="1728"/>
          </w:tcPr>
          <w:p>
            <w:r>
              <w:t>تري دي فيلم</w:t>
            </w:r>
          </w:p>
        </w:tc>
        <w:tc>
          <w:tcPr>
            <w:tcW w:type="dxa" w:w="1728"/>
          </w:tcPr>
          <w:p>
            <w:r>
              <w:t>احمدي</w:t>
            </w:r>
          </w:p>
        </w:tc>
        <w:tc>
          <w:tcPr>
            <w:tcW w:type="dxa" w:w="1728"/>
          </w:tcPr>
          <w:p>
            <w:r>
              <w:t>Ahmadi_3dfilm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9113133*22</w:t>
            </w:r>
          </w:p>
        </w:tc>
        <w:tc>
          <w:tcPr>
            <w:tcW w:type="dxa" w:w="1728"/>
          </w:tcPr>
          <w:p>
            <w:r>
              <w:t>اتلیه حسینی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9123*14974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jamaly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91*374*712</w:t>
            </w:r>
          </w:p>
        </w:tc>
        <w:tc>
          <w:tcPr>
            <w:tcW w:type="dxa" w:w="1728"/>
          </w:tcPr>
          <w:p>
            <w:r>
              <w:t>nazir</w:t>
            </w:r>
          </w:p>
        </w:tc>
        <w:tc>
          <w:tcPr>
            <w:tcW w:type="dxa" w:w="1728"/>
          </w:tcPr>
          <w:p>
            <w:r>
              <w:t>Khoshraftar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91*2317379</w:t>
            </w:r>
          </w:p>
        </w:tc>
        <w:tc>
          <w:tcPr>
            <w:tcW w:type="dxa" w:w="1728"/>
          </w:tcPr>
          <w:p>
            <w:r>
              <w:t>ماداکتو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9170*2*024</w:t>
            </w:r>
          </w:p>
        </w:tc>
        <w:tc>
          <w:tcPr>
            <w:tcW w:type="dxa" w:w="1728"/>
          </w:tcPr>
          <w:p>
            <w:r>
              <w:t>عاشق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91*3**1277</w:t>
            </w:r>
          </w:p>
        </w:tc>
        <w:tc>
          <w:tcPr>
            <w:tcW w:type="dxa" w:w="1728"/>
          </w:tcPr>
          <w:p>
            <w:r>
              <w:t>Majid 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914241*2**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>
              <w:t>rezvani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911**14*43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919*4**207</w:t>
            </w:r>
          </w:p>
        </w:tc>
        <w:tc>
          <w:tcPr>
            <w:tcW w:type="dxa" w:w="1728"/>
          </w:tcPr>
          <w:p>
            <w:r>
              <w:t>Мохаммад Хэсам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mohammad_h516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91*7440*01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919*411794</w:t>
            </w:r>
          </w:p>
        </w:tc>
        <w:tc>
          <w:tcPr>
            <w:tcW w:type="dxa" w:w="1728"/>
          </w:tcPr>
          <w:p>
            <w:r>
              <w:t>آيدا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91*9*1*233</w:t>
            </w:r>
          </w:p>
        </w:tc>
        <w:tc>
          <w:tcPr>
            <w:tcW w:type="dxa" w:w="1728"/>
          </w:tcPr>
          <w:p>
            <w:r>
              <w:t>ساتیار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912******1</w:t>
            </w:r>
          </w:p>
        </w:tc>
        <w:tc>
          <w:tcPr>
            <w:tcW w:type="dxa" w:w="1728"/>
          </w:tcPr>
          <w:p>
            <w:r>
              <w:t>M_A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91**3*0*01</w:t>
            </w:r>
          </w:p>
        </w:tc>
        <w:tc>
          <w:tcPr>
            <w:tcW w:type="dxa" w:w="1728"/>
          </w:tcPr>
          <w:p>
            <w:r>
              <w:t>ایمان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919*10*412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92113*32*1</w:t>
            </w:r>
          </w:p>
        </w:tc>
        <w:tc>
          <w:tcPr>
            <w:tcW w:type="dxa" w:w="1728"/>
          </w:tcPr>
          <w:p>
            <w:r>
              <w:t>بی تو هرگز ...</w:t>
            </w:r>
          </w:p>
        </w:tc>
        <w:tc>
          <w:tcPr>
            <w:tcW w:type="dxa" w:w="1728"/>
          </w:tcPr>
          <w:p>
            <w:r>
              <w:t>???</w:t>
            </w:r>
          </w:p>
        </w:tc>
        <w:tc>
          <w:tcPr>
            <w:tcW w:type="dxa" w:w="1728"/>
          </w:tcPr>
          <w:p>
            <w:r>
              <w:t>Yaserarghideh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9012*1****</w:t>
            </w:r>
          </w:p>
        </w:tc>
        <w:tc>
          <w:tcPr>
            <w:tcW w:type="dxa" w:w="1728"/>
          </w:tcPr>
          <w:p>
            <w:r>
              <w:t>نگارم ،گاهی نگاهی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Negar1113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9137214002</w:t>
            </w:r>
          </w:p>
        </w:tc>
        <w:tc>
          <w:tcPr>
            <w:tcW w:type="dxa" w:w="1728"/>
          </w:tcPr>
          <w:p>
            <w:r>
              <w:t>M یاسین 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91*9*0*1*3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9143133044</w:t>
            </w:r>
          </w:p>
        </w:tc>
        <w:tc>
          <w:tcPr>
            <w:tcW w:type="dxa" w:w="1728"/>
          </w:tcPr>
          <w:p>
            <w:r>
              <w:t>محمد.</w:t>
            </w:r>
          </w:p>
        </w:tc>
        <w:tc>
          <w:tcPr>
            <w:tcW w:type="dxa" w:w="1728"/>
          </w:tcPr>
          <w:p>
            <w:r>
              <w:t>عدن 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91*417*441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is_bnw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919330**2*</w:t>
            </w:r>
          </w:p>
        </w:tc>
        <w:tc>
          <w:tcPr>
            <w:tcW w:type="dxa" w:w="1728"/>
          </w:tcPr>
          <w:p>
            <w:r>
              <w:t>Ava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91*2*2*9**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91*141**29</w:t>
            </w:r>
          </w:p>
        </w:tc>
        <w:tc>
          <w:tcPr>
            <w:tcW w:type="dxa" w:w="1728"/>
          </w:tcPr>
          <w:p>
            <w:r>
              <w:t>HAJ NEMAT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9190347*37</w:t>
            </w:r>
          </w:p>
        </w:tc>
        <w:tc>
          <w:tcPr>
            <w:tcW w:type="dxa" w:w="1728"/>
          </w:tcPr>
          <w:p>
            <w:r>
              <w:t>Masoume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Azarakhsh_E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939*433473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9303**1*04</w:t>
            </w:r>
          </w:p>
        </w:tc>
        <w:tc>
          <w:tcPr>
            <w:tcW w:type="dxa" w:w="1728"/>
          </w:tcPr>
          <w:p>
            <w:r>
              <w:t>ماردین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912*337*3*</w:t>
            </w:r>
          </w:p>
        </w:tc>
        <w:tc>
          <w:tcPr>
            <w:tcW w:type="dxa" w:w="1728"/>
          </w:tcPr>
          <w:p>
            <w:r>
              <w:t>🌻زهرا براتی🌻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90130*3931</w:t>
            </w:r>
          </w:p>
        </w:tc>
        <w:tc>
          <w:tcPr>
            <w:tcW w:type="dxa" w:w="1728"/>
          </w:tcPr>
          <w:p>
            <w:r>
              <w:t>چای یاس لاهیجان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91****32*2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91**19*49*</w:t>
            </w:r>
          </w:p>
        </w:tc>
        <w:tc>
          <w:tcPr>
            <w:tcW w:type="dxa" w:w="1728"/>
          </w:tcPr>
          <w:p>
            <w:r>
              <w:t>Android 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sinaAndroidedK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914***9*31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Hasanbayrami40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912*9**344</w:t>
            </w:r>
          </w:p>
        </w:tc>
        <w:tc>
          <w:tcPr>
            <w:tcW w:type="dxa" w:w="1728"/>
          </w:tcPr>
          <w:p>
            <w:r>
              <w:t>♥?Mohadese?♥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Mo888890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91940*4240</w:t>
            </w:r>
          </w:p>
        </w:tc>
        <w:tc>
          <w:tcPr>
            <w:tcW w:type="dxa" w:w="1728"/>
          </w:tcPr>
          <w:p>
            <w:r>
              <w:t>samanloo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miss_samanloo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91*70*4*09</w:t>
            </w:r>
          </w:p>
        </w:tc>
        <w:tc>
          <w:tcPr>
            <w:tcW w:type="dxa" w:w="1728"/>
          </w:tcPr>
          <w:p>
            <w:r>
              <w:t>حسینی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91*37*342*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91**24***9</w:t>
            </w:r>
          </w:p>
        </w:tc>
        <w:tc>
          <w:tcPr>
            <w:tcW w:type="dxa" w:w="1728"/>
          </w:tcPr>
          <w:p>
            <w:r>
              <w:t>N.n.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91**04*423</w:t>
            </w:r>
          </w:p>
        </w:tc>
        <w:tc>
          <w:tcPr>
            <w:tcW w:type="dxa" w:w="1728"/>
          </w:tcPr>
          <w:p>
            <w:r>
              <w:t>امیر 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9031700992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9337399707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9100*02*10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91972*10**</w:t>
            </w:r>
          </w:p>
        </w:tc>
        <w:tc>
          <w:tcPr>
            <w:tcW w:type="dxa" w:w="1728"/>
          </w:tcPr>
          <w:p>
            <w:r>
              <w:t>ایتک نورمحمدی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9307070324</w:t>
            </w:r>
          </w:p>
        </w:tc>
        <w:tc>
          <w:tcPr>
            <w:tcW w:type="dxa" w:w="1728"/>
          </w:tcPr>
          <w:p>
            <w:r>
              <w:t>ریحانه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9143*211**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Mahmudi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91*3*4*004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arta9161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91240414**</w:t>
            </w:r>
          </w:p>
        </w:tc>
        <w:tc>
          <w:tcPr>
            <w:tcW w:type="dxa" w:w="1728"/>
          </w:tcPr>
          <w:p>
            <w:r>
              <w:t>Mahmob 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91****0917</w:t>
            </w:r>
          </w:p>
        </w:tc>
        <w:tc>
          <w:tcPr>
            <w:tcW w:type="dxa" w:w="1728"/>
          </w:tcPr>
          <w:p>
            <w:r>
              <w:t>شاپور</w:t>
            </w:r>
          </w:p>
        </w:tc>
        <w:tc>
          <w:tcPr>
            <w:tcW w:type="dxa" w:w="1728"/>
          </w:tcPr>
          <w:p>
            <w:r>
              <w:t>خون سیاوشان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91*3**1404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9149700***</w:t>
            </w:r>
          </w:p>
        </w:tc>
        <w:tc>
          <w:tcPr>
            <w:tcW w:type="dxa" w:w="1728"/>
          </w:tcPr>
          <w:p>
            <w:r>
              <w:t>Reza Hoseyniyan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Reza_hoseyniyan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91*34*2720</w:t>
            </w:r>
          </w:p>
        </w:tc>
        <w:tc>
          <w:tcPr>
            <w:tcW w:type="dxa" w:w="1728"/>
          </w:tcPr>
          <w:p>
            <w:r>
              <w:t>F.N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Fatemehnorozii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9217*4**4*</w:t>
            </w:r>
          </w:p>
        </w:tc>
        <w:tc>
          <w:tcPr>
            <w:tcW w:type="dxa" w:w="1728"/>
          </w:tcPr>
          <w:p>
            <w:r>
              <w:t>خدمات پرستاری درمنزل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9192042210</w:t>
            </w:r>
          </w:p>
        </w:tc>
        <w:tc>
          <w:tcPr>
            <w:tcW w:type="dxa" w:w="1728"/>
          </w:tcPr>
          <w:p>
            <w:r>
              <w:t>F❤S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91293*32**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9100*7*02*</w:t>
            </w:r>
          </w:p>
        </w:tc>
        <w:tc>
          <w:tcPr>
            <w:tcW w:type="dxa" w:w="1728"/>
          </w:tcPr>
          <w:p>
            <w:r>
              <w:t>ARP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mehdi_najv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93*1373339</w:t>
            </w:r>
          </w:p>
        </w:tc>
        <w:tc>
          <w:tcPr>
            <w:tcW w:type="dxa" w:w="1728"/>
          </w:tcPr>
          <w:p>
            <w:r>
              <w:t>rashid</w:t>
            </w:r>
          </w:p>
        </w:tc>
        <w:tc>
          <w:tcPr>
            <w:tcW w:type="dxa" w:w="1728"/>
          </w:tcPr>
          <w:p>
            <w:r>
              <w:t>armeshi</w:t>
            </w:r>
          </w:p>
        </w:tc>
        <w:tc>
          <w:tcPr>
            <w:tcW w:type="dxa" w:w="1728"/>
          </w:tcPr>
          <w:p>
            <w:r>
              <w:t>raaaa123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91**74002*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9197*0473*</w:t>
            </w:r>
          </w:p>
        </w:tc>
        <w:tc>
          <w:tcPr>
            <w:tcW w:type="dxa" w:w="1728"/>
          </w:tcPr>
          <w:p>
            <w:r>
              <w:t>f.karimi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91312*400*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919**493**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>
              <w:t>ابی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930***1*37</w:t>
            </w:r>
          </w:p>
        </w:tc>
        <w:tc>
          <w:tcPr>
            <w:tcW w:type="dxa" w:w="1728"/>
          </w:tcPr>
          <w:p>
            <w:r>
              <w:t>احسان</w:t>
            </w:r>
          </w:p>
        </w:tc>
        <w:tc>
          <w:tcPr>
            <w:tcW w:type="dxa" w:w="1728"/>
          </w:tcPr>
          <w:p>
            <w:r>
              <w:t>عرفان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91*72*7741</w:t>
            </w:r>
          </w:p>
        </w:tc>
        <w:tc>
          <w:tcPr>
            <w:tcW w:type="dxa" w:w="1728"/>
          </w:tcPr>
          <w:p>
            <w:r>
              <w:t>سلطان خداست و بس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Fridoun60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91*****1*0</w:t>
            </w:r>
          </w:p>
        </w:tc>
        <w:tc>
          <w:tcPr>
            <w:tcW w:type="dxa" w:w="1728"/>
          </w:tcPr>
          <w:p>
            <w:r>
              <w:t>وب رایان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webrayan_alg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93*93**712</w:t>
            </w:r>
          </w:p>
        </w:tc>
        <w:tc>
          <w:tcPr>
            <w:tcW w:type="dxa" w:w="1728"/>
          </w:tcPr>
          <w:p>
            <w:r>
              <w:t>SÅℳЇ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912230*3*3</w:t>
            </w:r>
          </w:p>
        </w:tc>
        <w:tc>
          <w:tcPr>
            <w:tcW w:type="dxa" w:w="1728"/>
          </w:tcPr>
          <w:p>
            <w:r>
              <w:t>نرگس خلعتبری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91*4013792</w:t>
            </w:r>
          </w:p>
        </w:tc>
        <w:tc>
          <w:tcPr>
            <w:tcW w:type="dxa" w:w="1728"/>
          </w:tcPr>
          <w:p>
            <w:r>
              <w:t>سیاوش</w:t>
            </w:r>
          </w:p>
        </w:tc>
        <w:tc>
          <w:tcPr>
            <w:tcW w:type="dxa" w:w="1728"/>
          </w:tcPr>
          <w:p>
            <w:r>
              <w:t>روحانی</w:t>
            </w:r>
          </w:p>
        </w:tc>
        <w:tc>
          <w:tcPr>
            <w:tcW w:type="dxa" w:w="1728"/>
          </w:tcPr>
          <w:p>
            <w:r>
              <w:t>siavashkashteri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91**479334</w:t>
            </w:r>
          </w:p>
        </w:tc>
        <w:tc>
          <w:tcPr>
            <w:tcW w:type="dxa" w:w="1728"/>
          </w:tcPr>
          <w:p>
            <w:r>
              <w:t>آرتان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91203*390*</w:t>
            </w:r>
          </w:p>
        </w:tc>
        <w:tc>
          <w:tcPr>
            <w:tcW w:type="dxa" w:w="1728"/>
          </w:tcPr>
          <w:p>
            <w:r>
              <w:t>Parsa</w:t>
            </w:r>
          </w:p>
        </w:tc>
        <w:tc>
          <w:tcPr>
            <w:tcW w:type="dxa" w:w="1728"/>
          </w:tcPr>
          <w:p>
            <w:r>
              <w:t>Nasri</w:t>
            </w:r>
          </w:p>
        </w:tc>
        <w:tc>
          <w:tcPr>
            <w:tcW w:type="dxa" w:w="1728"/>
          </w:tcPr>
          <w:p>
            <w:r>
              <w:t>Parsa_NASRI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911*43*7*3</w:t>
            </w:r>
          </w:p>
        </w:tc>
        <w:tc>
          <w:tcPr>
            <w:tcW w:type="dxa" w:w="1728"/>
          </w:tcPr>
          <w:p>
            <w:r>
              <w:t>مهیایی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tavizroghannovin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9141*12*3*</w:t>
            </w:r>
          </w:p>
        </w:tc>
        <w:tc>
          <w:tcPr>
            <w:tcW w:type="dxa" w:w="1728"/>
          </w:tcPr>
          <w:p>
            <w:r>
              <w:t>صمد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9131*02134</w:t>
            </w:r>
          </w:p>
        </w:tc>
        <w:tc>
          <w:tcPr>
            <w:tcW w:type="dxa" w:w="1728"/>
          </w:tcPr>
          <w:p>
            <w:r>
              <w:t>?elahe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9220*74*0*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93**712***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samin1m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9331**099*</w:t>
            </w:r>
          </w:p>
        </w:tc>
        <w:tc>
          <w:tcPr>
            <w:tcW w:type="dxa" w:w="1728"/>
          </w:tcPr>
          <w:p>
            <w:r>
              <w:t>???????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914930*949</w:t>
            </w:r>
          </w:p>
        </w:tc>
        <w:tc>
          <w:tcPr>
            <w:tcW w:type="dxa" w:w="1728"/>
          </w:tcPr>
          <w:p>
            <w:r>
              <w:t>¨°÷•..§ shahrokh §.•´¨°÷•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Shahrokhkarim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930*103*34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>
              <w:t>Ah57d</w:t>
            </w:r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  <w:tr>
        <w:tc>
          <w:tcPr>
            <w:tcW w:type="dxa" w:w="1728"/>
          </w:tcPr>
          <w:p>
            <w:r>
              <w:t>91910420*2</w:t>
            </w:r>
          </w:p>
        </w:tc>
        <w:tc>
          <w:tcPr>
            <w:tcW w:type="dxa" w:w="1728"/>
          </w:tcPr>
          <w:p>
            <w:r>
              <w:t>ش</w:t>
            </w:r>
          </w:p>
        </w:tc>
        <w:tc>
          <w:tcPr>
            <w:tcW w:type="dxa" w:w="1728"/>
          </w:tcPr>
          <w:p>
            <w:r>
              <w:t>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👌 بازارچه مریوان ❤️ نیازمندیهای کوردستان ❤️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 بازارچه مریوان  نیازمندیهای کوردستان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