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 xml:space="preserve"> املاک آمل و نور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 xml:space="preserve"> املاک آمل و نور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911114*914</w:t>
            </w:r>
          </w:p>
        </w:tc>
        <w:tc>
          <w:tcPr>
            <w:tcW w:type="dxa" w:w="1728"/>
          </w:tcPr>
          <w:p>
            <w:r>
              <w:t>h @ d 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Amol5364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93*9**2202</w:t>
            </w:r>
          </w:p>
        </w:tc>
        <w:tc>
          <w:tcPr>
            <w:tcW w:type="dxa" w:w="1728"/>
          </w:tcPr>
          <w:p>
            <w:r>
              <w:t>amin ranjbar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Aminranjbar01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9119214*4*</w:t>
            </w:r>
          </w:p>
        </w:tc>
        <w:tc>
          <w:tcPr>
            <w:tcW w:type="dxa" w:w="1728"/>
          </w:tcPr>
          <w:p>
            <w:r>
              <w:t>Saheb.fardin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Fardinmehregan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911913722*</w:t>
            </w:r>
          </w:p>
        </w:tc>
        <w:tc>
          <w:tcPr>
            <w:tcW w:type="dxa" w:w="1728"/>
          </w:tcPr>
          <w:p>
            <w:r>
              <w:t>Mehrdad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Mehrdadmst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9330*14990</w:t>
            </w:r>
          </w:p>
        </w:tc>
        <w:tc>
          <w:tcPr>
            <w:tcW w:type="dxa" w:w="1728"/>
          </w:tcPr>
          <w:p>
            <w:r>
              <w:t>Yasser.nkz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Yassernkz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91014*992*</w:t>
            </w:r>
          </w:p>
        </w:tc>
        <w:tc>
          <w:tcPr>
            <w:tcW w:type="dxa" w:w="1728"/>
          </w:tcPr>
          <w:p>
            <w:r>
              <w:t>Mr</w:t>
            </w:r>
          </w:p>
        </w:tc>
        <w:tc>
          <w:tcPr>
            <w:tcW w:type="dxa" w:w="1728"/>
          </w:tcPr>
          <w:p>
            <w:r>
              <w:t>Imanipour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911*9*3*04</w:t>
            </w:r>
          </w:p>
        </w:tc>
        <w:tc>
          <w:tcPr>
            <w:tcW w:type="dxa" w:w="1728"/>
          </w:tcPr>
          <w:p>
            <w:r>
              <w:t>E.sr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E_sr04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91331**7**</w:t>
            </w:r>
          </w:p>
        </w:tc>
        <w:tc>
          <w:tcPr>
            <w:tcW w:type="dxa" w:w="1728"/>
          </w:tcPr>
          <w:p>
            <w:r>
              <w:t>Hg</w:t>
            </w:r>
          </w:p>
        </w:tc>
        <w:tc>
          <w:tcPr>
            <w:tcW w:type="dxa" w:w="1728"/>
          </w:tcPr>
          <w:p>
            <w:r>
              <w:t>Hg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911322*371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911**3*313</w:t>
            </w:r>
          </w:p>
        </w:tc>
        <w:tc>
          <w:tcPr>
            <w:tcW w:type="dxa" w:w="1728"/>
          </w:tcPr>
          <w:p>
            <w:r>
              <w:t>Ali 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alih8313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9124770294</w:t>
            </w:r>
          </w:p>
        </w:tc>
        <w:tc>
          <w:tcPr>
            <w:tcW w:type="dxa" w:w="1728"/>
          </w:tcPr>
          <w:p>
            <w:r>
              <w:t>რ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Mohdiohd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90294*2*3*</w:t>
            </w:r>
          </w:p>
        </w:tc>
        <w:tc>
          <w:tcPr>
            <w:tcW w:type="dxa" w:w="1728"/>
          </w:tcPr>
          <w:p>
            <w:r>
              <w:t>Amir Kosari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kosari_realtor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90*7199*0*</w:t>
            </w:r>
          </w:p>
        </w:tc>
        <w:tc>
          <w:tcPr>
            <w:tcW w:type="dxa" w:w="1728"/>
          </w:tcPr>
          <w:p>
            <w:r>
              <w:t>|Mohmd|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Mohammadhoseinpoor_11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93*19**337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>
              <w:t>iran_po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9119*0997*</w:t>
            </w:r>
          </w:p>
        </w:tc>
        <w:tc>
          <w:tcPr>
            <w:tcW w:type="dxa" w:w="1728"/>
          </w:tcPr>
          <w:p>
            <w:r>
              <w:t>Fazolla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fazollah_nooririka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91191007*9</w:t>
            </w:r>
          </w:p>
        </w:tc>
        <w:tc>
          <w:tcPr>
            <w:tcW w:type="dxa" w:w="1728"/>
          </w:tcPr>
          <w:p>
            <w:r>
              <w:t>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Siminvilla1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91219*97*7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alinooralian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91131***99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شعبانپور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930*49*4*0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Reza_8480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911**734*4</w:t>
            </w:r>
          </w:p>
        </w:tc>
        <w:tc>
          <w:tcPr>
            <w:tcW w:type="dxa" w:w="1728"/>
          </w:tcPr>
          <w:p>
            <w:r>
              <w:t>puriya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PouriyaFallah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91177**114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A34579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911**217*0</w:t>
            </w:r>
          </w:p>
        </w:tc>
        <w:tc>
          <w:tcPr>
            <w:tcW w:type="dxa" w:w="1728"/>
          </w:tcPr>
          <w:p>
            <w:r>
              <w:t>ROOM</w:t>
            </w:r>
          </w:p>
        </w:tc>
        <w:tc>
          <w:tcPr>
            <w:tcW w:type="dxa" w:w="1728"/>
          </w:tcPr>
          <w:p>
            <w:r>
              <w:t>VILA</w:t>
            </w:r>
          </w:p>
        </w:tc>
        <w:tc>
          <w:tcPr>
            <w:tcW w:type="dxa" w:w="1728"/>
          </w:tcPr>
          <w:p>
            <w:r>
              <w:t>ROOMVILADMIN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911**3*0**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ali_shakri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9111204**7</w:t>
            </w:r>
          </w:p>
        </w:tc>
        <w:tc>
          <w:tcPr>
            <w:tcW w:type="dxa" w:w="1728"/>
          </w:tcPr>
          <w:p>
            <w:r>
              <w:t>aref</w:t>
            </w:r>
          </w:p>
        </w:tc>
        <w:tc>
          <w:tcPr>
            <w:tcW w:type="dxa" w:w="1728"/>
          </w:tcPr>
          <w:p>
            <w:r>
              <w:t>yosefian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911******3</w:t>
            </w:r>
          </w:p>
        </w:tc>
        <w:tc>
          <w:tcPr>
            <w:tcW w:type="dxa" w:w="1728"/>
          </w:tcPr>
          <w:p>
            <w:r>
              <w:t>داراب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93*4*2**0*</w:t>
            </w:r>
          </w:p>
        </w:tc>
        <w:tc>
          <w:tcPr>
            <w:tcW w:type="dxa" w:w="1728"/>
          </w:tcPr>
          <w:p>
            <w:r>
              <w:t>𓂀 ᴍᴏʜᴀᴍᴍᴀᴅ 🐼 𓀬🐈‍⬛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mamad6506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9119142*91</w:t>
            </w:r>
          </w:p>
        </w:tc>
        <w:tc>
          <w:tcPr>
            <w:tcW w:type="dxa" w:w="1728"/>
          </w:tcPr>
          <w:p>
            <w:r>
              <w:t>@Morteza gholampor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91191*379*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9123*4749*</w:t>
            </w:r>
          </w:p>
        </w:tc>
        <w:tc>
          <w:tcPr>
            <w:tcW w:type="dxa" w:w="1728"/>
          </w:tcPr>
          <w:p>
            <w:r>
              <w:t>👑Masoud käläNTäR 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masoud_akhlaghii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93*110**17</w:t>
            </w:r>
          </w:p>
        </w:tc>
        <w:tc>
          <w:tcPr>
            <w:tcW w:type="dxa" w:w="1728"/>
          </w:tcPr>
          <w:p>
            <w:r>
              <w:t>Ramin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911910079*</w:t>
            </w:r>
          </w:p>
        </w:tc>
        <w:tc>
          <w:tcPr>
            <w:tcW w:type="dxa" w:w="1728"/>
          </w:tcPr>
          <w:p>
            <w:r>
              <w:t>behroz</w:t>
            </w:r>
          </w:p>
        </w:tc>
        <w:tc>
          <w:tcPr>
            <w:tcW w:type="dxa" w:w="1728"/>
          </w:tcPr>
          <w:p>
            <w:r>
              <w:t>Tabiat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91220*1**3</w:t>
            </w:r>
          </w:p>
        </w:tc>
        <w:tc>
          <w:tcPr>
            <w:tcW w:type="dxa" w:w="1728"/>
          </w:tcPr>
          <w:p>
            <w:r>
              <w:t>malariali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Bime1106_ir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919*22*19*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AGHAJANI</w:t>
            </w:r>
          </w:p>
        </w:tc>
        <w:tc>
          <w:tcPr>
            <w:tcW w:type="dxa" w:w="1728"/>
          </w:tcPr>
          <w:p>
            <w:r>
              <w:t>arashkaghajani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9111272393</w:t>
            </w:r>
          </w:p>
        </w:tc>
        <w:tc>
          <w:tcPr>
            <w:tcW w:type="dxa" w:w="1728"/>
          </w:tcPr>
          <w:p>
            <w:r>
              <w:t>Dariush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Dari_011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91177**402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Sab24578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9117*74*49</w:t>
            </w:r>
          </w:p>
        </w:tc>
        <w:tc>
          <w:tcPr>
            <w:tcW w:type="dxa" w:w="1728"/>
          </w:tcPr>
          <w:p>
            <w:r>
              <w:t>ḓḙḻḁṝḁṃ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Deelaram7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91112137*1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>
              <w:t>عبادی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919**33307</w:t>
            </w:r>
          </w:p>
        </w:tc>
        <w:tc>
          <w:tcPr>
            <w:tcW w:type="dxa" w:w="1728"/>
          </w:tcPr>
          <w:p>
            <w:r>
              <w:t>جابر</w:t>
            </w:r>
          </w:p>
        </w:tc>
        <w:tc>
          <w:tcPr>
            <w:tcW w:type="dxa" w:w="1728"/>
          </w:tcPr>
          <w:p>
            <w:r>
              <w:t>رشیدی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9111001*1*</w:t>
            </w:r>
          </w:p>
        </w:tc>
        <w:tc>
          <w:tcPr>
            <w:tcW w:type="dxa" w:w="1728"/>
          </w:tcPr>
          <w:p>
            <w:r>
              <w:t>🏡مجید</w:t>
            </w:r>
          </w:p>
        </w:tc>
        <w:tc>
          <w:tcPr>
            <w:tcW w:type="dxa" w:w="1728"/>
          </w:tcPr>
          <w:p>
            <w:r>
              <w:t>مختاری</w:t>
            </w:r>
          </w:p>
        </w:tc>
        <w:tc>
          <w:tcPr>
            <w:tcW w:type="dxa" w:w="1728"/>
          </w:tcPr>
          <w:p>
            <w:r>
              <w:t>Majidmokhtari66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911127197*</w:t>
            </w:r>
          </w:p>
        </w:tc>
        <w:tc>
          <w:tcPr>
            <w:tcW w:type="dxa" w:w="1728"/>
          </w:tcPr>
          <w:p>
            <w:r>
              <w:t>Mohammad sheikhi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Amlak_hamoon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911902032*</w:t>
            </w:r>
          </w:p>
        </w:tc>
        <w:tc>
          <w:tcPr>
            <w:tcW w:type="dxa" w:w="1728"/>
          </w:tcPr>
          <w:p>
            <w:r>
              <w:t>rezaifard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911912399*</w:t>
            </w:r>
          </w:p>
        </w:tc>
        <w:tc>
          <w:tcPr>
            <w:tcW w:type="dxa" w:w="1728"/>
          </w:tcPr>
          <w:p>
            <w:r>
              <w:t>Reza tori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Rezatori4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91112*0*29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91112007**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@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91190203**</w:t>
            </w:r>
          </w:p>
        </w:tc>
        <w:tc>
          <w:tcPr>
            <w:tcW w:type="dxa" w:w="1728"/>
          </w:tcPr>
          <w:p>
            <w:r>
              <w:t>Yaser mihandoost</w:t>
            </w:r>
          </w:p>
        </w:tc>
        <w:tc>
          <w:tcPr>
            <w:tcW w:type="dxa" w:w="1728"/>
          </w:tcPr>
          <w:p>
            <w:r>
              <w:t>[:○|☷☷|○:]</w:t>
            </w:r>
          </w:p>
        </w:tc>
        <w:tc>
          <w:tcPr>
            <w:tcW w:type="dxa" w:w="1728"/>
          </w:tcPr>
          <w:p>
            <w:r>
              <w:t>Yaser_mihandoust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911321*273</w:t>
            </w:r>
          </w:p>
        </w:tc>
        <w:tc>
          <w:tcPr>
            <w:tcW w:type="dxa" w:w="1728"/>
          </w:tcPr>
          <w:p>
            <w:r>
              <w:t>Abbasgilani1364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Amir13931393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9119043321</w:t>
            </w:r>
          </w:p>
        </w:tc>
        <w:tc>
          <w:tcPr>
            <w:tcW w:type="dxa" w:w="1728"/>
          </w:tcPr>
          <w:p>
            <w:r>
              <w:t>پیام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912244**32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Yazdani</w:t>
            </w:r>
          </w:p>
        </w:tc>
        <w:tc>
          <w:tcPr>
            <w:tcW w:type="dxa" w:w="1728"/>
          </w:tcPr>
          <w:p>
            <w:r>
              <w:t>Yazdanireza32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9119999013</w:t>
            </w:r>
          </w:p>
        </w:tc>
        <w:tc>
          <w:tcPr>
            <w:tcW w:type="dxa" w:w="1728"/>
          </w:tcPr>
          <w:p>
            <w:r>
              <w:t>توکلی💜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911***304*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Alireza_asadi4279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9371*1***4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91111*4034</w:t>
            </w:r>
          </w:p>
        </w:tc>
        <w:tc>
          <w:tcPr>
            <w:tcW w:type="dxa" w:w="1728"/>
          </w:tcPr>
          <w:p>
            <w:r>
              <w:t>Khalil taleshi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93**304920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93*1299*3*</w:t>
            </w:r>
          </w:p>
        </w:tc>
        <w:tc>
          <w:tcPr>
            <w:tcW w:type="dxa" w:w="1728"/>
          </w:tcPr>
          <w:p>
            <w:r>
              <w:t>Mersad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Mersadagent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912**43197</w:t>
            </w:r>
          </w:p>
        </w:tc>
        <w:tc>
          <w:tcPr>
            <w:tcW w:type="dxa" w:w="1728"/>
          </w:tcPr>
          <w:p>
            <w:r>
              <w:t>امیرمهدی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93*9**07**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930*0409*9</w:t>
            </w:r>
          </w:p>
        </w:tc>
        <w:tc>
          <w:tcPr>
            <w:tcW w:type="dxa" w:w="1728"/>
          </w:tcPr>
          <w:p>
            <w:r>
              <w:t>♥️❤️♥️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manax1349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91141*7441</w:t>
            </w:r>
          </w:p>
        </w:tc>
        <w:tc>
          <w:tcPr>
            <w:tcW w:type="dxa" w:w="1728"/>
          </w:tcPr>
          <w:p>
            <w:r>
              <w:t>Samagraphic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Sama_ra20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93*431*123</w:t>
            </w:r>
          </w:p>
        </w:tc>
        <w:tc>
          <w:tcPr>
            <w:tcW w:type="dxa" w:w="1728"/>
          </w:tcPr>
          <w:p>
            <w:r>
              <w:t>مهندس میلاد</w:t>
            </w:r>
          </w:p>
        </w:tc>
        <w:tc>
          <w:tcPr>
            <w:tcW w:type="dxa" w:w="1728"/>
          </w:tcPr>
          <w:p>
            <w:r>
              <w:t>الهی فر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911921*24*</w:t>
            </w:r>
          </w:p>
        </w:tc>
        <w:tc>
          <w:tcPr>
            <w:tcW w:type="dxa" w:w="1728"/>
          </w:tcPr>
          <w:p>
            <w:r>
              <w:t>مجید فلاح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majid5245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9113219**1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Mohseni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93*9**0024</w:t>
            </w:r>
          </w:p>
        </w:tc>
        <w:tc>
          <w:tcPr>
            <w:tcW w:type="dxa" w:w="1728"/>
          </w:tcPr>
          <w:p>
            <w:r>
              <w:t>فلاح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99072*9023</w:t>
            </w:r>
          </w:p>
        </w:tc>
        <w:tc>
          <w:tcPr>
            <w:tcW w:type="dxa" w:w="1728"/>
          </w:tcPr>
          <w:p>
            <w:r>
              <w:t>یاسین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9119227*00</w:t>
            </w:r>
          </w:p>
        </w:tc>
        <w:tc>
          <w:tcPr>
            <w:tcW w:type="dxa" w:w="1728"/>
          </w:tcPr>
          <w:p>
            <w:r>
              <w:t>عارف</w:t>
            </w:r>
          </w:p>
        </w:tc>
        <w:tc>
          <w:tcPr>
            <w:tcW w:type="dxa" w:w="1728"/>
          </w:tcPr>
          <w:p>
            <w:r>
              <w:t>عابدی</w:t>
            </w:r>
          </w:p>
        </w:tc>
        <w:tc>
          <w:tcPr>
            <w:tcW w:type="dxa" w:w="1728"/>
          </w:tcPr>
          <w:p>
            <w:r>
              <w:t>Aref_Abedi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93374429*9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mohammad_adb7495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9111200244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nimahoseiniii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912***4027</w:t>
            </w:r>
          </w:p>
        </w:tc>
        <w:tc>
          <w:tcPr>
            <w:tcW w:type="dxa" w:w="1728"/>
          </w:tcPr>
          <w:p>
            <w:r>
              <w:t>Hamidreza</w:t>
            </w:r>
          </w:p>
        </w:tc>
        <w:tc>
          <w:tcPr>
            <w:tcW w:type="dxa" w:w="1728"/>
          </w:tcPr>
          <w:p>
            <w:r>
              <w:t>Noori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9119172**7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Mr_aliasghar1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93**2**70*</w:t>
            </w:r>
          </w:p>
        </w:tc>
        <w:tc>
          <w:tcPr>
            <w:tcW w:type="dxa" w:w="1728"/>
          </w:tcPr>
          <w:p>
            <w:r>
              <w:t>Ali.M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93*94**912</w:t>
            </w:r>
          </w:p>
        </w:tc>
        <w:tc>
          <w:tcPr>
            <w:tcW w:type="dxa" w:w="1728"/>
          </w:tcPr>
          <w:p>
            <w:r>
              <w:t>80526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93**9*1*74</w:t>
            </w:r>
          </w:p>
        </w:tc>
        <w:tc>
          <w:tcPr>
            <w:tcW w:type="dxa" w:w="1728"/>
          </w:tcPr>
          <w:p>
            <w:r>
              <w:t>Mohamad rZ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Mohmaadrza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9111001*01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>
              <w:t>نجف زاده</w:t>
            </w:r>
          </w:p>
        </w:tc>
        <w:tc>
          <w:tcPr>
            <w:tcW w:type="dxa" w:w="1728"/>
          </w:tcPr>
          <w:p>
            <w:r>
              <w:t>M3nnajf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9119141419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Ranjbar</w:t>
            </w:r>
          </w:p>
        </w:tc>
        <w:tc>
          <w:tcPr>
            <w:tcW w:type="dxa" w:w="1728"/>
          </w:tcPr>
          <w:p>
            <w:r>
              <w:t>Mranjbar271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9111127*27</w:t>
            </w:r>
          </w:p>
        </w:tc>
        <w:tc>
          <w:tcPr>
            <w:tcW w:type="dxa" w:w="1728"/>
          </w:tcPr>
          <w:p>
            <w:r>
              <w:t>جعفر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Jafararjomandi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9032**4*24</w:t>
            </w:r>
          </w:p>
        </w:tc>
        <w:tc>
          <w:tcPr>
            <w:tcW w:type="dxa" w:w="1728"/>
          </w:tcPr>
          <w:p>
            <w:r>
              <w:t>A..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Aaaaaaaaaa230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93*7*9**0*</w:t>
            </w:r>
          </w:p>
        </w:tc>
        <w:tc>
          <w:tcPr>
            <w:tcW w:type="dxa" w:w="1728"/>
          </w:tcPr>
          <w:p>
            <w:r>
              <w:t>Yasin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91919*497*</w:t>
            </w:r>
          </w:p>
        </w:tc>
        <w:tc>
          <w:tcPr>
            <w:tcW w:type="dxa" w:w="1728"/>
          </w:tcPr>
          <w:p>
            <w:r>
              <w:t>صنعت گستر پارسیان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ZU4308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93**4*924*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9033903014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shomalvilaamoy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  <w:tr>
        <w:tc>
          <w:tcPr>
            <w:tcW w:type="dxa" w:w="1728"/>
          </w:tcPr>
          <w:p>
            <w:r>
              <w:t>9112211*02</w:t>
            </w:r>
          </w:p>
        </w:tc>
        <w:tc>
          <w:tcPr>
            <w:tcW w:type="dxa" w:w="1728"/>
          </w:tcPr>
          <w:p>
            <w:r>
              <w:t>Ebrahimi</w:t>
            </w:r>
          </w:p>
        </w:tc>
        <w:tc>
          <w:tcPr>
            <w:tcW w:type="dxa" w:w="1728"/>
          </w:tcPr>
          <w:p>
            <w:r>
              <w:t>Raheb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🏡 املاک آمل و نور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 املاک آمل و نور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