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 xml:space="preserve"> Startup Visa Canada 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 xml:space="preserve"> Startup Visa Canada 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91330304**</w:t>
            </w:r>
          </w:p>
        </w:tc>
        <w:tc>
          <w:tcPr>
            <w:tcW w:type="dxa" w:w="1728"/>
          </w:tcPr>
          <w:p>
            <w:r>
              <w:t>Farid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frrrrrrrrrrrrrrrrrrrrrrrrrrrr19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93**0*7434</w:t>
            </w:r>
          </w:p>
        </w:tc>
        <w:tc>
          <w:tcPr>
            <w:tcW w:type="dxa" w:w="1728"/>
          </w:tcPr>
          <w:p>
            <w:r>
              <w:t>Sahar</w:t>
            </w:r>
          </w:p>
        </w:tc>
        <w:tc>
          <w:tcPr>
            <w:tcW w:type="dxa" w:w="1728"/>
          </w:tcPr>
          <w:p>
            <w:r>
              <w:t>Q</w:t>
            </w:r>
          </w:p>
        </w:tc>
        <w:tc>
          <w:tcPr>
            <w:tcW w:type="dxa" w:w="1728"/>
          </w:tcPr>
          <w:p>
            <w:r>
              <w:t>saharqasemi691109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912*7*423*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Abdollahzadeh</w:t>
            </w:r>
          </w:p>
        </w:tc>
        <w:tc>
          <w:tcPr>
            <w:tcW w:type="dxa" w:w="1728"/>
          </w:tcPr>
          <w:p>
            <w:r>
              <w:t>Okta_A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919*3149*0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>
              <w:t>D</w:t>
            </w:r>
          </w:p>
        </w:tc>
        <w:tc>
          <w:tcPr>
            <w:tcW w:type="dxa" w:w="1728"/>
          </w:tcPr>
          <w:p>
            <w:r>
              <w:t>AmirAlieeBaBa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912402*3*9</w:t>
            </w:r>
          </w:p>
        </w:tc>
        <w:tc>
          <w:tcPr>
            <w:tcW w:type="dxa" w:w="1728"/>
          </w:tcPr>
          <w:p>
            <w:r>
              <w:t>mm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mmmdmilu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912**7**34</w:t>
            </w:r>
          </w:p>
        </w:tc>
        <w:tc>
          <w:tcPr>
            <w:tcW w:type="dxa" w:w="1728"/>
          </w:tcPr>
          <w:p>
            <w:r>
              <w:t>S.sam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Sammiiim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9121447791</w:t>
            </w:r>
          </w:p>
        </w:tc>
        <w:tc>
          <w:tcPr>
            <w:tcW w:type="dxa" w:w="1728"/>
          </w:tcPr>
          <w:p>
            <w:r>
              <w:t>مهرداد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Drmehrdaad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9031991712</w:t>
            </w:r>
          </w:p>
        </w:tc>
        <w:tc>
          <w:tcPr>
            <w:tcW w:type="dxa" w:w="1728"/>
          </w:tcPr>
          <w:p>
            <w:r>
              <w:t>پارت ویزا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italiatime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91227*4**4</w:t>
            </w:r>
          </w:p>
        </w:tc>
        <w:tc>
          <w:tcPr>
            <w:tcW w:type="dxa" w:w="1728"/>
          </w:tcPr>
          <w:p>
            <w:r>
              <w:t>Soroosh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Soroosh_1987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91410209*3</w:t>
            </w:r>
          </w:p>
        </w:tc>
        <w:tc>
          <w:tcPr>
            <w:tcW w:type="dxa" w:w="1728"/>
          </w:tcPr>
          <w:p>
            <w:r>
              <w:t>Mehrdad</w:t>
            </w:r>
          </w:p>
        </w:tc>
        <w:tc>
          <w:tcPr>
            <w:tcW w:type="dxa" w:w="1728"/>
          </w:tcPr>
          <w:p>
            <w:r>
              <w:t>G</w:t>
            </w:r>
          </w:p>
        </w:tc>
        <w:tc>
          <w:tcPr>
            <w:tcW w:type="dxa" w:w="1728"/>
          </w:tcPr>
          <w:p>
            <w:r>
              <w:t>TheLoneWolf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91273*1793</w:t>
            </w:r>
          </w:p>
        </w:tc>
        <w:tc>
          <w:tcPr>
            <w:tcW w:type="dxa" w:w="1728"/>
          </w:tcPr>
          <w:p>
            <w:r>
              <w:t>Reno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Reenoo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93**773*33</w:t>
            </w:r>
          </w:p>
        </w:tc>
        <w:tc>
          <w:tcPr>
            <w:tcW w:type="dxa" w:w="1728"/>
          </w:tcPr>
          <w:p>
            <w:r>
              <w:t>_L_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Hashemi123833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912733*7*4</w:t>
            </w:r>
          </w:p>
        </w:tc>
        <w:tc>
          <w:tcPr>
            <w:tcW w:type="dxa" w:w="1728"/>
          </w:tcPr>
          <w:p>
            <w:r>
              <w:t>Mona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Mona_Mhjb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912471*704</w:t>
            </w:r>
          </w:p>
        </w:tc>
        <w:tc>
          <w:tcPr>
            <w:tcW w:type="dxa" w:w="1728"/>
          </w:tcPr>
          <w:p>
            <w:r>
              <w:t>Mohamad</w:t>
            </w:r>
          </w:p>
        </w:tc>
        <w:tc>
          <w:tcPr>
            <w:tcW w:type="dxa" w:w="1728"/>
          </w:tcPr>
          <w:p>
            <w:r>
              <w:t>Naghavi</w:t>
            </w:r>
          </w:p>
        </w:tc>
        <w:tc>
          <w:tcPr>
            <w:tcW w:type="dxa" w:w="1728"/>
          </w:tcPr>
          <w:p>
            <w:r>
              <w:t>M0h4mm4d_N4gh4v1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91*323217*</w:t>
            </w:r>
          </w:p>
        </w:tc>
        <w:tc>
          <w:tcPr>
            <w:tcW w:type="dxa" w:w="1728"/>
          </w:tcPr>
          <w:p>
            <w:r>
              <w:t>Hossein</w:t>
            </w:r>
          </w:p>
        </w:tc>
        <w:tc>
          <w:tcPr>
            <w:tcW w:type="dxa" w:w="1728"/>
          </w:tcPr>
          <w:p>
            <w:r>
              <w:t>Ahmadi</w:t>
            </w:r>
          </w:p>
        </w:tc>
        <w:tc>
          <w:tcPr>
            <w:tcW w:type="dxa" w:w="1728"/>
          </w:tcPr>
          <w:p>
            <w:r>
              <w:t>hossein_mech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912*444**3</w:t>
            </w:r>
          </w:p>
        </w:tc>
        <w:tc>
          <w:tcPr>
            <w:tcW w:type="dxa" w:w="1728"/>
          </w:tcPr>
          <w:p>
            <w:r>
              <w:t>Paniz</w:t>
            </w:r>
          </w:p>
        </w:tc>
        <w:tc>
          <w:tcPr>
            <w:tcW w:type="dxa" w:w="1728"/>
          </w:tcPr>
          <w:p>
            <w:r>
              <w:t>Ahmadi</w:t>
            </w:r>
          </w:p>
        </w:tc>
        <w:tc>
          <w:tcPr>
            <w:tcW w:type="dxa" w:w="1728"/>
          </w:tcPr>
          <w:p>
            <w:r>
              <w:t>panizahmadi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9120*3734*</w:t>
            </w:r>
          </w:p>
        </w:tc>
        <w:tc>
          <w:tcPr>
            <w:tcW w:type="dxa" w:w="1728"/>
          </w:tcPr>
          <w:p>
            <w:r>
              <w:t>J</w:t>
            </w:r>
          </w:p>
        </w:tc>
        <w:tc>
          <w:tcPr>
            <w:tcW w:type="dxa" w:w="1728"/>
          </w:tcPr>
          <w:p>
            <w:r>
              <w:t>Pouresmaeily</w:t>
            </w:r>
          </w:p>
        </w:tc>
        <w:tc>
          <w:tcPr>
            <w:tcW w:type="dxa" w:w="1728"/>
          </w:tcPr>
          <w:p>
            <w:r>
              <w:t>jpour3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912*441719</w:t>
            </w:r>
          </w:p>
        </w:tc>
        <w:tc>
          <w:tcPr>
            <w:tcW w:type="dxa" w:w="1728"/>
          </w:tcPr>
          <w:p>
            <w:r>
              <w:t>Bahar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91224*9330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Mfn22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912*79**27</w:t>
            </w:r>
          </w:p>
        </w:tc>
        <w:tc>
          <w:tcPr>
            <w:tcW w:type="dxa" w:w="1728"/>
          </w:tcPr>
          <w:p>
            <w:r>
              <w:t>Tina 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tinamoh1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917197*927</w:t>
            </w:r>
          </w:p>
        </w:tc>
        <w:tc>
          <w:tcPr>
            <w:tcW w:type="dxa" w:w="1728"/>
          </w:tcPr>
          <w:p>
            <w:r>
              <w:t>Elnaz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elnazgmf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912134039*</w:t>
            </w:r>
          </w:p>
        </w:tc>
        <w:tc>
          <w:tcPr>
            <w:tcW w:type="dxa" w:w="1728"/>
          </w:tcPr>
          <w:p>
            <w:r>
              <w:t>Parviz</w:t>
            </w:r>
          </w:p>
        </w:tc>
        <w:tc>
          <w:tcPr>
            <w:tcW w:type="dxa" w:w="1728"/>
          </w:tcPr>
          <w:p>
            <w:r>
              <w:t>Karami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91****2321</w:t>
            </w:r>
          </w:p>
        </w:tc>
        <w:tc>
          <w:tcPr>
            <w:tcW w:type="dxa" w:w="1728"/>
          </w:tcPr>
          <w:p>
            <w:r>
              <w:t>Elias</w:t>
            </w:r>
          </w:p>
        </w:tc>
        <w:tc>
          <w:tcPr>
            <w:tcW w:type="dxa" w:w="1728"/>
          </w:tcPr>
          <w:p>
            <w:r>
              <w:t>Ameli</w:t>
            </w:r>
          </w:p>
        </w:tc>
        <w:tc>
          <w:tcPr>
            <w:tcW w:type="dxa" w:w="1728"/>
          </w:tcPr>
          <w:p>
            <w:r>
              <w:t>EliasAmeli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93*717*724</w:t>
            </w:r>
          </w:p>
        </w:tc>
        <w:tc>
          <w:tcPr>
            <w:tcW w:type="dxa" w:w="1728"/>
          </w:tcPr>
          <w:p>
            <w:r>
              <w:t>Homa(roham)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Homa_DA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93*371*912</w:t>
            </w:r>
          </w:p>
        </w:tc>
        <w:tc>
          <w:tcPr>
            <w:tcW w:type="dxa" w:w="1728"/>
          </w:tcPr>
          <w:p>
            <w:r>
              <w:t>Mehdi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Mehdi8121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9124**4137</w:t>
            </w:r>
          </w:p>
        </w:tc>
        <w:tc>
          <w:tcPr>
            <w:tcW w:type="dxa" w:w="1728"/>
          </w:tcPr>
          <w:p>
            <w:r>
              <w:t>Gelareh</w:t>
            </w:r>
          </w:p>
        </w:tc>
        <w:tc>
          <w:tcPr>
            <w:tcW w:type="dxa" w:w="1728"/>
          </w:tcPr>
          <w:p>
            <w:r>
              <w:t>Mafi</w:t>
            </w:r>
          </w:p>
        </w:tc>
        <w:tc>
          <w:tcPr>
            <w:tcW w:type="dxa" w:w="1728"/>
          </w:tcPr>
          <w:p>
            <w:r>
              <w:t>gelarehmafi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912199479*</w:t>
            </w:r>
          </w:p>
        </w:tc>
        <w:tc>
          <w:tcPr>
            <w:tcW w:type="dxa" w:w="1728"/>
          </w:tcPr>
          <w:p>
            <w:r>
              <w:t>Farid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FaridMa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9337*0*039</w:t>
            </w:r>
          </w:p>
        </w:tc>
        <w:tc>
          <w:tcPr>
            <w:tcW w:type="dxa" w:w="1728"/>
          </w:tcPr>
          <w:p>
            <w:r>
              <w:t>Physicist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Setayeshthd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93***3*30*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Khazali</w:t>
            </w:r>
          </w:p>
        </w:tc>
        <w:tc>
          <w:tcPr>
            <w:tcW w:type="dxa" w:w="1728"/>
          </w:tcPr>
          <w:p>
            <w:r>
              <w:t>Khazali_ali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917714790*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>
              <w:t>Dindar</w:t>
            </w:r>
          </w:p>
        </w:tc>
        <w:tc>
          <w:tcPr>
            <w:tcW w:type="dxa" w:w="1728"/>
          </w:tcPr>
          <w:p>
            <w:r>
              <w:t>MohammadDindar64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9120337974</w:t>
            </w:r>
          </w:p>
        </w:tc>
        <w:tc>
          <w:tcPr>
            <w:tcW w:type="dxa" w:w="1728"/>
          </w:tcPr>
          <w:p>
            <w:r>
              <w:t>hatef</w:t>
            </w:r>
          </w:p>
        </w:tc>
        <w:tc>
          <w:tcPr>
            <w:tcW w:type="dxa" w:w="1728"/>
          </w:tcPr>
          <w:p>
            <w:r>
              <w:t>z</w:t>
            </w:r>
          </w:p>
        </w:tc>
        <w:tc>
          <w:tcPr>
            <w:tcW w:type="dxa" w:w="1728"/>
          </w:tcPr>
          <w:p>
            <w:r>
              <w:t>Hatefza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91*3**21**</w:t>
            </w:r>
          </w:p>
        </w:tc>
        <w:tc>
          <w:tcPr>
            <w:tcW w:type="dxa" w:w="1728"/>
          </w:tcPr>
          <w:p>
            <w:r>
              <w:t>HivA</w:t>
            </w:r>
          </w:p>
        </w:tc>
        <w:tc>
          <w:tcPr>
            <w:tcW w:type="dxa" w:w="1728"/>
          </w:tcPr>
          <w:p>
            <w:r>
              <w:t>☀️</w:t>
            </w:r>
          </w:p>
        </w:tc>
        <w:tc>
          <w:tcPr>
            <w:tcW w:type="dxa" w:w="1728"/>
          </w:tcPr>
          <w:p>
            <w:r>
              <w:t>hivaaaz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9372701*2*</w:t>
            </w:r>
          </w:p>
        </w:tc>
        <w:tc>
          <w:tcPr>
            <w:tcW w:type="dxa" w:w="1728"/>
          </w:tcPr>
          <w:p>
            <w:r>
              <w:t>paydar</w:t>
            </w:r>
          </w:p>
        </w:tc>
        <w:tc>
          <w:tcPr>
            <w:tcW w:type="dxa" w:w="1728"/>
          </w:tcPr>
          <w:p>
            <w:r>
              <w:t>...</w:t>
            </w:r>
          </w:p>
        </w:tc>
        <w:tc>
          <w:tcPr>
            <w:tcW w:type="dxa" w:w="1728"/>
          </w:tcPr>
          <w:p>
            <w:r>
              <w:t>Ht_paydar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912*023904</w:t>
            </w:r>
          </w:p>
        </w:tc>
        <w:tc>
          <w:tcPr>
            <w:tcW w:type="dxa" w:w="1728"/>
          </w:tcPr>
          <w:p>
            <w:r>
              <w:t>Pey</w:t>
            </w:r>
          </w:p>
        </w:tc>
        <w:tc>
          <w:tcPr>
            <w:tcW w:type="dxa" w:w="1728"/>
          </w:tcPr>
          <w:p>
            <w:r>
              <w:t>Man</w:t>
            </w:r>
          </w:p>
        </w:tc>
        <w:tc>
          <w:tcPr>
            <w:tcW w:type="dxa" w:w="1728"/>
          </w:tcPr>
          <w:p>
            <w:r>
              <w:t>Dhahhaak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9379*0**90</w:t>
            </w:r>
          </w:p>
        </w:tc>
        <w:tc>
          <w:tcPr>
            <w:tcW w:type="dxa" w:w="1728"/>
          </w:tcPr>
          <w:p>
            <w:r>
              <w:t>Sa Soltani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Sa_Soltanii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91231**447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>
              <w:t>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913313**4*</w:t>
            </w:r>
          </w:p>
        </w:tc>
        <w:tc>
          <w:tcPr>
            <w:tcW w:type="dxa" w:w="1728"/>
          </w:tcPr>
          <w:p>
            <w:r>
              <w:t>AF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AFTAB_FOROOZAN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912*17*340</w:t>
            </w:r>
          </w:p>
        </w:tc>
        <w:tc>
          <w:tcPr>
            <w:tcW w:type="dxa" w:w="1728"/>
          </w:tcPr>
          <w:p>
            <w:r>
              <w:t>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Navidv0062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912**770*4</w:t>
            </w:r>
          </w:p>
        </w:tc>
        <w:tc>
          <w:tcPr>
            <w:tcW w:type="dxa" w:w="1728"/>
          </w:tcPr>
          <w:p>
            <w:r>
              <w:t>Nazli</w:t>
            </w:r>
          </w:p>
        </w:tc>
        <w:tc>
          <w:tcPr>
            <w:tcW w:type="dxa" w:w="1728"/>
          </w:tcPr>
          <w:p>
            <w:r>
              <w:t>Behrouz</w:t>
            </w:r>
          </w:p>
        </w:tc>
        <w:tc>
          <w:tcPr>
            <w:tcW w:type="dxa" w:w="1728"/>
          </w:tcPr>
          <w:p>
            <w:r>
              <w:t>nazlibehrouz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9127993310</w:t>
            </w:r>
          </w:p>
        </w:tc>
        <w:tc>
          <w:tcPr>
            <w:tcW w:type="dxa" w:w="1728"/>
          </w:tcPr>
          <w:p>
            <w:r>
              <w:t>FarzZaneh</w:t>
            </w:r>
          </w:p>
        </w:tc>
        <w:tc>
          <w:tcPr>
            <w:tcW w:type="dxa" w:w="1728"/>
          </w:tcPr>
          <w:p>
            <w:r>
              <w:t>Alaei</w:t>
            </w:r>
          </w:p>
        </w:tc>
        <w:tc>
          <w:tcPr>
            <w:tcW w:type="dxa" w:w="1728"/>
          </w:tcPr>
          <w:p>
            <w:r>
              <w:t>farrzane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9391207*03</w:t>
            </w:r>
          </w:p>
        </w:tc>
        <w:tc>
          <w:tcPr>
            <w:tcW w:type="dxa" w:w="1728"/>
          </w:tcPr>
          <w:p>
            <w:r>
              <w:t>Amin</w:t>
            </w:r>
          </w:p>
        </w:tc>
        <w:tc>
          <w:tcPr>
            <w:tcW w:type="dxa" w:w="1728"/>
          </w:tcPr>
          <w:p>
            <w:r>
              <w:t>Mahdavi</w:t>
            </w:r>
          </w:p>
        </w:tc>
        <w:tc>
          <w:tcPr>
            <w:tcW w:type="dxa" w:w="1728"/>
          </w:tcPr>
          <w:p>
            <w:r>
              <w:t>amahdavi13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9122**7332</w:t>
            </w:r>
          </w:p>
        </w:tc>
        <w:tc>
          <w:tcPr>
            <w:tcW w:type="dxa" w:w="1728"/>
          </w:tcPr>
          <w:p>
            <w:r>
              <w:t>Nessa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NessaNaj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91*02*2313</w:t>
            </w:r>
          </w:p>
        </w:tc>
        <w:tc>
          <w:tcPr>
            <w:tcW w:type="dxa" w:w="1728"/>
          </w:tcPr>
          <w:p>
            <w:r>
              <w:t>Mahdi</w:t>
            </w:r>
          </w:p>
        </w:tc>
        <w:tc>
          <w:tcPr>
            <w:tcW w:type="dxa" w:w="1728"/>
          </w:tcPr>
          <w:p>
            <w:r>
              <w:t>Soltani</w:t>
            </w:r>
          </w:p>
        </w:tc>
        <w:tc>
          <w:tcPr>
            <w:tcW w:type="dxa" w:w="1728"/>
          </w:tcPr>
          <w:p>
            <w:r>
              <w:t>imahdisoltani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91331*34*0</w:t>
            </w:r>
          </w:p>
        </w:tc>
        <w:tc>
          <w:tcPr>
            <w:tcW w:type="dxa" w:w="1728"/>
          </w:tcPr>
          <w:p>
            <w:r>
              <w:t>marjan</w:t>
            </w:r>
          </w:p>
        </w:tc>
        <w:tc>
          <w:tcPr>
            <w:tcW w:type="dxa" w:w="1728"/>
          </w:tcPr>
          <w:p>
            <w:r>
              <w:t>Z</w:t>
            </w:r>
          </w:p>
        </w:tc>
        <w:tc>
          <w:tcPr>
            <w:tcW w:type="dxa" w:w="1728"/>
          </w:tcPr>
          <w:p>
            <w:r>
              <w:t>MarjanZ12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912439799*</w:t>
            </w:r>
          </w:p>
        </w:tc>
        <w:tc>
          <w:tcPr>
            <w:tcW w:type="dxa" w:w="1728"/>
          </w:tcPr>
          <w:p>
            <w:r>
              <w:t>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Eyedeen01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9124*32*9*</w:t>
            </w:r>
          </w:p>
        </w:tc>
        <w:tc>
          <w:tcPr>
            <w:tcW w:type="dxa" w:w="1728"/>
          </w:tcPr>
          <w:p>
            <w:r>
              <w:t>samira</w:t>
            </w:r>
          </w:p>
        </w:tc>
        <w:tc>
          <w:tcPr>
            <w:tcW w:type="dxa" w:w="1728"/>
          </w:tcPr>
          <w:p>
            <w:r>
              <w:t>javidan</w:t>
            </w:r>
          </w:p>
        </w:tc>
        <w:tc>
          <w:tcPr>
            <w:tcW w:type="dxa" w:w="1728"/>
          </w:tcPr>
          <w:p>
            <w:r>
              <w:t>Sjavidan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9111*3*9*0</w:t>
            </w:r>
          </w:p>
        </w:tc>
        <w:tc>
          <w:tcPr>
            <w:tcW w:type="dxa" w:w="1728"/>
          </w:tcPr>
          <w:p>
            <w:r>
              <w:t>Maryam</w:t>
            </w:r>
          </w:p>
        </w:tc>
        <w:tc>
          <w:tcPr>
            <w:tcW w:type="dxa" w:w="1728"/>
          </w:tcPr>
          <w:p>
            <w:r>
              <w:t>Hosseinzadeh</w:t>
            </w:r>
          </w:p>
        </w:tc>
        <w:tc>
          <w:tcPr>
            <w:tcW w:type="dxa" w:w="1728"/>
          </w:tcPr>
          <w:p>
            <w:r>
              <w:t>mary411351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9124333*74</w:t>
            </w:r>
          </w:p>
        </w:tc>
        <w:tc>
          <w:tcPr>
            <w:tcW w:type="dxa" w:w="1728"/>
          </w:tcPr>
          <w:p>
            <w:r>
              <w:t>ραя∂ιѕ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93*310321*</w:t>
            </w:r>
          </w:p>
        </w:tc>
        <w:tc>
          <w:tcPr>
            <w:tcW w:type="dxa" w:w="1728"/>
          </w:tcPr>
          <w:p>
            <w:r>
              <w:t>Elahe</w:t>
            </w:r>
          </w:p>
        </w:tc>
        <w:tc>
          <w:tcPr>
            <w:tcW w:type="dxa" w:w="1728"/>
          </w:tcPr>
          <w:p>
            <w:r>
              <w:t>Hatef Manesh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9192942*92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>
              <w:t>Mogoei</w:t>
            </w:r>
          </w:p>
        </w:tc>
        <w:tc>
          <w:tcPr>
            <w:tcW w:type="dxa" w:w="1728"/>
          </w:tcPr>
          <w:p>
            <w:r>
              <w:t>amir_mogoei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922720**29</w:t>
            </w:r>
          </w:p>
        </w:tc>
        <w:tc>
          <w:tcPr>
            <w:tcW w:type="dxa" w:w="1728"/>
          </w:tcPr>
          <w:p>
            <w:r>
              <w:t>M.H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Safaeimh7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913217290*</w:t>
            </w:r>
          </w:p>
        </w:tc>
        <w:tc>
          <w:tcPr>
            <w:tcW w:type="dxa" w:w="1728"/>
          </w:tcPr>
          <w:p>
            <w:r>
              <w:t>Mitra</w:t>
            </w:r>
          </w:p>
        </w:tc>
        <w:tc>
          <w:tcPr>
            <w:tcW w:type="dxa" w:w="1728"/>
          </w:tcPr>
          <w:p>
            <w:r>
              <w:t>Ramezani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91224***3*</w:t>
            </w:r>
          </w:p>
        </w:tc>
        <w:tc>
          <w:tcPr>
            <w:tcW w:type="dxa" w:w="1728"/>
          </w:tcPr>
          <w:p>
            <w:r>
              <w:t>Mina</w:t>
            </w:r>
          </w:p>
        </w:tc>
        <w:tc>
          <w:tcPr>
            <w:tcW w:type="dxa" w:w="1728"/>
          </w:tcPr>
          <w:p>
            <w:r>
              <w:t>Siadati</w:t>
            </w:r>
          </w:p>
        </w:tc>
        <w:tc>
          <w:tcPr>
            <w:tcW w:type="dxa" w:w="1728"/>
          </w:tcPr>
          <w:p>
            <w:r>
              <w:t>MinaSiadati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919****747</w:t>
            </w:r>
          </w:p>
        </w:tc>
        <w:tc>
          <w:tcPr>
            <w:tcW w:type="dxa" w:w="1728"/>
          </w:tcPr>
          <w:p>
            <w:r>
              <w:t>Ash</w:t>
            </w:r>
          </w:p>
        </w:tc>
        <w:tc>
          <w:tcPr>
            <w:tcW w:type="dxa" w:w="1728"/>
          </w:tcPr>
          <w:p>
            <w:r>
              <w:t>Maleki</w:t>
            </w:r>
          </w:p>
        </w:tc>
        <w:tc>
          <w:tcPr>
            <w:tcW w:type="dxa" w:w="1728"/>
          </w:tcPr>
          <w:p>
            <w:r>
              <w:t>malekiashkan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90*707*404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PP2023HH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9122772*00</w:t>
            </w:r>
          </w:p>
        </w:tc>
        <w:tc>
          <w:tcPr>
            <w:tcW w:type="dxa" w:w="1728"/>
          </w:tcPr>
          <w:p>
            <w:r>
              <w:t>Amin</w:t>
            </w:r>
          </w:p>
        </w:tc>
        <w:tc>
          <w:tcPr>
            <w:tcW w:type="dxa" w:w="1728"/>
          </w:tcPr>
          <w:p>
            <w:r>
              <w:t>Afshar</w:t>
            </w:r>
          </w:p>
        </w:tc>
        <w:tc>
          <w:tcPr>
            <w:tcW w:type="dxa" w:w="1728"/>
          </w:tcPr>
          <w:p>
            <w:r>
              <w:t>Aminafshar1356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9331337*3*</w:t>
            </w:r>
          </w:p>
        </w:tc>
        <w:tc>
          <w:tcPr>
            <w:tcW w:type="dxa" w:w="1728"/>
          </w:tcPr>
          <w:p>
            <w:r>
              <w:t>Abolfazl</w:t>
            </w:r>
          </w:p>
        </w:tc>
        <w:tc>
          <w:tcPr>
            <w:tcW w:type="dxa" w:w="1728"/>
          </w:tcPr>
          <w:p>
            <w:r>
              <w:t>KH</w:t>
            </w:r>
          </w:p>
        </w:tc>
        <w:tc>
          <w:tcPr>
            <w:tcW w:type="dxa" w:w="1728"/>
          </w:tcPr>
          <w:p>
            <w:r>
              <w:t>itsmeAbolfazl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9133030449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f</w:t>
            </w:r>
          </w:p>
        </w:tc>
        <w:tc>
          <w:tcPr>
            <w:tcW w:type="dxa" w:w="1728"/>
          </w:tcPr>
          <w:p>
            <w:r>
              <w:t>mofout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91710307**</w:t>
            </w:r>
          </w:p>
        </w:tc>
        <w:tc>
          <w:tcPr>
            <w:tcW w:type="dxa" w:w="1728"/>
          </w:tcPr>
          <w:p>
            <w:r>
              <w:t>‌‌Reza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Ams90432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913109*1**</w:t>
            </w:r>
          </w:p>
        </w:tc>
        <w:tc>
          <w:tcPr>
            <w:tcW w:type="dxa" w:w="1728"/>
          </w:tcPr>
          <w:p>
            <w:r>
              <w:t>E_ Kh_🌹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E_Kh_2024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9122***137</w:t>
            </w:r>
          </w:p>
        </w:tc>
        <w:tc>
          <w:tcPr>
            <w:tcW w:type="dxa" w:w="1728"/>
          </w:tcPr>
          <w:p>
            <w:r>
              <w:t>Mehran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Mehransdt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9124*170**</w:t>
            </w:r>
          </w:p>
        </w:tc>
        <w:tc>
          <w:tcPr>
            <w:tcW w:type="dxa" w:w="1728"/>
          </w:tcPr>
          <w:p>
            <w:r>
              <w:t>🌳SS🌳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seyedmousavi77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93*17***13</w:t>
            </w:r>
          </w:p>
        </w:tc>
        <w:tc>
          <w:tcPr>
            <w:tcW w:type="dxa" w:w="1728"/>
          </w:tcPr>
          <w:p>
            <w:r>
              <w:t>Ar@Sh</w:t>
            </w:r>
          </w:p>
        </w:tc>
        <w:tc>
          <w:tcPr>
            <w:tcW w:type="dxa" w:w="1728"/>
          </w:tcPr>
          <w:p>
            <w:r>
              <w:t>Pourezzat</w:t>
            </w:r>
          </w:p>
        </w:tc>
        <w:tc>
          <w:tcPr>
            <w:tcW w:type="dxa" w:w="1728"/>
          </w:tcPr>
          <w:p>
            <w:r>
              <w:t>Arshpt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9124931342</w:t>
            </w:r>
          </w:p>
        </w:tc>
        <w:tc>
          <w:tcPr>
            <w:tcW w:type="dxa" w:w="1728"/>
          </w:tcPr>
          <w:p>
            <w:r>
              <w:t>Maryam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MaryamMatmir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9131074947</w:t>
            </w:r>
          </w:p>
        </w:tc>
        <w:tc>
          <w:tcPr>
            <w:tcW w:type="dxa" w:w="1728"/>
          </w:tcPr>
          <w:p>
            <w:r>
              <w:t>Neda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Nedaneeda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912*130241</w:t>
            </w:r>
          </w:p>
        </w:tc>
        <w:tc>
          <w:tcPr>
            <w:tcW w:type="dxa" w:w="1728"/>
          </w:tcPr>
          <w:p>
            <w:r>
              <w:t>Mahsa</w:t>
            </w:r>
          </w:p>
        </w:tc>
        <w:tc>
          <w:tcPr>
            <w:tcW w:type="dxa" w:w="1728"/>
          </w:tcPr>
          <w:p>
            <w:r>
              <w:t>Taheri</w:t>
            </w:r>
          </w:p>
        </w:tc>
        <w:tc>
          <w:tcPr>
            <w:tcW w:type="dxa" w:w="1728"/>
          </w:tcPr>
          <w:p>
            <w:r>
              <w:t>mahsataheri87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914***121*</w:t>
            </w:r>
          </w:p>
        </w:tc>
        <w:tc>
          <w:tcPr>
            <w:tcW w:type="dxa" w:w="1728"/>
          </w:tcPr>
          <w:p>
            <w:r>
              <w:t>Unique</w:t>
            </w:r>
          </w:p>
        </w:tc>
        <w:tc>
          <w:tcPr>
            <w:tcW w:type="dxa" w:w="1728"/>
          </w:tcPr>
          <w:p>
            <w:r>
              <w:t>Am</w:t>
            </w:r>
          </w:p>
        </w:tc>
        <w:tc>
          <w:tcPr>
            <w:tcW w:type="dxa" w:w="1728"/>
          </w:tcPr>
          <w:p>
            <w:r>
              <w:t>Unique1997AM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93*407**00</w:t>
            </w:r>
          </w:p>
        </w:tc>
        <w:tc>
          <w:tcPr>
            <w:tcW w:type="dxa" w:w="1728"/>
          </w:tcPr>
          <w:p>
            <w:r>
              <w:t>Arshia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arshiiiiaaaaaa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912*4**2*7</w:t>
            </w:r>
          </w:p>
        </w:tc>
        <w:tc>
          <w:tcPr>
            <w:tcW w:type="dxa" w:w="1728"/>
          </w:tcPr>
          <w:p>
            <w:r>
              <w:t>Askar</w:t>
            </w:r>
          </w:p>
        </w:tc>
        <w:tc>
          <w:tcPr>
            <w:tcW w:type="dxa" w:w="1728"/>
          </w:tcPr>
          <w:p>
            <w:r>
              <w:t>Hajipoor</w:t>
            </w:r>
          </w:p>
        </w:tc>
        <w:tc>
          <w:tcPr>
            <w:tcW w:type="dxa" w:w="1728"/>
          </w:tcPr>
          <w:p>
            <w:r>
              <w:t>Dr_Hajipoor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9203017490</w:t>
            </w:r>
          </w:p>
        </w:tc>
        <w:tc>
          <w:tcPr>
            <w:tcW w:type="dxa" w:w="1728"/>
          </w:tcPr>
          <w:p>
            <w:r>
              <w:t>Hadi</w:t>
            </w:r>
          </w:p>
        </w:tc>
        <w:tc>
          <w:tcPr>
            <w:tcW w:type="dxa" w:w="1728"/>
          </w:tcPr>
          <w:p>
            <w:r>
              <w:t>Farnoud</w:t>
            </w:r>
          </w:p>
        </w:tc>
        <w:tc>
          <w:tcPr>
            <w:tcW w:type="dxa" w:w="1728"/>
          </w:tcPr>
          <w:p>
            <w:r>
              <w:t>hadifarnoud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990*39**31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armanca001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903*173*7*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Eliahmsi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9030743007</w:t>
            </w:r>
          </w:p>
        </w:tc>
        <w:tc>
          <w:tcPr>
            <w:tcW w:type="dxa" w:w="1728"/>
          </w:tcPr>
          <w:p>
            <w:r>
              <w:t>Mohsen</w:t>
            </w:r>
          </w:p>
        </w:tc>
        <w:tc>
          <w:tcPr>
            <w:tcW w:type="dxa" w:w="1728"/>
          </w:tcPr>
          <w:p>
            <w:r>
              <w:t>Khani</w:t>
            </w:r>
          </w:p>
        </w:tc>
        <w:tc>
          <w:tcPr>
            <w:tcW w:type="dxa" w:w="1728"/>
          </w:tcPr>
          <w:p>
            <w:r>
              <w:t>Itismohsen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93**904091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ARMA9170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9120**2040</w:t>
            </w:r>
          </w:p>
        </w:tc>
        <w:tc>
          <w:tcPr>
            <w:tcW w:type="dxa" w:w="1728"/>
          </w:tcPr>
          <w:p>
            <w:r>
              <w:t>Homauni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H0maun_hf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917713*209</w:t>
            </w:r>
          </w:p>
        </w:tc>
        <w:tc>
          <w:tcPr>
            <w:tcW w:type="dxa" w:w="1728"/>
          </w:tcPr>
          <w:p>
            <w:r>
              <w:t>Saghar</w:t>
            </w:r>
          </w:p>
        </w:tc>
        <w:tc>
          <w:tcPr>
            <w:tcW w:type="dxa" w:w="1728"/>
          </w:tcPr>
          <w:p>
            <w:r>
              <w:t>Nazarian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93*9441721</w:t>
            </w:r>
          </w:p>
        </w:tc>
        <w:tc>
          <w:tcPr>
            <w:tcW w:type="dxa" w:w="1728"/>
          </w:tcPr>
          <w:p>
            <w:r>
              <w:t>Mohamad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Habibimohammad_ma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9122994*01</w:t>
            </w:r>
          </w:p>
        </w:tc>
        <w:tc>
          <w:tcPr>
            <w:tcW w:type="dxa" w:w="1728"/>
          </w:tcPr>
          <w:p>
            <w:r>
              <w:t>Pouria</w:t>
            </w:r>
          </w:p>
        </w:tc>
        <w:tc>
          <w:tcPr>
            <w:tcW w:type="dxa" w:w="1728"/>
          </w:tcPr>
          <w:p>
            <w:r>
              <w:t>Vali</w:t>
            </w:r>
          </w:p>
        </w:tc>
        <w:tc>
          <w:tcPr>
            <w:tcW w:type="dxa" w:w="1728"/>
          </w:tcPr>
          <w:p>
            <w:r>
              <w:t>warriorpouria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9123711472</w:t>
            </w:r>
          </w:p>
        </w:tc>
        <w:tc>
          <w:tcPr>
            <w:tcW w:type="dxa" w:w="1728"/>
          </w:tcPr>
          <w:p>
            <w:r>
              <w:t>Dr.a</w:t>
            </w:r>
          </w:p>
        </w:tc>
        <w:tc>
          <w:tcPr>
            <w:tcW w:type="dxa" w:w="1728"/>
          </w:tcPr>
          <w:p>
            <w:r>
              <w:t>Sh</w:t>
            </w:r>
          </w:p>
        </w:tc>
        <w:tc>
          <w:tcPr>
            <w:tcW w:type="dxa" w:w="1728"/>
          </w:tcPr>
          <w:p>
            <w:r>
              <w:t>Dr0azadeh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  <w:tr>
        <w:tc>
          <w:tcPr>
            <w:tcW w:type="dxa" w:w="1728"/>
          </w:tcPr>
          <w:p>
            <w:r>
              <w:t>9121*2*077</w:t>
            </w:r>
          </w:p>
        </w:tc>
        <w:tc>
          <w:tcPr>
            <w:tcW w:type="dxa" w:w="1728"/>
          </w:tcPr>
          <w:p>
            <w:r>
              <w:t>Raya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rayamhs</w:t>
            </w:r>
          </w:p>
        </w:tc>
        <w:tc>
          <w:tcPr>
            <w:tcW w:type="dxa" w:w="1728"/>
          </w:tcPr>
          <w:p>
            <w:r>
              <w:t>🇨🇦 Startup Visa Canada 🇨🇦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 xml:space="preserve">دانلود بانک موبایل  Startup Visa Canada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