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Rheinland-Pfalz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Rheinland-Pfalz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93074*07*4</w:t>
            </w:r>
          </w:p>
        </w:tc>
        <w:tc>
          <w:tcPr>
            <w:tcW w:type="dxa" w:w="1728"/>
          </w:tcPr>
          <w:p>
            <w:r>
              <w:t>goli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Mohammadian1986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9102731*09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moeingh24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9123342317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Rasoolpoor</w:t>
            </w:r>
          </w:p>
        </w:tc>
        <w:tc>
          <w:tcPr>
            <w:tcW w:type="dxa" w:w="1728"/>
          </w:tcPr>
          <w:p>
            <w:r>
              <w:t>PeymanRasoolpoor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9174147320</w:t>
            </w:r>
          </w:p>
        </w:tc>
        <w:tc>
          <w:tcPr>
            <w:tcW w:type="dxa" w:w="1728"/>
          </w:tcPr>
          <w:p>
            <w:r>
              <w:t>Maedeh</w:t>
            </w:r>
          </w:p>
        </w:tc>
        <w:tc>
          <w:tcPr>
            <w:tcW w:type="dxa" w:w="1728"/>
          </w:tcPr>
          <w:p>
            <w:r>
              <w:t>Mohseni</w:t>
            </w:r>
          </w:p>
        </w:tc>
        <w:tc>
          <w:tcPr>
            <w:tcW w:type="dxa" w:w="1728"/>
          </w:tcPr>
          <w:p>
            <w:r>
              <w:t>maedeh_mhnn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919*70703*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Torajforodgah989195707035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91*104*412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9123*91779</w:t>
            </w:r>
          </w:p>
        </w:tc>
        <w:tc>
          <w:tcPr>
            <w:tcW w:type="dxa" w:w="1728"/>
          </w:tcPr>
          <w:p>
            <w:r>
              <w:t>sahar 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ssahhharr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9134012*79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Mahan1987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9017*09142</w:t>
            </w:r>
          </w:p>
        </w:tc>
        <w:tc>
          <w:tcPr>
            <w:tcW w:type="dxa" w:w="1728"/>
          </w:tcPr>
          <w:p>
            <w:r>
              <w:t>J@w@D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Hemes9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903*27*09*</w:t>
            </w:r>
          </w:p>
        </w:tc>
        <w:tc>
          <w:tcPr>
            <w:tcW w:type="dxa" w:w="1728"/>
          </w:tcPr>
          <w:p>
            <w:r>
              <w:t>_Abolfazl_mahmoodii_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abolfazl_mahmoodii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903***1***</w:t>
            </w:r>
          </w:p>
        </w:tc>
        <w:tc>
          <w:tcPr>
            <w:tcW w:type="dxa" w:w="1728"/>
          </w:tcPr>
          <w:p>
            <w:r>
              <w:t>mozhi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Mozhde825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937*1*141*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amirsenator_gz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93*317*390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912**9*212</w:t>
            </w:r>
          </w:p>
        </w:tc>
        <w:tc>
          <w:tcPr>
            <w:tcW w:type="dxa" w:w="1728"/>
          </w:tcPr>
          <w:p>
            <w:r>
              <w:t>Pack’n Freight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packnfreight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912199142*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Farzadmehrfam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922*2*7*02</w:t>
            </w:r>
          </w:p>
        </w:tc>
        <w:tc>
          <w:tcPr>
            <w:tcW w:type="dxa" w:w="1728"/>
          </w:tcPr>
          <w:p>
            <w:r>
              <w:t>L</w:t>
            </w:r>
          </w:p>
        </w:tc>
        <w:tc>
          <w:tcPr>
            <w:tcW w:type="dxa" w:w="1728"/>
          </w:tcPr>
          <w:p>
            <w:r>
              <w:t>.martin</w:t>
            </w:r>
          </w:p>
        </w:tc>
        <w:tc>
          <w:tcPr>
            <w:tcW w:type="dxa" w:w="1728"/>
          </w:tcPr>
          <w:p>
            <w:r>
              <w:t>LLLMartin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919*34*47*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Sina30nnn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939*9490*4</w:t>
            </w:r>
          </w:p>
        </w:tc>
        <w:tc>
          <w:tcPr>
            <w:tcW w:type="dxa" w:w="1728"/>
          </w:tcPr>
          <w:p>
            <w:r>
              <w:t>Sorousch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Soroush_12r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933920*272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ranbag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917***2*2*</w:t>
            </w:r>
          </w:p>
        </w:tc>
        <w:tc>
          <w:tcPr>
            <w:tcW w:type="dxa" w:w="1728"/>
          </w:tcPr>
          <w:p>
            <w:r>
              <w:t>آریو برزن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Aryo62barzan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902*472793</w:t>
            </w:r>
          </w:p>
        </w:tc>
        <w:tc>
          <w:tcPr>
            <w:tcW w:type="dxa" w:w="1728"/>
          </w:tcPr>
          <w:p>
            <w:r>
              <w:t>Sasan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Sasan3123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901*42422*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eloomai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912417*20*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Rz</w:t>
            </w:r>
          </w:p>
        </w:tc>
        <w:tc>
          <w:tcPr>
            <w:tcW w:type="dxa" w:w="1728"/>
          </w:tcPr>
          <w:p>
            <w:r>
              <w:t>ZTOH_SRV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91239079**</w:t>
            </w:r>
          </w:p>
        </w:tc>
        <w:tc>
          <w:tcPr>
            <w:tcW w:type="dxa" w:w="1728"/>
          </w:tcPr>
          <w:p>
            <w:r>
              <w:t>☀️</w:t>
            </w:r>
          </w:p>
        </w:tc>
        <w:tc>
          <w:tcPr>
            <w:tcW w:type="dxa" w:w="1728"/>
          </w:tcPr>
          <w:p>
            <w:r>
              <w:t>SUN</w:t>
            </w:r>
          </w:p>
        </w:tc>
        <w:tc>
          <w:tcPr>
            <w:tcW w:type="dxa" w:w="1728"/>
          </w:tcPr>
          <w:p>
            <w:r>
              <w:t>PersiaSch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91*07**772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917300*7**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El.Che</w:t>
            </w:r>
          </w:p>
        </w:tc>
        <w:tc>
          <w:tcPr>
            <w:tcW w:type="dxa" w:w="1728"/>
          </w:tcPr>
          <w:p>
            <w:r>
              <w:t>MRoseneri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91*7727*7*</w:t>
            </w:r>
          </w:p>
        </w:tc>
        <w:tc>
          <w:tcPr>
            <w:tcW w:type="dxa" w:w="1728"/>
          </w:tcPr>
          <w:p>
            <w:r>
              <w:t>Arvina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Rahel1361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91*9*373*9</w:t>
            </w:r>
          </w:p>
        </w:tc>
        <w:tc>
          <w:tcPr>
            <w:tcW w:type="dxa" w:w="1728"/>
          </w:tcPr>
          <w:p>
            <w:r>
              <w:t>Mr.rabiei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Espadland_7626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93***70*03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afarzanehb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93974722*1</w:t>
            </w:r>
          </w:p>
        </w:tc>
        <w:tc>
          <w:tcPr>
            <w:tcW w:type="dxa" w:w="1728"/>
          </w:tcPr>
          <w:p>
            <w:r>
              <w:t>Deutsche Sprache</w:t>
            </w:r>
          </w:p>
        </w:tc>
        <w:tc>
          <w:tcPr>
            <w:tcW w:type="dxa" w:w="1728"/>
          </w:tcPr>
          <w:p>
            <w:r>
              <w:t>🕊</w:t>
            </w:r>
          </w:p>
        </w:tc>
        <w:tc>
          <w:tcPr>
            <w:tcW w:type="dxa" w:w="1728"/>
          </w:tcPr>
          <w:p>
            <w:r>
              <w:t>Deutsch_ist_sehr_einfach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9193070*2*</w:t>
            </w:r>
          </w:p>
        </w:tc>
        <w:tc>
          <w:tcPr>
            <w:tcW w:type="dxa" w:w="1728"/>
          </w:tcPr>
          <w:p>
            <w:r>
              <w:t>Kishi</w:t>
            </w:r>
          </w:p>
        </w:tc>
        <w:tc>
          <w:tcPr>
            <w:tcW w:type="dxa" w:w="1728"/>
          </w:tcPr>
          <w:p>
            <w:r>
              <w:t>Alinezhad</w:t>
            </w:r>
          </w:p>
        </w:tc>
        <w:tc>
          <w:tcPr>
            <w:tcW w:type="dxa" w:w="1728"/>
          </w:tcPr>
          <w:p>
            <w:r>
              <w:t>KishiAlinezhad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930*4129**</w:t>
            </w:r>
          </w:p>
        </w:tc>
        <w:tc>
          <w:tcPr>
            <w:tcW w:type="dxa" w:w="1728"/>
          </w:tcPr>
          <w:p>
            <w:r>
              <w:t>Amirreza Mahmoudian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amirezaa11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91217*1*30</w:t>
            </w:r>
          </w:p>
        </w:tc>
        <w:tc>
          <w:tcPr>
            <w:tcW w:type="dxa" w:w="1728"/>
          </w:tcPr>
          <w:p>
            <w:r>
              <w:t>خدمات بار هوایی اطلس کارگو</w:t>
            </w:r>
          </w:p>
        </w:tc>
        <w:tc>
          <w:tcPr>
            <w:tcW w:type="dxa" w:w="1728"/>
          </w:tcPr>
          <w:p>
            <w:r>
              <w:t>Atlascargo.ir</w:t>
            </w:r>
          </w:p>
        </w:tc>
        <w:tc>
          <w:tcPr>
            <w:tcW w:type="dxa" w:w="1728"/>
          </w:tcPr>
          <w:p>
            <w:r>
              <w:t>atlascargo2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9122*229*4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>
              <w:t>Darvishan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93*7**9323</w:t>
            </w:r>
          </w:p>
        </w:tc>
        <w:tc>
          <w:tcPr>
            <w:tcW w:type="dxa" w:w="1728"/>
          </w:tcPr>
          <w:p>
            <w:r>
              <w:t>Partizan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Partizan2419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933324**2*</w:t>
            </w:r>
          </w:p>
        </w:tc>
        <w:tc>
          <w:tcPr>
            <w:tcW w:type="dxa" w:w="1728"/>
          </w:tcPr>
          <w:p>
            <w:r>
              <w:t>P.shf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pardis_par_22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91*47*729*</w:t>
            </w:r>
          </w:p>
        </w:tc>
        <w:tc>
          <w:tcPr>
            <w:tcW w:type="dxa" w:w="1728"/>
          </w:tcPr>
          <w:p>
            <w:r>
              <w:t>pooya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pooyahossini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933***99*3</w:t>
            </w:r>
          </w:p>
        </w:tc>
        <w:tc>
          <w:tcPr>
            <w:tcW w:type="dxa" w:w="1728"/>
          </w:tcPr>
          <w:p>
            <w:r>
              <w:t>𝙼𝚘𝚣𝚑𝚍𝚎𝚑</w:t>
            </w:r>
          </w:p>
        </w:tc>
        <w:tc>
          <w:tcPr>
            <w:tcW w:type="dxa" w:w="1728"/>
          </w:tcPr>
          <w:p>
            <w:r>
              <w:t>𝚂𝚊𝚖𝚊𝚗</w:t>
            </w:r>
          </w:p>
        </w:tc>
        <w:tc>
          <w:tcPr>
            <w:tcW w:type="dxa" w:w="1728"/>
          </w:tcPr>
          <w:p>
            <w:r>
              <w:t>Mozhdehsaman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9120*07*9*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Matingh9877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91203*3*10</w:t>
            </w:r>
          </w:p>
        </w:tc>
        <w:tc>
          <w:tcPr>
            <w:tcW w:type="dxa" w:w="1728"/>
          </w:tcPr>
          <w:p>
            <w:r>
              <w:t>سعید حیدرے</w:t>
            </w:r>
          </w:p>
        </w:tc>
        <w:tc>
          <w:tcPr>
            <w:tcW w:type="dxa" w:w="1728"/>
          </w:tcPr>
          <w:p>
            <w:r>
              <w:t>| مشاور کسب‌ و‌ کار</w:t>
            </w:r>
          </w:p>
        </w:tc>
        <w:tc>
          <w:tcPr>
            <w:tcW w:type="dxa" w:w="1728"/>
          </w:tcPr>
          <w:p>
            <w:r>
              <w:t>saeid_heidari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90*094*237</w:t>
            </w:r>
          </w:p>
        </w:tc>
        <w:tc>
          <w:tcPr>
            <w:tcW w:type="dxa" w:w="1728"/>
          </w:tcPr>
          <w:p>
            <w:r>
              <w:t>❤️joleya❤️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joleya78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93*0324070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rangbest1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93*472107*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Kamran_has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93*****134</w:t>
            </w:r>
          </w:p>
        </w:tc>
        <w:tc>
          <w:tcPr>
            <w:tcW w:type="dxa" w:w="1728"/>
          </w:tcPr>
          <w:p>
            <w:r>
              <w:t>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M_Moshir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903344***0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amirlaki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93332*2*39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Aa</w:t>
            </w:r>
          </w:p>
        </w:tc>
        <w:tc>
          <w:tcPr>
            <w:tcW w:type="dxa" w:w="1728"/>
          </w:tcPr>
          <w:p>
            <w:r>
              <w:t>Bbbrdd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9131*9*3*0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Bahman2024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9133044*24</w:t>
            </w:r>
          </w:p>
        </w:tc>
        <w:tc>
          <w:tcPr>
            <w:tcW w:type="dxa" w:w="1728"/>
          </w:tcPr>
          <w:p>
            <w:r>
              <w:t>Masih</w:t>
            </w:r>
          </w:p>
        </w:tc>
        <w:tc>
          <w:tcPr>
            <w:tcW w:type="dxa" w:w="1728"/>
          </w:tcPr>
          <w:p>
            <w:r>
              <w:t>Ghandehari</w:t>
            </w:r>
          </w:p>
        </w:tc>
        <w:tc>
          <w:tcPr>
            <w:tcW w:type="dxa" w:w="1728"/>
          </w:tcPr>
          <w:p>
            <w:r>
              <w:t>Masihelc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937**2997*</w:t>
            </w:r>
          </w:p>
        </w:tc>
        <w:tc>
          <w:tcPr>
            <w:tcW w:type="dxa" w:w="1728"/>
          </w:tcPr>
          <w:p>
            <w:r>
              <w:t>- مهدی‌ دیاکو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Mr_Tabliqat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911*2477*1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Amin_abnz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912407012*</w:t>
            </w:r>
          </w:p>
        </w:tc>
        <w:tc>
          <w:tcPr>
            <w:tcW w:type="dxa" w:w="1728"/>
          </w:tcPr>
          <w:p>
            <w:r>
              <w:t>Meghdad</w:t>
            </w:r>
          </w:p>
        </w:tc>
        <w:tc>
          <w:tcPr>
            <w:tcW w:type="dxa" w:w="1728"/>
          </w:tcPr>
          <w:p>
            <w:r>
              <w:t>Saadat</w:t>
            </w:r>
          </w:p>
        </w:tc>
        <w:tc>
          <w:tcPr>
            <w:tcW w:type="dxa" w:w="1728"/>
          </w:tcPr>
          <w:p>
            <w:r>
              <w:t>Mgss5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939339*1**</w:t>
            </w:r>
          </w:p>
        </w:tc>
        <w:tc>
          <w:tcPr>
            <w:tcW w:type="dxa" w:w="1728"/>
          </w:tcPr>
          <w:p>
            <w:r>
              <w:t>Pashangpour</w:t>
            </w:r>
          </w:p>
        </w:tc>
        <w:tc>
          <w:tcPr>
            <w:tcW w:type="dxa" w:w="1728"/>
          </w:tcPr>
          <w:p>
            <w:r>
              <w:t>Immigration</w:t>
            </w:r>
          </w:p>
        </w:tc>
        <w:tc>
          <w:tcPr>
            <w:tcW w:type="dxa" w:w="1728"/>
          </w:tcPr>
          <w:p>
            <w:r>
              <w:t>Pashangpourimmigration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930**0391*</w:t>
            </w:r>
          </w:p>
        </w:tc>
        <w:tc>
          <w:tcPr>
            <w:tcW w:type="dxa" w:w="1728"/>
          </w:tcPr>
          <w:p>
            <w:r>
              <w:t>Eanit🥠🐸🍅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Eanitaa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933109*14*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Gh_rng1117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91212*9031</w:t>
            </w:r>
          </w:p>
        </w:tc>
        <w:tc>
          <w:tcPr>
            <w:tcW w:type="dxa" w:w="1728"/>
          </w:tcPr>
          <w:p>
            <w:r>
              <w:t>Behrooz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BeHrooz1ab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9331*2920*</w:t>
            </w:r>
          </w:p>
        </w:tc>
        <w:tc>
          <w:tcPr>
            <w:tcW w:type="dxa" w:w="1728"/>
          </w:tcPr>
          <w:p>
            <w:r>
              <w:t>محمدحسین جانی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933739*7*1</w:t>
            </w:r>
          </w:p>
        </w:tc>
        <w:tc>
          <w:tcPr>
            <w:tcW w:type="dxa" w:w="1728"/>
          </w:tcPr>
          <w:p>
            <w:r>
              <w:t>Daniel Yari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DanielYari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93*343*9*9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9334330933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Dmparsa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912**1*0*9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Panahi</w:t>
            </w:r>
          </w:p>
        </w:tc>
        <w:tc>
          <w:tcPr>
            <w:tcW w:type="dxa" w:w="1728"/>
          </w:tcPr>
          <w:p>
            <w:r>
              <w:t>Ehsanpanahei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903230914*</w:t>
            </w:r>
          </w:p>
        </w:tc>
        <w:tc>
          <w:tcPr>
            <w:tcW w:type="dxa" w:w="1728"/>
          </w:tcPr>
          <w:p>
            <w:r>
              <w:t>Armin 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Armin_kh24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933*2739**</w:t>
            </w:r>
          </w:p>
        </w:tc>
        <w:tc>
          <w:tcPr>
            <w:tcW w:type="dxa" w:w="1728"/>
          </w:tcPr>
          <w:p>
            <w:r>
              <w:t>Kael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bihovkael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9121317*11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Naderi</w:t>
            </w:r>
          </w:p>
        </w:tc>
        <w:tc>
          <w:tcPr>
            <w:tcW w:type="dxa" w:w="1728"/>
          </w:tcPr>
          <w:p>
            <w:r>
              <w:t>Amirnaderi1353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91**027*04</w:t>
            </w:r>
          </w:p>
        </w:tc>
        <w:tc>
          <w:tcPr>
            <w:tcW w:type="dxa" w:w="1728"/>
          </w:tcPr>
          <w:p>
            <w:r>
              <w:t>Monaa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MonaaTp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93*9*2*2*3</w:t>
            </w:r>
          </w:p>
        </w:tc>
        <w:tc>
          <w:tcPr>
            <w:tcW w:type="dxa" w:w="1728"/>
          </w:tcPr>
          <w:p>
            <w:r>
              <w:t>Mazdak</w:t>
            </w:r>
          </w:p>
        </w:tc>
        <w:tc>
          <w:tcPr>
            <w:tcW w:type="dxa" w:w="1728"/>
          </w:tcPr>
          <w:p>
            <w:r>
              <w:t>Arzpeyma</w:t>
            </w:r>
          </w:p>
        </w:tc>
        <w:tc>
          <w:tcPr>
            <w:tcW w:type="dxa" w:w="1728"/>
          </w:tcPr>
          <w:p>
            <w:r>
              <w:t>Mazdak_m271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9107*0***0</w:t>
            </w:r>
          </w:p>
        </w:tc>
        <w:tc>
          <w:tcPr>
            <w:tcW w:type="dxa" w:w="1728"/>
          </w:tcPr>
          <w:p>
            <w:r>
              <w:t>M.khaledi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masoomehkhaledi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9120192074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raha7260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914****903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Basit</w:t>
            </w:r>
          </w:p>
        </w:tc>
        <w:tc>
          <w:tcPr>
            <w:tcW w:type="dxa" w:w="1728"/>
          </w:tcPr>
          <w:p>
            <w:r>
              <w:t>Basitmohamad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93**1***9*</w:t>
            </w:r>
          </w:p>
        </w:tc>
        <w:tc>
          <w:tcPr>
            <w:tcW w:type="dxa" w:w="1728"/>
          </w:tcPr>
          <w:p>
            <w:r>
              <w:t>Cna??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s625625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911******4</w:t>
            </w:r>
          </w:p>
        </w:tc>
        <w:tc>
          <w:tcPr>
            <w:tcW w:type="dxa" w:w="1728"/>
          </w:tcPr>
          <w:p>
            <w:r>
              <w:t>Khaled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onlyenigma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93*7*12***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Mohammad_kholusi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91*1**0**2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Zadmehr</w:t>
            </w:r>
          </w:p>
        </w:tc>
        <w:tc>
          <w:tcPr>
            <w:tcW w:type="dxa" w:w="1728"/>
          </w:tcPr>
          <w:p>
            <w:r>
              <w:t>ReZaZDM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913*2**004</w:t>
            </w:r>
          </w:p>
        </w:tc>
        <w:tc>
          <w:tcPr>
            <w:tcW w:type="dxa" w:w="1728"/>
          </w:tcPr>
          <w:p>
            <w:r>
              <w:t>Elahe.s.hz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Elaheshz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93*013**01</w:t>
            </w:r>
          </w:p>
        </w:tc>
        <w:tc>
          <w:tcPr>
            <w:tcW w:type="dxa" w:w="1728"/>
          </w:tcPr>
          <w:p>
            <w:r>
              <w:t>Studio</w:t>
            </w:r>
          </w:p>
        </w:tc>
        <w:tc>
          <w:tcPr>
            <w:tcW w:type="dxa" w:w="1728"/>
          </w:tcPr>
          <w:p>
            <w:r>
              <w:t>Musical</w:t>
            </w:r>
          </w:p>
        </w:tc>
        <w:tc>
          <w:tcPr>
            <w:tcW w:type="dxa" w:w="1728"/>
          </w:tcPr>
          <w:p>
            <w:r>
              <w:t>Aliarrenger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93*404127*</w:t>
            </w:r>
          </w:p>
        </w:tc>
        <w:tc>
          <w:tcPr>
            <w:tcW w:type="dxa" w:w="1728"/>
          </w:tcPr>
          <w:p>
            <w:r>
              <w:t>A.R.</w:t>
            </w:r>
          </w:p>
        </w:tc>
        <w:tc>
          <w:tcPr>
            <w:tcW w:type="dxa" w:w="1728"/>
          </w:tcPr>
          <w:p>
            <w:r>
              <w:t>Ramezani</w:t>
            </w:r>
          </w:p>
        </w:tc>
        <w:tc>
          <w:tcPr>
            <w:tcW w:type="dxa" w:w="1728"/>
          </w:tcPr>
          <w:p>
            <w:r>
              <w:t>Allxw123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91**113779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Hadirad</w:t>
            </w:r>
          </w:p>
        </w:tc>
        <w:tc>
          <w:tcPr>
            <w:tcW w:type="dxa" w:w="1728"/>
          </w:tcPr>
          <w:p>
            <w:r>
              <w:t>Hadiradmostafa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930*3929*4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Aliparsaa2016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930****04*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KS6085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917773**91</w:t>
            </w:r>
          </w:p>
        </w:tc>
        <w:tc>
          <w:tcPr>
            <w:tcW w:type="dxa" w:w="1728"/>
          </w:tcPr>
          <w:p>
            <w:r>
              <w:t>Davod_jamali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Davod_jamalii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  <w:tr>
        <w:tc>
          <w:tcPr>
            <w:tcW w:type="dxa" w:w="1728"/>
          </w:tcPr>
          <w:p>
            <w:r>
              <w:t>93791*22**</w:t>
            </w:r>
          </w:p>
        </w:tc>
        <w:tc>
          <w:tcPr>
            <w:tcW w:type="dxa" w:w="1728"/>
          </w:tcPr>
          <w:p>
            <w:r>
              <w:t>Kimia</w:t>
            </w:r>
          </w:p>
        </w:tc>
        <w:tc>
          <w:tcPr>
            <w:tcW w:type="dxa" w:w="1728"/>
          </w:tcPr>
          <w:p>
            <w:r>
              <w:t>Kassaee</w:t>
            </w:r>
          </w:p>
        </w:tc>
        <w:tc>
          <w:tcPr>
            <w:tcW w:type="dxa" w:w="1728"/>
          </w:tcPr>
          <w:p>
            <w:r>
              <w:t>Kimia_kassaee</w:t>
            </w:r>
          </w:p>
        </w:tc>
        <w:tc>
          <w:tcPr>
            <w:tcW w:type="dxa" w:w="1728"/>
          </w:tcPr>
          <w:p>
            <w:r>
              <w:t>Rheinland-Pfalz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Rheinland-Pfalz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