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Rahpad Immigrants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Rahpad Immigrants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9124**122*</w:t>
            </w:r>
          </w:p>
        </w:tc>
        <w:tc>
          <w:tcPr>
            <w:tcW w:type="dxa" w:w="1728"/>
          </w:tcPr>
          <w:p>
            <w:r>
              <w:t>Javid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>
              <w:t>Javidsepehr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92123*7*34</w:t>
            </w:r>
          </w:p>
        </w:tc>
        <w:tc>
          <w:tcPr>
            <w:tcW w:type="dxa" w:w="1728"/>
          </w:tcPr>
          <w:p>
            <w:r>
              <w:t>𝐀𝐫𝐞𝐳𝐨𝐨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Arezoo_adb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91**0*1713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>
              <w:t>Yal</w:t>
            </w:r>
          </w:p>
        </w:tc>
        <w:tc>
          <w:tcPr>
            <w:tcW w:type="dxa" w:w="1728"/>
          </w:tcPr>
          <w:p>
            <w:r>
              <w:t>yalamirali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912*337*70</w:t>
            </w:r>
          </w:p>
        </w:tc>
        <w:tc>
          <w:tcPr>
            <w:tcW w:type="dxa" w:w="1728"/>
          </w:tcPr>
          <w:p>
            <w:r>
              <w:t>Sanei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sanei_parsparrot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93**023294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912937*099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9122**749*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saeidkaramiii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912*224930</w:t>
            </w:r>
          </w:p>
        </w:tc>
        <w:tc>
          <w:tcPr>
            <w:tcW w:type="dxa" w:w="1728"/>
          </w:tcPr>
          <w:p>
            <w:r>
              <w:t>Afsaneh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afi_rz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91*111***3</w:t>
            </w:r>
          </w:p>
        </w:tc>
        <w:tc>
          <w:tcPr>
            <w:tcW w:type="dxa" w:w="1728"/>
          </w:tcPr>
          <w:p>
            <w:r>
              <w:t>@mir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9013**00*3</w:t>
            </w:r>
          </w:p>
        </w:tc>
        <w:tc>
          <w:tcPr>
            <w:tcW w:type="dxa" w:w="1728"/>
          </w:tcPr>
          <w:p>
            <w:r>
              <w:t>Mahdiyeh</w:t>
            </w:r>
          </w:p>
        </w:tc>
        <w:tc>
          <w:tcPr>
            <w:tcW w:type="dxa" w:w="1728"/>
          </w:tcPr>
          <w:p>
            <w:r>
              <w:t>khademifar</w:t>
            </w:r>
          </w:p>
        </w:tc>
        <w:tc>
          <w:tcPr>
            <w:tcW w:type="dxa" w:w="1728"/>
          </w:tcPr>
          <w:p>
            <w:r>
              <w:t>Khademi81266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912*4941**</w:t>
            </w:r>
          </w:p>
        </w:tc>
        <w:tc>
          <w:tcPr>
            <w:tcW w:type="dxa" w:w="1728"/>
          </w:tcPr>
          <w:p>
            <w:r>
              <w:t>Samin💎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Samin_hashemmi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91*313***9</w:t>
            </w:r>
          </w:p>
        </w:tc>
        <w:tc>
          <w:tcPr>
            <w:tcW w:type="dxa" w:w="1728"/>
          </w:tcPr>
          <w:p>
            <w:r>
              <w:t>Hadi Jan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9111321*9*</w:t>
            </w:r>
          </w:p>
        </w:tc>
        <w:tc>
          <w:tcPr>
            <w:tcW w:type="dxa" w:w="1728"/>
          </w:tcPr>
          <w:p>
            <w:r>
              <w:t>T.D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TKDpersian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912**79*71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reza_h_m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912*1*73*4</w:t>
            </w:r>
          </w:p>
        </w:tc>
        <w:tc>
          <w:tcPr>
            <w:tcW w:type="dxa" w:w="1728"/>
          </w:tcPr>
          <w:p>
            <w:r>
              <w:t>Barg</w:t>
            </w:r>
          </w:p>
        </w:tc>
        <w:tc>
          <w:tcPr>
            <w:tcW w:type="dxa" w:w="1728"/>
          </w:tcPr>
          <w:p>
            <w:r>
              <w:t>Sabz</w:t>
            </w:r>
          </w:p>
        </w:tc>
        <w:tc>
          <w:tcPr>
            <w:tcW w:type="dxa" w:w="1728"/>
          </w:tcPr>
          <w:p>
            <w:r>
              <w:t>BS_Graphic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91*9123391</w:t>
            </w:r>
          </w:p>
        </w:tc>
        <w:tc>
          <w:tcPr>
            <w:tcW w:type="dxa" w:w="1728"/>
          </w:tcPr>
          <w:p>
            <w:r>
              <w:t>sarah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Sarahsarah217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93**2*39*3</w:t>
            </w:r>
          </w:p>
        </w:tc>
        <w:tc>
          <w:tcPr>
            <w:tcW w:type="dxa" w:w="1728"/>
          </w:tcPr>
          <w:p>
            <w:r>
              <w:t>ghasem</w:t>
            </w:r>
          </w:p>
        </w:tc>
        <w:tc>
          <w:tcPr>
            <w:tcW w:type="dxa" w:w="1728"/>
          </w:tcPr>
          <w:p>
            <w:r>
              <w:t>rajaei</w:t>
            </w:r>
          </w:p>
        </w:tc>
        <w:tc>
          <w:tcPr>
            <w:tcW w:type="dxa" w:w="1728"/>
          </w:tcPr>
          <w:p>
            <w:r>
              <w:t>ghasemrajaee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912139*24*</w:t>
            </w:r>
          </w:p>
        </w:tc>
        <w:tc>
          <w:tcPr>
            <w:tcW w:type="dxa" w:w="1728"/>
          </w:tcPr>
          <w:p>
            <w:r>
              <w:t>shahrzad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ShahrzadHMG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93**12404*</w:t>
            </w:r>
          </w:p>
        </w:tc>
        <w:tc>
          <w:tcPr>
            <w:tcW w:type="dxa" w:w="1728"/>
          </w:tcPr>
          <w:p>
            <w:r>
              <w:t>Melika</w:t>
            </w:r>
          </w:p>
        </w:tc>
        <w:tc>
          <w:tcPr>
            <w:tcW w:type="dxa" w:w="1728"/>
          </w:tcPr>
          <w:p>
            <w:r>
              <w:t>Hosseinian</w:t>
            </w:r>
          </w:p>
        </w:tc>
        <w:tc>
          <w:tcPr>
            <w:tcW w:type="dxa" w:w="1728"/>
          </w:tcPr>
          <w:p>
            <w:r>
              <w:t>melhose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919270**47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teh92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910011009*</w:t>
            </w:r>
          </w:p>
        </w:tc>
        <w:tc>
          <w:tcPr>
            <w:tcW w:type="dxa" w:w="1728"/>
          </w:tcPr>
          <w:p>
            <w:r>
              <w:t>N@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arcur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910700*002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mohsenzhadi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9392**0*09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ehsanemami64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912**09*11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Rezair555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921*24*399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M57M57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9124229934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Majid9934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93931239*2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93940*0237</w:t>
            </w:r>
          </w:p>
        </w:tc>
        <w:tc>
          <w:tcPr>
            <w:tcW w:type="dxa" w:w="1728"/>
          </w:tcPr>
          <w:p>
            <w:r>
              <w:t>Parande🕊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ParPaintings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913102034*</w:t>
            </w:r>
          </w:p>
        </w:tc>
        <w:tc>
          <w:tcPr>
            <w:tcW w:type="dxa" w:w="1728"/>
          </w:tcPr>
          <w:p>
            <w:r>
              <w:t>آزمایشگاه ژئوشیمی شرکت فنی مهندسی و‌ مرکز پژوهش های صنعتی و‌معدن</w:t>
            </w:r>
          </w:p>
        </w:tc>
        <w:tc>
          <w:tcPr>
            <w:tcW w:type="dxa" w:w="1728"/>
          </w:tcPr>
          <w:p>
            <w:r>
              <w:t>کیان فلزات ثمین</w:t>
            </w:r>
          </w:p>
        </w:tc>
        <w:tc>
          <w:tcPr>
            <w:tcW w:type="dxa" w:w="1728"/>
          </w:tcPr>
          <w:p>
            <w:r>
              <w:t>kianfelezat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91**194190</w:t>
            </w:r>
          </w:p>
        </w:tc>
        <w:tc>
          <w:tcPr>
            <w:tcW w:type="dxa" w:w="1728"/>
          </w:tcPr>
          <w:p>
            <w:r>
              <w:t>Ziba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Z_khalouzadeh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91249*9301</w:t>
            </w:r>
          </w:p>
        </w:tc>
        <w:tc>
          <w:tcPr>
            <w:tcW w:type="dxa" w:w="1728"/>
          </w:tcPr>
          <w:p>
            <w:r>
              <w:t>Sevil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sevilshaki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93**9101*2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Mojtaba_jpr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91**079*47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Rezak9999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91*1131249</w:t>
            </w:r>
          </w:p>
        </w:tc>
        <w:tc>
          <w:tcPr>
            <w:tcW w:type="dxa" w:w="1728"/>
          </w:tcPr>
          <w:p>
            <w:r>
              <w:t>Nasir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Nasir_zarif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930739**70</w:t>
            </w:r>
          </w:p>
        </w:tc>
        <w:tc>
          <w:tcPr>
            <w:tcW w:type="dxa" w:w="1728"/>
          </w:tcPr>
          <w:p>
            <w:r>
              <w:t>9307396670</w:t>
            </w:r>
          </w:p>
        </w:tc>
        <w:tc>
          <w:tcPr>
            <w:tcW w:type="dxa" w:w="1728"/>
          </w:tcPr>
          <w:p>
            <w:r>
              <w:t>9307396670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922*437430</w:t>
            </w:r>
          </w:p>
        </w:tc>
        <w:tc>
          <w:tcPr>
            <w:tcW w:type="dxa" w:w="1728"/>
          </w:tcPr>
          <w:p>
            <w:r>
              <w:t>Mt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Mjbm1365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930*23**13</w:t>
            </w:r>
          </w:p>
        </w:tc>
        <w:tc>
          <w:tcPr>
            <w:tcW w:type="dxa" w:w="1728"/>
          </w:tcPr>
          <w:p>
            <w:r>
              <w:t>Arin@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Arina_1371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9124142**9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>
              <w:t>Najafi</w:t>
            </w:r>
          </w:p>
        </w:tc>
        <w:tc>
          <w:tcPr>
            <w:tcW w:type="dxa" w:w="1728"/>
          </w:tcPr>
          <w:p>
            <w:r>
              <w:t>realbehnamnajafi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93*4100497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Gponarsm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91231*4**0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sshamseddin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93*30*7*4*</w:t>
            </w:r>
          </w:p>
        </w:tc>
        <w:tc>
          <w:tcPr>
            <w:tcW w:type="dxa" w:w="1728"/>
          </w:tcPr>
          <w:p>
            <w:r>
              <w:t>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maranj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91219**42*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C.</w:t>
            </w:r>
          </w:p>
        </w:tc>
        <w:tc>
          <w:tcPr>
            <w:tcW w:type="dxa" w:w="1728"/>
          </w:tcPr>
          <w:p>
            <w:r>
              <w:t>arezoo_biniyaz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91*312*202</w:t>
            </w:r>
          </w:p>
        </w:tc>
        <w:tc>
          <w:tcPr>
            <w:tcW w:type="dxa" w:w="1728"/>
          </w:tcPr>
          <w:p>
            <w:r>
              <w:t>N.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Nn_Borji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9123*42391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Alaie</w:t>
            </w:r>
          </w:p>
        </w:tc>
        <w:tc>
          <w:tcPr>
            <w:tcW w:type="dxa" w:w="1728"/>
          </w:tcPr>
          <w:p>
            <w:r>
              <w:t>Ali_AlA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939793*217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9107192*04</w:t>
            </w:r>
          </w:p>
        </w:tc>
        <w:tc>
          <w:tcPr>
            <w:tcW w:type="dxa" w:w="1728"/>
          </w:tcPr>
          <w:p>
            <w:r>
              <w:t>Sepehrvisa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Mohajerat_Sepehrvisa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9124712***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Falahi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90197*1344</w:t>
            </w:r>
          </w:p>
        </w:tc>
        <w:tc>
          <w:tcPr>
            <w:tcW w:type="dxa" w:w="1728"/>
          </w:tcPr>
          <w:p>
            <w:r>
              <w:t>Far</w:t>
            </w:r>
          </w:p>
        </w:tc>
        <w:tc>
          <w:tcPr>
            <w:tcW w:type="dxa" w:w="1728"/>
          </w:tcPr>
          <w:p>
            <w:r>
              <w:t>AF</w:t>
            </w:r>
          </w:p>
        </w:tc>
        <w:tc>
          <w:tcPr>
            <w:tcW w:type="dxa" w:w="1728"/>
          </w:tcPr>
          <w:p>
            <w:r>
              <w:t>far0202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912243412*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Salimi</w:t>
            </w:r>
          </w:p>
        </w:tc>
        <w:tc>
          <w:tcPr>
            <w:tcW w:type="dxa" w:w="1728"/>
          </w:tcPr>
          <w:p>
            <w:r>
              <w:t>arashchsalimi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93*23*3*42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Salmachi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912449*121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Reza_m_1975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9019939312</w:t>
            </w:r>
          </w:p>
        </w:tc>
        <w:tc>
          <w:tcPr>
            <w:tcW w:type="dxa" w:w="1728"/>
          </w:tcPr>
          <w:p>
            <w:r>
              <w:t>تارا</w:t>
            </w:r>
          </w:p>
        </w:tc>
        <w:tc>
          <w:tcPr>
            <w:tcW w:type="dxa" w:w="1728"/>
          </w:tcPr>
          <w:p>
            <w:r>
              <w:t>سوری</w:t>
            </w:r>
          </w:p>
        </w:tc>
        <w:tc>
          <w:tcPr>
            <w:tcW w:type="dxa" w:w="1728"/>
          </w:tcPr>
          <w:p>
            <w:r>
              <w:t>Tarasouri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933*02*2**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Eliiiiiii1400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9121799470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shojaie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9334172042</w:t>
            </w:r>
          </w:p>
        </w:tc>
        <w:tc>
          <w:tcPr>
            <w:tcW w:type="dxa" w:w="1728"/>
          </w:tcPr>
          <w:p>
            <w:r>
              <w:t>chapak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9191*1909*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Hajimirzakhani</w:t>
            </w:r>
          </w:p>
        </w:tc>
        <w:tc>
          <w:tcPr>
            <w:tcW w:type="dxa" w:w="1728"/>
          </w:tcPr>
          <w:p>
            <w:r>
              <w:t>Majid_hajimirzakhani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912*9**1**</w:t>
            </w:r>
          </w:p>
        </w:tc>
        <w:tc>
          <w:tcPr>
            <w:tcW w:type="dxa" w:w="1728"/>
          </w:tcPr>
          <w:p>
            <w:r>
              <w:t>Dr Behrangi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91*2302003</w:t>
            </w:r>
          </w:p>
        </w:tc>
        <w:tc>
          <w:tcPr>
            <w:tcW w:type="dxa" w:w="1728"/>
          </w:tcPr>
          <w:p>
            <w:r>
              <w:t>sh.gh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shgh199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912**02310</w:t>
            </w:r>
          </w:p>
        </w:tc>
        <w:tc>
          <w:tcPr>
            <w:tcW w:type="dxa" w:w="1728"/>
          </w:tcPr>
          <w:p>
            <w:r>
              <w:t>Askar</w:t>
            </w:r>
          </w:p>
        </w:tc>
        <w:tc>
          <w:tcPr>
            <w:tcW w:type="dxa" w:w="1728"/>
          </w:tcPr>
          <w:p>
            <w:r>
              <w:t>Adibi</w:t>
            </w:r>
          </w:p>
        </w:tc>
        <w:tc>
          <w:tcPr>
            <w:tcW w:type="dxa" w:w="1728"/>
          </w:tcPr>
          <w:p>
            <w:r>
              <w:t>AskarAdibi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93*7*39239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God003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91*3777721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daneshvar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91*11*7921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Montazeri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9214327470</w:t>
            </w:r>
          </w:p>
        </w:tc>
        <w:tc>
          <w:tcPr>
            <w:tcW w:type="dxa" w:w="1728"/>
          </w:tcPr>
          <w:p>
            <w:r>
              <w:t>Sanaz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91*333*447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bahmannnnn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913409*9*0</w:t>
            </w:r>
          </w:p>
        </w:tc>
        <w:tc>
          <w:tcPr>
            <w:tcW w:type="dxa" w:w="1728"/>
          </w:tcPr>
          <w:p>
            <w:r>
              <w:t>Azita sadat</w:t>
            </w:r>
          </w:p>
        </w:tc>
        <w:tc>
          <w:tcPr>
            <w:tcW w:type="dxa" w:w="1728"/>
          </w:tcPr>
          <w:p>
            <w:r>
              <w:t>Safavi</w:t>
            </w:r>
          </w:p>
        </w:tc>
        <w:tc>
          <w:tcPr>
            <w:tcW w:type="dxa" w:w="1728"/>
          </w:tcPr>
          <w:p>
            <w:r>
              <w:t>Azita_ss1990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93**013132</w:t>
            </w:r>
          </w:p>
        </w:tc>
        <w:tc>
          <w:tcPr>
            <w:tcW w:type="dxa" w:w="1728"/>
          </w:tcPr>
          <w:p>
            <w:r>
              <w:t>Morvarid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Pearl5844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9102009020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Mb1900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93*1013471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Saman_bayatt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91*1000424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babaie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9124*132*4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Netsaz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93*37437*4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wolf_admin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912732424*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Sam_nsr1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912*4991*2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Yazdanjoo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9132**0**2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iamsamanian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9121*01*29</w:t>
            </w:r>
          </w:p>
        </w:tc>
        <w:tc>
          <w:tcPr>
            <w:tcW w:type="dxa" w:w="1728"/>
          </w:tcPr>
          <w:p>
            <w:r>
              <w:t>Hani</w:t>
            </w:r>
          </w:p>
        </w:tc>
        <w:tc>
          <w:tcPr>
            <w:tcW w:type="dxa" w:w="1728"/>
          </w:tcPr>
          <w:p>
            <w:r>
              <w:t>Navabi</w:t>
            </w:r>
          </w:p>
        </w:tc>
        <w:tc>
          <w:tcPr>
            <w:tcW w:type="dxa" w:w="1728"/>
          </w:tcPr>
          <w:p>
            <w:r>
              <w:t>haninavabi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910*42*7*7</w:t>
            </w:r>
          </w:p>
        </w:tc>
        <w:tc>
          <w:tcPr>
            <w:tcW w:type="dxa" w:w="1728"/>
          </w:tcPr>
          <w:p>
            <w:r>
              <w:t>ᗴᏞᑎᗩᏃ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Smilyeli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9122497300</w:t>
            </w:r>
          </w:p>
        </w:tc>
        <w:tc>
          <w:tcPr>
            <w:tcW w:type="dxa" w:w="1728"/>
          </w:tcPr>
          <w:p>
            <w:r>
              <w:t>Mahin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91*1*9*3*1</w:t>
            </w:r>
          </w:p>
        </w:tc>
        <w:tc>
          <w:tcPr>
            <w:tcW w:type="dxa" w:w="1728"/>
          </w:tcPr>
          <w:p>
            <w:r>
              <w:t>Donya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Donyanajafiolasl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9171170*77</w:t>
            </w:r>
          </w:p>
        </w:tc>
        <w:tc>
          <w:tcPr>
            <w:tcW w:type="dxa" w:w="1728"/>
          </w:tcPr>
          <w:p>
            <w:r>
              <w:t>Leila ravaz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leilaravaz</w:t>
            </w:r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  <w:tr>
        <w:tc>
          <w:tcPr>
            <w:tcW w:type="dxa" w:w="1728"/>
          </w:tcPr>
          <w:p>
            <w:r>
              <w:t>912*930**2</w:t>
            </w:r>
          </w:p>
        </w:tc>
        <w:tc>
          <w:tcPr>
            <w:tcW w:type="dxa" w:w="1728"/>
          </w:tcPr>
          <w:p>
            <w:r>
              <w:t>شمسا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Rahpad Immigrants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Rahpad Immigrants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