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PersianCisco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PersianCisco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9121*1**94</w:t>
            </w:r>
          </w:p>
        </w:tc>
        <w:tc>
          <w:tcPr>
            <w:tcW w:type="dxa" w:w="1728"/>
          </w:tcPr>
          <w:p>
            <w:r>
              <w:t>Saba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Maleksadeghi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93**4323*9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Amiri</w:t>
            </w:r>
          </w:p>
        </w:tc>
        <w:tc>
          <w:tcPr>
            <w:tcW w:type="dxa" w:w="1728"/>
          </w:tcPr>
          <w:p>
            <w:r>
              <w:t>hajiijan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9122****70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>
              <w:t>Asghari</w:t>
            </w:r>
          </w:p>
        </w:tc>
        <w:tc>
          <w:tcPr>
            <w:tcW w:type="dxa" w:w="1728"/>
          </w:tcPr>
          <w:p>
            <w:r>
              <w:t>Soheil2719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939*1*103*</w:t>
            </w:r>
          </w:p>
        </w:tc>
        <w:tc>
          <w:tcPr>
            <w:tcW w:type="dxa" w:w="1728"/>
          </w:tcPr>
          <w:p>
            <w:r>
              <w:t>Navid</w:t>
            </w:r>
          </w:p>
        </w:tc>
        <w:tc>
          <w:tcPr>
            <w:tcW w:type="dxa" w:w="1728"/>
          </w:tcPr>
          <w:p>
            <w:r>
              <w:t>Najafi</w:t>
            </w:r>
          </w:p>
        </w:tc>
        <w:tc>
          <w:tcPr>
            <w:tcW w:type="dxa" w:w="1728"/>
          </w:tcPr>
          <w:p>
            <w:r>
              <w:t>Navidcu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9194927**3</w:t>
            </w:r>
          </w:p>
        </w:tc>
        <w:tc>
          <w:tcPr>
            <w:tcW w:type="dxa" w:w="1728"/>
          </w:tcPr>
          <w:p>
            <w:r>
              <w:t>ส ι 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Baratii_Ali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912*34310*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Sacheti</w:t>
            </w:r>
          </w:p>
        </w:tc>
        <w:tc>
          <w:tcPr>
            <w:tcW w:type="dxa" w:w="1728"/>
          </w:tcPr>
          <w:p>
            <w:r>
              <w:t>Afs_sm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9173*2400*</w:t>
            </w:r>
          </w:p>
        </w:tc>
        <w:tc>
          <w:tcPr>
            <w:tcW w:type="dxa" w:w="1728"/>
          </w:tcPr>
          <w:p>
            <w:r>
              <w:t>Taha Hamzavi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Tahahamzavi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9122*0*1**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pa1iz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922**19720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RAHAraha68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91127**4*4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Alavifar</w:t>
            </w:r>
          </w:p>
        </w:tc>
        <w:tc>
          <w:tcPr>
            <w:tcW w:type="dxa" w:w="1728"/>
          </w:tcPr>
          <w:p>
            <w:r>
              <w:t>MAlavifar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9222407791</w:t>
            </w:r>
          </w:p>
        </w:tc>
        <w:tc>
          <w:tcPr>
            <w:tcW w:type="dxa" w:w="1728"/>
          </w:tcPr>
          <w:p>
            <w:r>
              <w:t>tahereh</w:t>
            </w:r>
          </w:p>
        </w:tc>
        <w:tc>
          <w:tcPr>
            <w:tcW w:type="dxa" w:w="1728"/>
          </w:tcPr>
          <w:p>
            <w:r>
              <w:t>kamali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9123***17*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nimaa2000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91203**4*2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Ghodrati</w:t>
            </w:r>
          </w:p>
        </w:tc>
        <w:tc>
          <w:tcPr>
            <w:tcW w:type="dxa" w:w="1728"/>
          </w:tcPr>
          <w:p>
            <w:r>
              <w:t>ghodrati1515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933***9790</w:t>
            </w:r>
          </w:p>
        </w:tc>
        <w:tc>
          <w:tcPr>
            <w:tcW w:type="dxa" w:w="1728"/>
          </w:tcPr>
          <w:p>
            <w:r>
              <w:t>Forough</w:t>
            </w:r>
          </w:p>
        </w:tc>
        <w:tc>
          <w:tcPr>
            <w:tcW w:type="dxa" w:w="1728"/>
          </w:tcPr>
          <w:p>
            <w:r>
              <w:t>Foroughi</w:t>
            </w:r>
          </w:p>
        </w:tc>
        <w:tc>
          <w:tcPr>
            <w:tcW w:type="dxa" w:w="1728"/>
          </w:tcPr>
          <w:p>
            <w:r>
              <w:t>fo_frg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91233024*7</w:t>
            </w:r>
          </w:p>
        </w:tc>
        <w:tc>
          <w:tcPr>
            <w:tcW w:type="dxa" w:w="1728"/>
          </w:tcPr>
          <w:p>
            <w:r>
              <w:t>بابک</w:t>
            </w:r>
          </w:p>
        </w:tc>
        <w:tc>
          <w:tcPr>
            <w:tcW w:type="dxa" w:w="1728"/>
          </w:tcPr>
          <w:p>
            <w:r>
              <w:t>سبحانی</w:t>
            </w:r>
          </w:p>
        </w:tc>
        <w:tc>
          <w:tcPr>
            <w:tcW w:type="dxa" w:w="1728"/>
          </w:tcPr>
          <w:p>
            <w:r>
              <w:t>sobhanibabak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920**2417*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hamedespo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9210907932</w:t>
            </w:r>
          </w:p>
        </w:tc>
        <w:tc>
          <w:tcPr>
            <w:tcW w:type="dxa" w:w="1728"/>
          </w:tcPr>
          <w:p>
            <w:r>
              <w:t>erfankl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Erfnkl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93**3*9**3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PD_noorcharity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9121*41902</w:t>
            </w:r>
          </w:p>
        </w:tc>
        <w:tc>
          <w:tcPr>
            <w:tcW w:type="dxa" w:w="1728"/>
          </w:tcPr>
          <w:p>
            <w:r>
              <w:t>Amir 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937777*292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ThEMoHaMmAd7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912*221*24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matinkarimi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930*22**0*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wetttttt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91223907**</w:t>
            </w:r>
          </w:p>
        </w:tc>
        <w:tc>
          <w:tcPr>
            <w:tcW w:type="dxa" w:w="1728"/>
          </w:tcPr>
          <w:p>
            <w:r>
              <w:t>Asadollahi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Mostafa_Asadollahi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9124941003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>
              <w:t>mahboob</w:t>
            </w:r>
          </w:p>
        </w:tc>
        <w:tc>
          <w:tcPr>
            <w:tcW w:type="dxa" w:w="1728"/>
          </w:tcPr>
          <w:p>
            <w:r>
              <w:t>ashkaanmahboob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912312*9*1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Farajian</w:t>
            </w:r>
          </w:p>
        </w:tc>
        <w:tc>
          <w:tcPr>
            <w:tcW w:type="dxa" w:w="1728"/>
          </w:tcPr>
          <w:p>
            <w:r>
              <w:t>Minafarajian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9372022143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>
              <w:t>Ershadi</w:t>
            </w:r>
          </w:p>
        </w:tc>
        <w:tc>
          <w:tcPr>
            <w:tcW w:type="dxa" w:w="1728"/>
          </w:tcPr>
          <w:p>
            <w:r>
              <w:t>Soheilershadi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9334100711</w:t>
            </w:r>
          </w:p>
        </w:tc>
        <w:tc>
          <w:tcPr>
            <w:tcW w:type="dxa" w:w="1728"/>
          </w:tcPr>
          <w:p>
            <w:r>
              <w:t>Aloserver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aloserver24admin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91**1**2**</w:t>
            </w:r>
          </w:p>
        </w:tc>
        <w:tc>
          <w:tcPr>
            <w:tcW w:type="dxa" w:w="1728"/>
          </w:tcPr>
          <w:p>
            <w:r>
              <w:t>127.0.0.1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Ramin_hasanzadeh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922241*092</w:t>
            </w:r>
          </w:p>
        </w:tc>
        <w:tc>
          <w:tcPr>
            <w:tcW w:type="dxa" w:w="1728"/>
          </w:tcPr>
          <w:p>
            <w:r>
              <w:t>zari</w:t>
            </w:r>
          </w:p>
        </w:tc>
        <w:tc>
          <w:tcPr>
            <w:tcW w:type="dxa" w:w="1728"/>
          </w:tcPr>
          <w:p>
            <w:r>
              <w:t>hasani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9193***900</w:t>
            </w:r>
          </w:p>
        </w:tc>
        <w:tc>
          <w:tcPr>
            <w:tcW w:type="dxa" w:w="1728"/>
          </w:tcPr>
          <w:p>
            <w:r>
              <w:t>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Man_ghni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9031001724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>
              <w:t>Bashiri</w:t>
            </w:r>
          </w:p>
        </w:tc>
        <w:tc>
          <w:tcPr>
            <w:tcW w:type="dxa" w:w="1728"/>
          </w:tcPr>
          <w:p>
            <w:r>
              <w:t>Shayants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91222349**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Ghazi</w:t>
            </w:r>
          </w:p>
        </w:tc>
        <w:tc>
          <w:tcPr>
            <w:tcW w:type="dxa" w:w="1728"/>
          </w:tcPr>
          <w:p>
            <w:r>
              <w:t>MeisamGhazi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9033232330</w:t>
            </w:r>
          </w:p>
        </w:tc>
        <w:tc>
          <w:tcPr>
            <w:tcW w:type="dxa" w:w="1728"/>
          </w:tcPr>
          <w:p>
            <w:r>
              <w:t>ℳεყⓢﾑʍ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MeysamTeh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93**9*1211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hosseinx86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9127**4770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rezaaheydari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9124*9*12*</w:t>
            </w:r>
          </w:p>
        </w:tc>
        <w:tc>
          <w:tcPr>
            <w:tcW w:type="dxa" w:w="1728"/>
          </w:tcPr>
          <w:p>
            <w:r>
              <w:t>9124598126</w:t>
            </w:r>
          </w:p>
        </w:tc>
        <w:tc>
          <w:tcPr>
            <w:tcW w:type="dxa" w:w="1728"/>
          </w:tcPr>
          <w:p>
            <w:r>
              <w:t>9124598126</w:t>
            </w:r>
          </w:p>
        </w:tc>
        <w:tc>
          <w:tcPr>
            <w:tcW w:type="dxa" w:w="1728"/>
          </w:tcPr>
          <w:p>
            <w:r>
              <w:t>javadahmadzadeh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914**2**43</w:t>
            </w:r>
          </w:p>
        </w:tc>
        <w:tc>
          <w:tcPr>
            <w:tcW w:type="dxa" w:w="1728"/>
          </w:tcPr>
          <w:p>
            <w:r>
              <w:t>Nemat</w:t>
            </w:r>
          </w:p>
        </w:tc>
        <w:tc>
          <w:tcPr>
            <w:tcW w:type="dxa" w:w="1728"/>
          </w:tcPr>
          <w:p>
            <w:r>
              <w:t>Hazrati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914**14179</w:t>
            </w:r>
          </w:p>
        </w:tc>
        <w:tc>
          <w:tcPr>
            <w:tcW w:type="dxa" w:w="1728"/>
          </w:tcPr>
          <w:p>
            <w:r>
              <w:t>Mikrotik</w:t>
            </w:r>
          </w:p>
        </w:tc>
        <w:tc>
          <w:tcPr>
            <w:tcW w:type="dxa" w:w="1728"/>
          </w:tcPr>
          <w:p>
            <w:r>
              <w:t>University</w:t>
            </w:r>
          </w:p>
        </w:tc>
        <w:tc>
          <w:tcPr>
            <w:tcW w:type="dxa" w:w="1728"/>
          </w:tcPr>
          <w:p>
            <w:r>
              <w:t>mikrotikuniversitydotnet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91*3*2*297</w:t>
            </w:r>
          </w:p>
        </w:tc>
        <w:tc>
          <w:tcPr>
            <w:tcW w:type="dxa" w:w="1728"/>
          </w:tcPr>
          <w:p>
            <w:r>
              <w:t>💠Jalal💠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Jalal_0641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9122*309*9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Arrtemiis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912749349*</w:t>
            </w:r>
          </w:p>
        </w:tc>
        <w:tc>
          <w:tcPr>
            <w:tcW w:type="dxa" w:w="1728"/>
          </w:tcPr>
          <w:p>
            <w:r>
              <w:t>Steve</w:t>
            </w:r>
          </w:p>
        </w:tc>
        <w:tc>
          <w:tcPr>
            <w:tcW w:type="dxa" w:w="1728"/>
          </w:tcPr>
          <w:p>
            <w:r>
              <w:t>Jobs</w:t>
            </w:r>
          </w:p>
        </w:tc>
        <w:tc>
          <w:tcPr>
            <w:tcW w:type="dxa" w:w="1728"/>
          </w:tcPr>
          <w:p>
            <w:r>
              <w:t>SteveJobs1955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912440*912</w:t>
            </w:r>
          </w:p>
        </w:tc>
        <w:tc>
          <w:tcPr>
            <w:tcW w:type="dxa" w:w="1728"/>
          </w:tcPr>
          <w:p>
            <w:r>
              <w:t>Hafez</w:t>
            </w:r>
          </w:p>
        </w:tc>
        <w:tc>
          <w:tcPr>
            <w:tcW w:type="dxa" w:w="1728"/>
          </w:tcPr>
          <w:p>
            <w:r>
              <w:t>Vahabi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93711411**</w:t>
            </w:r>
          </w:p>
        </w:tc>
        <w:tc>
          <w:tcPr>
            <w:tcW w:type="dxa" w:w="1728"/>
          </w:tcPr>
          <w:p>
            <w:r>
              <w:t>Fereshteh Bahrami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F_baheami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917907103*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>
              <w:t>Mahmoudi</w:t>
            </w:r>
          </w:p>
        </w:tc>
        <w:tc>
          <w:tcPr>
            <w:tcW w:type="dxa" w:w="1728"/>
          </w:tcPr>
          <w:p>
            <w:r>
              <w:t>Faridmahmoudi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91202**13*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ahmadmahdi7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933*2*029*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Erfan10sa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91249*1*71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S4H412GH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9129320492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pourabdollah46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912**44*3*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>
              <w:t>HajSalehi</w:t>
            </w:r>
          </w:p>
        </w:tc>
        <w:tc>
          <w:tcPr>
            <w:tcW w:type="dxa" w:w="1728"/>
          </w:tcPr>
          <w:p>
            <w:r>
              <w:t>HajSalehi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912**49923</w:t>
            </w:r>
          </w:p>
        </w:tc>
        <w:tc>
          <w:tcPr>
            <w:tcW w:type="dxa" w:w="1728"/>
          </w:tcPr>
          <w:p>
            <w:r>
              <w:t>Mna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9371*47404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Morteza226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919*01324*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903**31***</w:t>
            </w:r>
          </w:p>
        </w:tc>
        <w:tc>
          <w:tcPr>
            <w:tcW w:type="dxa" w:w="1728"/>
          </w:tcPr>
          <w:p>
            <w:r>
              <w:t>hengame</w:t>
            </w:r>
          </w:p>
        </w:tc>
        <w:tc>
          <w:tcPr>
            <w:tcW w:type="dxa" w:w="1728"/>
          </w:tcPr>
          <w:p>
            <w:r>
              <w:t>mofidi</w:t>
            </w:r>
          </w:p>
        </w:tc>
        <w:tc>
          <w:tcPr>
            <w:tcW w:type="dxa" w:w="1728"/>
          </w:tcPr>
          <w:p>
            <w:r>
              <w:t>hengamemofid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9127779712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912407*027</w:t>
            </w:r>
          </w:p>
        </w:tc>
        <w:tc>
          <w:tcPr>
            <w:tcW w:type="dxa" w:w="1728"/>
          </w:tcPr>
          <w:p>
            <w:r>
              <w:t>Davit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Davit_d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9122907*7*</w:t>
            </w:r>
          </w:p>
        </w:tc>
        <w:tc>
          <w:tcPr>
            <w:tcW w:type="dxa" w:w="1728"/>
          </w:tcPr>
          <w:p>
            <w:r>
              <w:t>J.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>
              <w:t>J_Azizi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911149*071</w:t>
            </w:r>
          </w:p>
        </w:tc>
        <w:tc>
          <w:tcPr>
            <w:tcW w:type="dxa" w:w="1728"/>
          </w:tcPr>
          <w:p>
            <w:r>
              <w:t>Nazila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nazila9271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937***9*90</w:t>
            </w:r>
          </w:p>
        </w:tc>
        <w:tc>
          <w:tcPr>
            <w:tcW w:type="dxa" w:w="1728"/>
          </w:tcPr>
          <w:p>
            <w:r>
              <w:t>Network</w:t>
            </w:r>
          </w:p>
        </w:tc>
        <w:tc>
          <w:tcPr>
            <w:tcW w:type="dxa" w:w="1728"/>
          </w:tcPr>
          <w:p>
            <w:r>
              <w:t>Admin</w:t>
            </w:r>
          </w:p>
        </w:tc>
        <w:tc>
          <w:tcPr>
            <w:tcW w:type="dxa" w:w="1728"/>
          </w:tcPr>
          <w:p>
            <w:r>
              <w:t>Pi_Admin_IC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9124**7***</w:t>
            </w:r>
          </w:p>
        </w:tc>
        <w:tc>
          <w:tcPr>
            <w:tcW w:type="dxa" w:w="1728"/>
          </w:tcPr>
          <w:p>
            <w:r>
              <w:t>M.Fathi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9201900*9*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Majidi</w:t>
            </w:r>
          </w:p>
        </w:tc>
        <w:tc>
          <w:tcPr>
            <w:tcW w:type="dxa" w:w="1728"/>
          </w:tcPr>
          <w:p>
            <w:r>
              <w:t>em_majidi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93*943*232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unity9898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9394*22277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mhm9889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912130234*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Bizmark</w:t>
            </w:r>
          </w:p>
        </w:tc>
        <w:tc>
          <w:tcPr>
            <w:tcW w:type="dxa" w:w="1728"/>
          </w:tcPr>
          <w:p>
            <w:r>
              <w:t>alibizmark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9122120*97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Saraf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912294*9*0</w:t>
            </w:r>
          </w:p>
        </w:tc>
        <w:tc>
          <w:tcPr>
            <w:tcW w:type="dxa" w:w="1728"/>
          </w:tcPr>
          <w:p>
            <w:r>
              <w:t>Tara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t4l24l3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921274**3*</w:t>
            </w:r>
          </w:p>
        </w:tc>
        <w:tc>
          <w:tcPr>
            <w:tcW w:type="dxa" w:w="1728"/>
          </w:tcPr>
          <w:p>
            <w:r>
              <w:t>Bahareh</w:t>
            </w:r>
          </w:p>
        </w:tc>
        <w:tc>
          <w:tcPr>
            <w:tcW w:type="dxa" w:w="1728"/>
          </w:tcPr>
          <w:p>
            <w:r>
              <w:t>Ebrahimi</w:t>
            </w:r>
          </w:p>
        </w:tc>
        <w:tc>
          <w:tcPr>
            <w:tcW w:type="dxa" w:w="1728"/>
          </w:tcPr>
          <w:p>
            <w:r>
              <w:t>BEbrahimi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912399*3*3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HesamSheikhattar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937**3*0*3</w:t>
            </w:r>
          </w:p>
        </w:tc>
        <w:tc>
          <w:tcPr>
            <w:tcW w:type="dxa" w:w="1728"/>
          </w:tcPr>
          <w:p>
            <w:r>
              <w:t>HPN SALES 2/</w:t>
            </w:r>
          </w:p>
        </w:tc>
        <w:tc>
          <w:tcPr>
            <w:tcW w:type="dxa" w:w="1728"/>
          </w:tcPr>
          <w:p>
            <w:r>
              <w:t>fattahi www.HPN.ir</w:t>
            </w:r>
          </w:p>
        </w:tc>
        <w:tc>
          <w:tcPr>
            <w:tcW w:type="dxa" w:w="1728"/>
          </w:tcPr>
          <w:p>
            <w:r>
              <w:t>fattahi_HPN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93*9*01**0</w:t>
            </w:r>
          </w:p>
        </w:tc>
        <w:tc>
          <w:tcPr>
            <w:tcW w:type="dxa" w:w="1728"/>
          </w:tcPr>
          <w:p>
            <w:r>
              <w:t>Koorosh</w:t>
            </w:r>
          </w:p>
        </w:tc>
        <w:tc>
          <w:tcPr>
            <w:tcW w:type="dxa" w:w="1728"/>
          </w:tcPr>
          <w:p>
            <w:r>
              <w:t>Hoveyda</w:t>
            </w:r>
          </w:p>
        </w:tc>
        <w:tc>
          <w:tcPr>
            <w:tcW w:type="dxa" w:w="1728"/>
          </w:tcPr>
          <w:p>
            <w:r>
              <w:t>Kooroshhoveyda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9122999*04</w:t>
            </w:r>
          </w:p>
        </w:tc>
        <w:tc>
          <w:tcPr>
            <w:tcW w:type="dxa" w:w="1728"/>
          </w:tcPr>
          <w:p>
            <w:r>
              <w:t>Hoo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nozari_a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912347334*</w:t>
            </w:r>
          </w:p>
        </w:tc>
        <w:tc>
          <w:tcPr>
            <w:tcW w:type="dxa" w:w="1728"/>
          </w:tcPr>
          <w:p>
            <w:r>
              <w:t>Fariborz</w:t>
            </w:r>
          </w:p>
        </w:tc>
        <w:tc>
          <w:tcPr>
            <w:tcW w:type="dxa" w:w="1728"/>
          </w:tcPr>
          <w:p>
            <w:r>
              <w:t>Saadinam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93*72*0777</w:t>
            </w:r>
          </w:p>
        </w:tc>
        <w:tc>
          <w:tcPr>
            <w:tcW w:type="dxa" w:w="1728"/>
          </w:tcPr>
          <w:p>
            <w:r>
              <w:t>Elahe Mozafari الهه مظفری</w:t>
            </w:r>
          </w:p>
        </w:tc>
        <w:tc>
          <w:tcPr>
            <w:tcW w:type="dxa" w:w="1728"/>
          </w:tcPr>
          <w:p>
            <w:r>
              <w:t>NITA</w:t>
            </w:r>
          </w:p>
        </w:tc>
        <w:tc>
          <w:tcPr>
            <w:tcW w:type="dxa" w:w="1728"/>
          </w:tcPr>
          <w:p>
            <w:r>
              <w:t>Mozaffari_Elaheh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93***271*0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Alibakhshi</w:t>
            </w:r>
          </w:p>
        </w:tc>
        <w:tc>
          <w:tcPr>
            <w:tcW w:type="dxa" w:w="1728"/>
          </w:tcPr>
          <w:p>
            <w:r>
              <w:t>malibakkhshi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9113137209</w:t>
            </w:r>
          </w:p>
        </w:tc>
        <w:tc>
          <w:tcPr>
            <w:tcW w:type="dxa" w:w="1728"/>
          </w:tcPr>
          <w:p>
            <w:r>
              <w:t>kambiz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KDG53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912*9*213*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seidi</w:t>
            </w:r>
          </w:p>
        </w:tc>
        <w:tc>
          <w:tcPr>
            <w:tcW w:type="dxa" w:w="1728"/>
          </w:tcPr>
          <w:p>
            <w:r>
              <w:t>cisco_atf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91249*012*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Mojtab_gh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9111**9**9</w:t>
            </w:r>
          </w:p>
        </w:tc>
        <w:tc>
          <w:tcPr>
            <w:tcW w:type="dxa" w:w="1728"/>
          </w:tcPr>
          <w:p>
            <w:r>
              <w:t>mohammadjavad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91*3249492</w:t>
            </w:r>
          </w:p>
        </w:tc>
        <w:tc>
          <w:tcPr>
            <w:tcW w:type="dxa" w:w="1728"/>
          </w:tcPr>
          <w:p>
            <w:r>
              <w:t>«سُبحَانَ اللهِ»</w:t>
            </w:r>
          </w:p>
        </w:tc>
        <w:tc>
          <w:tcPr>
            <w:tcW w:type="dxa" w:w="1728"/>
          </w:tcPr>
          <w:p>
            <w:r>
              <w:t>اَلحَمدُللهِ رَبِّ العَالَمِینَ کَثِیراً عَلَی کُلِّ حَالٍ</w:t>
            </w:r>
          </w:p>
        </w:tc>
        <w:tc>
          <w:tcPr>
            <w:tcW w:type="dxa" w:w="1728"/>
          </w:tcPr>
          <w:p>
            <w:r>
              <w:t>MKS2397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9127*00*09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Riyahi</w:t>
            </w:r>
          </w:p>
        </w:tc>
        <w:tc>
          <w:tcPr>
            <w:tcW w:type="dxa" w:w="1728"/>
          </w:tcPr>
          <w:p>
            <w:r>
              <w:t>Rminbaky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  <w:tr>
        <w:tc>
          <w:tcPr>
            <w:tcW w:type="dxa" w:w="1728"/>
          </w:tcPr>
          <w:p>
            <w:r>
              <w:t>919497117*</w:t>
            </w:r>
          </w:p>
        </w:tc>
        <w:tc>
          <w:tcPr>
            <w:tcW w:type="dxa" w:w="1728"/>
          </w:tcPr>
          <w:p>
            <w:r>
              <w:t>momeni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Momenimaryam</w:t>
            </w:r>
          </w:p>
        </w:tc>
        <w:tc>
          <w:tcPr>
            <w:tcW w:type="dxa" w:w="1728"/>
          </w:tcPr>
          <w:p>
            <w:r>
              <w:t>PersianCisco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PersianCisco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