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PADOVA_ UNISTI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PADOVA_ UNISTI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930404*433</w:t>
            </w:r>
          </w:p>
        </w:tc>
        <w:tc>
          <w:tcPr>
            <w:tcW w:type="dxa" w:w="1728"/>
          </w:tcPr>
          <w:p>
            <w:r>
              <w:t>🌸SOHA SH🌸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Sohashhh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93*14*944*</w:t>
            </w:r>
          </w:p>
        </w:tc>
        <w:tc>
          <w:tcPr>
            <w:tcW w:type="dxa" w:w="1728"/>
          </w:tcPr>
          <w:p>
            <w:r>
              <w:t>Mitra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mitra_morajabi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9124**23**</w:t>
            </w:r>
          </w:p>
        </w:tc>
        <w:tc>
          <w:tcPr>
            <w:tcW w:type="dxa" w:w="1728"/>
          </w:tcPr>
          <w:p>
            <w:r>
              <w:t>F&amp;T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Opho5gh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912**234*2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Borji</w:t>
            </w:r>
          </w:p>
        </w:tc>
        <w:tc>
          <w:tcPr>
            <w:tcW w:type="dxa" w:w="1728"/>
          </w:tcPr>
          <w:p>
            <w:r>
              <w:t>PeD_Brj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93***077*9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nimooolll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939410***9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amirr_ag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912*44*97*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Ghaemmaghami</w:t>
            </w:r>
          </w:p>
        </w:tc>
        <w:tc>
          <w:tcPr>
            <w:tcW w:type="dxa" w:w="1728"/>
          </w:tcPr>
          <w:p>
            <w:r>
              <w:t>Miladgh19951374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9372*2**4*</w:t>
            </w:r>
          </w:p>
        </w:tc>
        <w:tc>
          <w:tcPr>
            <w:tcW w:type="dxa" w:w="1728"/>
          </w:tcPr>
          <w:p>
            <w:r>
              <w:t>Jacob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Jax0808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902**1372*</w:t>
            </w:r>
          </w:p>
        </w:tc>
        <w:tc>
          <w:tcPr>
            <w:tcW w:type="dxa" w:w="1728"/>
          </w:tcPr>
          <w:p>
            <w:r>
              <w:t>Elaheh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elamzh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9147**174*</w:t>
            </w:r>
          </w:p>
        </w:tc>
        <w:tc>
          <w:tcPr>
            <w:tcW w:type="dxa" w:w="1728"/>
          </w:tcPr>
          <w:p>
            <w:r>
              <w:t>Javanian biotech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Shjavanian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9900*2*24*</w:t>
            </w:r>
          </w:p>
        </w:tc>
        <w:tc>
          <w:tcPr>
            <w:tcW w:type="dxa" w:w="1728"/>
          </w:tcPr>
          <w:p>
            <w:r>
              <w:t>zinzy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zee_nafasnejad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912721*499</w:t>
            </w:r>
          </w:p>
        </w:tc>
        <w:tc>
          <w:tcPr>
            <w:tcW w:type="dxa" w:w="1728"/>
          </w:tcPr>
          <w:p>
            <w:r>
              <w:t>tm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tourianm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9102177977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Fauteme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93*40132*9</w:t>
            </w:r>
          </w:p>
        </w:tc>
        <w:tc>
          <w:tcPr>
            <w:tcW w:type="dxa" w:w="1728"/>
          </w:tcPr>
          <w:p>
            <w:r>
              <w:t>Sara.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sarah_barari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91227912*0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>
              <w:t>Peyravi</w:t>
            </w:r>
          </w:p>
        </w:tc>
        <w:tc>
          <w:tcPr>
            <w:tcW w:type="dxa" w:w="1728"/>
          </w:tcPr>
          <w:p>
            <w:r>
              <w:t>samanehpeyravi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93*1*39729</w:t>
            </w:r>
          </w:p>
        </w:tc>
        <w:tc>
          <w:tcPr>
            <w:tcW w:type="dxa" w:w="1728"/>
          </w:tcPr>
          <w:p>
            <w:r>
              <w:t>Zhina🐼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zhin0a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9032**013*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Hmmed_Mm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913*221*24</w:t>
            </w:r>
          </w:p>
        </w:tc>
        <w:tc>
          <w:tcPr>
            <w:tcW w:type="dxa" w:w="1728"/>
          </w:tcPr>
          <w:p>
            <w:r>
              <w:t>Athareh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athare13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9300270303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myooruasdefi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939177*737</w:t>
            </w:r>
          </w:p>
        </w:tc>
        <w:tc>
          <w:tcPr>
            <w:tcW w:type="dxa" w:w="1728"/>
          </w:tcPr>
          <w:p>
            <w:r>
              <w:t>Mahla</w:t>
            </w:r>
          </w:p>
        </w:tc>
        <w:tc>
          <w:tcPr>
            <w:tcW w:type="dxa" w:w="1728"/>
          </w:tcPr>
          <w:p>
            <w:r>
              <w:t>Maghazeh</w:t>
            </w:r>
          </w:p>
        </w:tc>
        <w:tc>
          <w:tcPr>
            <w:tcW w:type="dxa" w:w="1728"/>
          </w:tcPr>
          <w:p>
            <w:r>
              <w:t>Mahla_Maghazeh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9173202*22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arashfi1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9174299194</w:t>
            </w:r>
          </w:p>
        </w:tc>
        <w:tc>
          <w:tcPr>
            <w:tcW w:type="dxa" w:w="1728"/>
          </w:tcPr>
          <w:p>
            <w:r>
              <w:t>Aida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Aidap2000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91**19**34</w:t>
            </w:r>
          </w:p>
        </w:tc>
        <w:tc>
          <w:tcPr>
            <w:tcW w:type="dxa" w:w="1728"/>
          </w:tcPr>
          <w:p>
            <w:r>
              <w:t>Nazi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nbb_rt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922*1***09</w:t>
            </w:r>
          </w:p>
        </w:tc>
        <w:tc>
          <w:tcPr>
            <w:tcW w:type="dxa" w:w="1728"/>
          </w:tcPr>
          <w:p>
            <w:r>
              <w:t>Mah</w:t>
            </w:r>
          </w:p>
        </w:tc>
        <w:tc>
          <w:tcPr>
            <w:tcW w:type="dxa" w:w="1728"/>
          </w:tcPr>
          <w:p>
            <w:r>
              <w:t>Samadi</w:t>
            </w:r>
          </w:p>
        </w:tc>
        <w:tc>
          <w:tcPr>
            <w:tcW w:type="dxa" w:w="1728"/>
          </w:tcPr>
          <w:p>
            <w:r>
              <w:t>Mah_smd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919**099*9</w:t>
            </w:r>
          </w:p>
        </w:tc>
        <w:tc>
          <w:tcPr>
            <w:tcW w:type="dxa" w:w="1728"/>
          </w:tcPr>
          <w:p>
            <w:r>
              <w:t>ELAHEH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Elaheh_ra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9032400*33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Sara_nem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91021*1923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hamed_nzn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9109*93*73</w:t>
            </w:r>
          </w:p>
        </w:tc>
        <w:tc>
          <w:tcPr>
            <w:tcW w:type="dxa" w:w="1728"/>
          </w:tcPr>
          <w:p>
            <w:r>
              <w:t>حنا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lill_hana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93*44419*4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A_Nadaff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903**22*90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eli_eco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93**749234</w:t>
            </w:r>
          </w:p>
        </w:tc>
        <w:tc>
          <w:tcPr>
            <w:tcW w:type="dxa" w:w="1728"/>
          </w:tcPr>
          <w:p>
            <w:r>
              <w:t>Ghaffar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Gfffr7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912744*2**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siamak_gheshlaghi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937*3770**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>
              <w:t>aliukkk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93*0999240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Aamin1994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93*9*709*3</w:t>
            </w:r>
          </w:p>
        </w:tc>
        <w:tc>
          <w:tcPr>
            <w:tcW w:type="dxa" w:w="1728"/>
          </w:tcPr>
          <w:p>
            <w:r>
              <w:t>..A..L..I..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Ali_0079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933*40**9*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990*412204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Raha_1999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93*9419**9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khedri</w:t>
            </w:r>
          </w:p>
        </w:tc>
        <w:tc>
          <w:tcPr>
            <w:tcW w:type="dxa" w:w="1728"/>
          </w:tcPr>
          <w:p>
            <w:r>
              <w:t>fatemehkhedri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921449790*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>
              <w:t>Kargar</w:t>
            </w:r>
          </w:p>
        </w:tc>
        <w:tc>
          <w:tcPr>
            <w:tcW w:type="dxa" w:w="1728"/>
          </w:tcPr>
          <w:p>
            <w:r>
              <w:t>Armanmusicofficiall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939****9*9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rf_fatemeh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9113222022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Sajadr322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920317**9*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AsadiJozani</w:t>
            </w:r>
          </w:p>
        </w:tc>
        <w:tc>
          <w:tcPr>
            <w:tcW w:type="dxa" w:w="1728"/>
          </w:tcPr>
          <w:p>
            <w:r>
              <w:t>AlirezaAsadiJozani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93*1*00*2*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TomHanx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902*2*01*7</w:t>
            </w:r>
          </w:p>
        </w:tc>
        <w:tc>
          <w:tcPr>
            <w:tcW w:type="dxa" w:w="1728"/>
          </w:tcPr>
          <w:p>
            <w:r>
              <w:t>Romina</w:t>
            </w:r>
          </w:p>
        </w:tc>
        <w:tc>
          <w:tcPr>
            <w:tcW w:type="dxa" w:w="1728"/>
          </w:tcPr>
          <w:p>
            <w:r>
              <w:t>RJ</w:t>
            </w:r>
          </w:p>
        </w:tc>
        <w:tc>
          <w:tcPr>
            <w:tcW w:type="dxa" w:w="1728"/>
          </w:tcPr>
          <w:p>
            <w:r>
              <w:t>ro_mi_naa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912*20**23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sahar_gh3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9112***70*</w:t>
            </w:r>
          </w:p>
        </w:tc>
        <w:tc>
          <w:tcPr>
            <w:tcW w:type="dxa" w:w="1728"/>
          </w:tcPr>
          <w:p>
            <w:r>
              <w:t>Azin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91339040**</w:t>
            </w:r>
          </w:p>
        </w:tc>
        <w:tc>
          <w:tcPr>
            <w:tcW w:type="dxa" w:w="1728"/>
          </w:tcPr>
          <w:p>
            <w:r>
              <w:t>Sobhan</w:t>
            </w:r>
          </w:p>
        </w:tc>
        <w:tc>
          <w:tcPr>
            <w:tcW w:type="dxa" w:w="1728"/>
          </w:tcPr>
          <w:p>
            <w:r>
              <w:t>Aminian</w:t>
            </w:r>
          </w:p>
        </w:tc>
        <w:tc>
          <w:tcPr>
            <w:tcW w:type="dxa" w:w="1728"/>
          </w:tcPr>
          <w:p>
            <w:r>
              <w:t>SobhanAmn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930*4***02</w:t>
            </w:r>
          </w:p>
        </w:tc>
        <w:tc>
          <w:tcPr>
            <w:tcW w:type="dxa" w:w="1728"/>
          </w:tcPr>
          <w:p>
            <w:r>
              <w:t>Masih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masih24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91***41*12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Usefi</w:t>
            </w:r>
          </w:p>
        </w:tc>
        <w:tc>
          <w:tcPr>
            <w:tcW w:type="dxa" w:w="1728"/>
          </w:tcPr>
          <w:p>
            <w:r>
              <w:t>mohammadusefi2022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93*3*01*33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mehrdadmirzaeiiii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9030*9*44*</w:t>
            </w:r>
          </w:p>
        </w:tc>
        <w:tc>
          <w:tcPr>
            <w:tcW w:type="dxa" w:w="1728"/>
          </w:tcPr>
          <w:p>
            <w:r>
              <w:t>Zahra 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zahrahosseini9376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90*1**1*97</w:t>
            </w:r>
          </w:p>
        </w:tc>
        <w:tc>
          <w:tcPr>
            <w:tcW w:type="dxa" w:w="1728"/>
          </w:tcPr>
          <w:p>
            <w:r>
              <w:t>Aynour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aynour_nzd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93*434*373</w:t>
            </w:r>
          </w:p>
        </w:tc>
        <w:tc>
          <w:tcPr>
            <w:tcW w:type="dxa" w:w="1728"/>
          </w:tcPr>
          <w:p>
            <w:r>
              <w:t>Niloufar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Nilou_ys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93*1*2**1*</w:t>
            </w:r>
          </w:p>
        </w:tc>
        <w:tc>
          <w:tcPr>
            <w:tcW w:type="dxa" w:w="1728"/>
          </w:tcPr>
          <w:p>
            <w:r>
              <w:t>Farah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Summer526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912022*491</w:t>
            </w:r>
          </w:p>
        </w:tc>
        <w:tc>
          <w:tcPr>
            <w:tcW w:type="dxa" w:w="1728"/>
          </w:tcPr>
          <w:p>
            <w:r>
              <w:t>Fatmaaa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fatmaa_jafari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912439**11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>
              <w:t>Kheyri</w:t>
            </w:r>
          </w:p>
        </w:tc>
        <w:tc>
          <w:tcPr>
            <w:tcW w:type="dxa" w:w="1728"/>
          </w:tcPr>
          <w:p>
            <w:r>
              <w:t>fkheyri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9337771997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Sharifi</w:t>
            </w:r>
          </w:p>
        </w:tc>
        <w:tc>
          <w:tcPr>
            <w:tcW w:type="dxa" w:w="1728"/>
          </w:tcPr>
          <w:p>
            <w:r>
              <w:t>Amirhossein_Sharifi97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9214***271</w:t>
            </w:r>
          </w:p>
        </w:tc>
        <w:tc>
          <w:tcPr>
            <w:tcW w:type="dxa" w:w="1728"/>
          </w:tcPr>
          <w:p>
            <w:r>
              <w:t>︎𝓷𝓮𝓰𝓲𝓷 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ngn1379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933027*9*9</w:t>
            </w:r>
          </w:p>
        </w:tc>
        <w:tc>
          <w:tcPr>
            <w:tcW w:type="dxa" w:w="1728"/>
          </w:tcPr>
          <w:p>
            <w:r>
              <w:t>sh_nzi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sh_nzi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91227**342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MinaASAee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91320**373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Shafiei</w:t>
            </w:r>
          </w:p>
        </w:tc>
        <w:tc>
          <w:tcPr>
            <w:tcW w:type="dxa" w:w="1728"/>
          </w:tcPr>
          <w:p>
            <w:r>
              <w:t>Jalilshafiei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912*992*27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Farhadi</w:t>
            </w:r>
          </w:p>
        </w:tc>
        <w:tc>
          <w:tcPr>
            <w:tcW w:type="dxa" w:w="1728"/>
          </w:tcPr>
          <w:p>
            <w:r>
              <w:t>mohammadfarhadi123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912020**74</w:t>
            </w:r>
          </w:p>
        </w:tc>
        <w:tc>
          <w:tcPr>
            <w:tcW w:type="dxa" w:w="1728"/>
          </w:tcPr>
          <w:p>
            <w:r>
              <w:t>Setareh✨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star_tvkl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93*313*243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drmaniblue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9100*7**94</w:t>
            </w:r>
          </w:p>
        </w:tc>
        <w:tc>
          <w:tcPr>
            <w:tcW w:type="dxa" w:w="1728"/>
          </w:tcPr>
          <w:p>
            <w:r>
              <w:t>Aida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aidaaghl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93*734*01*</w:t>
            </w:r>
          </w:p>
        </w:tc>
        <w:tc>
          <w:tcPr>
            <w:tcW w:type="dxa" w:w="1728"/>
          </w:tcPr>
          <w:p>
            <w:r>
              <w:t>Ayda</w:t>
            </w:r>
          </w:p>
        </w:tc>
        <w:tc>
          <w:tcPr>
            <w:tcW w:type="dxa" w:w="1728"/>
          </w:tcPr>
          <w:p>
            <w:r>
              <w:t>Soheilifar</w:t>
            </w:r>
          </w:p>
        </w:tc>
        <w:tc>
          <w:tcPr>
            <w:tcW w:type="dxa" w:w="1728"/>
          </w:tcPr>
          <w:p>
            <w:r>
              <w:t>Imaydaa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93*002*9*0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Farajibirgani</w:t>
            </w:r>
          </w:p>
        </w:tc>
        <w:tc>
          <w:tcPr>
            <w:tcW w:type="dxa" w:w="1728"/>
          </w:tcPr>
          <w:p>
            <w:r>
              <w:t>miladfarajibirgani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93*4**27**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Neginve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912*302*74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Spmob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9120292***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PRSIioness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93**2*****</w:t>
            </w:r>
          </w:p>
        </w:tc>
        <w:tc>
          <w:tcPr>
            <w:tcW w:type="dxa" w:w="1728"/>
          </w:tcPr>
          <w:p>
            <w:r>
              <w:t>莲花🪷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sarasasfy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9032***177</w:t>
            </w:r>
          </w:p>
        </w:tc>
        <w:tc>
          <w:tcPr>
            <w:tcW w:type="dxa" w:w="1728"/>
          </w:tcPr>
          <w:p>
            <w:r>
              <w:t>Sunlight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Sunlight19961996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912****072</w:t>
            </w:r>
          </w:p>
        </w:tc>
        <w:tc>
          <w:tcPr>
            <w:tcW w:type="dxa" w:w="1728"/>
          </w:tcPr>
          <w:p>
            <w:r>
              <w:t>Simin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93*0*31399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Maryam_Hatamin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90117*0301</w:t>
            </w:r>
          </w:p>
        </w:tc>
        <w:tc>
          <w:tcPr>
            <w:tcW w:type="dxa" w:w="1728"/>
          </w:tcPr>
          <w:p>
            <w:r>
              <w:t>ทaรt@raท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Nastaranch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93*9200924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s_hoviegar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93739*41*3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ni_zr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912***33*9</w:t>
            </w:r>
          </w:p>
        </w:tc>
        <w:tc>
          <w:tcPr>
            <w:tcW w:type="dxa" w:w="1728"/>
          </w:tcPr>
          <w:p>
            <w:r>
              <w:t>Dr.vida harbi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Vidarambod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9177973309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>
              <w:t>Mohajeri</w:t>
            </w:r>
          </w:p>
        </w:tc>
        <w:tc>
          <w:tcPr>
            <w:tcW w:type="dxa" w:w="1728"/>
          </w:tcPr>
          <w:p>
            <w:r>
              <w:t>SHIRINM0HAJERI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  <w:tr>
        <w:tc>
          <w:tcPr>
            <w:tcW w:type="dxa" w:w="1728"/>
          </w:tcPr>
          <w:p>
            <w:r>
              <w:t>9030****9*</w:t>
            </w:r>
          </w:p>
        </w:tc>
        <w:tc>
          <w:tcPr>
            <w:tcW w:type="dxa" w:w="1728"/>
          </w:tcPr>
          <w:p>
            <w:r>
              <w:t>Shahrouz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shahruzhp</w:t>
            </w:r>
          </w:p>
        </w:tc>
        <w:tc>
          <w:tcPr>
            <w:tcW w:type="dxa" w:w="1728"/>
          </w:tcPr>
          <w:p>
            <w:r>
              <w:t>PADOVA_ UNISTI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PADOVA_ UNISTI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