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OverProtocol Chat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OverProtocol Chat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910**0**39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Fggdse555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93*4***271</w:t>
            </w:r>
          </w:p>
        </w:tc>
        <w:tc>
          <w:tcPr>
            <w:tcW w:type="dxa" w:w="1728"/>
          </w:tcPr>
          <w:p>
            <w:r>
              <w:t>●▬▬๑۩۩๑ḧḁḓḯ 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hadiii1990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9192*77*39</w:t>
            </w:r>
          </w:p>
        </w:tc>
        <w:tc>
          <w:tcPr>
            <w:tcW w:type="dxa" w:w="1728"/>
          </w:tcPr>
          <w:p>
            <w:r>
              <w:t>mhd</w:t>
            </w:r>
          </w:p>
        </w:tc>
        <w:tc>
          <w:tcPr>
            <w:tcW w:type="dxa" w:w="1728"/>
          </w:tcPr>
          <w:p>
            <w:r>
              <w:t>m.h.h 💎 $X</w:t>
            </w:r>
          </w:p>
        </w:tc>
        <w:tc>
          <w:tcPr>
            <w:tcW w:type="dxa" w:w="1728"/>
          </w:tcPr>
          <w:p>
            <w:r>
              <w:t>mhd_mhh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9123273*0*</w:t>
            </w:r>
          </w:p>
        </w:tc>
        <w:tc>
          <w:tcPr>
            <w:tcW w:type="dxa" w:w="1728"/>
          </w:tcPr>
          <w:p>
            <w:r>
              <w:t>siamak</w:t>
            </w:r>
          </w:p>
        </w:tc>
        <w:tc>
          <w:tcPr>
            <w:tcW w:type="dxa" w:w="1728"/>
          </w:tcPr>
          <w:p>
            <w:r>
              <w:t>bolour🍅🌱SEED$X🐸🥠🐾</w:t>
            </w:r>
          </w:p>
        </w:tc>
        <w:tc>
          <w:tcPr>
            <w:tcW w:type="dxa" w:w="1728"/>
          </w:tcPr>
          <w:p>
            <w:r>
              <w:t>siamakbolour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93*21**090</w:t>
            </w:r>
          </w:p>
        </w:tc>
        <w:tc>
          <w:tcPr>
            <w:tcW w:type="dxa" w:w="1728"/>
          </w:tcPr>
          <w:p>
            <w:r>
              <w:t>MehrShaD</w:t>
            </w:r>
          </w:p>
        </w:tc>
        <w:tc>
          <w:tcPr>
            <w:tcW w:type="dxa" w:w="1728"/>
          </w:tcPr>
          <w:p>
            <w:r>
              <w:t>HM</w:t>
            </w:r>
          </w:p>
        </w:tc>
        <w:tc>
          <w:tcPr>
            <w:tcW w:type="dxa" w:w="1728"/>
          </w:tcPr>
          <w:p>
            <w:r>
              <w:t>MehRshaD_hm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93*1*1*370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Amirtaaaheri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93**344144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esmaili_neo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93**7**470</w:t>
            </w:r>
          </w:p>
        </w:tc>
        <w:tc>
          <w:tcPr>
            <w:tcW w:type="dxa" w:w="1728"/>
          </w:tcPr>
          <w:p>
            <w:r>
              <w:t>Hamham</w:t>
            </w:r>
          </w:p>
        </w:tc>
        <w:tc>
          <w:tcPr>
            <w:tcW w:type="dxa" w:w="1728"/>
          </w:tcPr>
          <w:p>
            <w:r>
              <w:t>🐈‍⬛</w:t>
            </w:r>
          </w:p>
        </w:tc>
        <w:tc>
          <w:tcPr>
            <w:tcW w:type="dxa" w:w="1728"/>
          </w:tcPr>
          <w:p>
            <w:r>
              <w:t>Bycoiner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93**12*442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ali8juve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911703*400</w:t>
            </w:r>
          </w:p>
        </w:tc>
        <w:tc>
          <w:tcPr>
            <w:tcW w:type="dxa" w:w="1728"/>
          </w:tcPr>
          <w:p>
            <w:r>
              <w:t>صالح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Saleh_ejlali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93*02**441</w:t>
            </w:r>
          </w:p>
        </w:tc>
        <w:tc>
          <w:tcPr>
            <w:tcW w:type="dxa" w:w="1728"/>
          </w:tcPr>
          <w:p>
            <w:r>
              <w:t>🐤Reza gra-gra</w:t>
            </w:r>
          </w:p>
        </w:tc>
        <w:tc>
          <w:tcPr>
            <w:tcW w:type="dxa" w:w="1728"/>
          </w:tcPr>
          <w:p>
            <w:r>
              <w:t>Asadi8441</w:t>
            </w:r>
          </w:p>
        </w:tc>
        <w:tc>
          <w:tcPr>
            <w:tcW w:type="dxa" w:w="1728"/>
          </w:tcPr>
          <w:p>
            <w:r>
              <w:t>RezaAsadi8441free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93*1*179*4</w:t>
            </w:r>
          </w:p>
        </w:tc>
        <w:tc>
          <w:tcPr>
            <w:tcW w:type="dxa" w:w="1728"/>
          </w:tcPr>
          <w:p>
            <w:r>
              <w:t>🐰پــــرۍaldســــا🐰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91*310*4**</w:t>
            </w:r>
          </w:p>
        </w:tc>
        <w:tc>
          <w:tcPr>
            <w:tcW w:type="dxa" w:w="1728"/>
          </w:tcPr>
          <w:p>
            <w:r>
              <w:t>𝓑𝓮𝓱𝔃𝓪𝓭🌱SEED</w:t>
            </w:r>
          </w:p>
        </w:tc>
        <w:tc>
          <w:tcPr>
            <w:tcW w:type="dxa" w:w="1728"/>
          </w:tcPr>
          <w:p>
            <w:r>
              <w:t>𝓢𝓱𝓪𝓵𝓬𝓱𝓲</w:t>
            </w:r>
          </w:p>
        </w:tc>
        <w:tc>
          <w:tcPr>
            <w:tcW w:type="dxa" w:w="1728"/>
          </w:tcPr>
          <w:p>
            <w:r>
              <w:t>Behzadfsh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91229*170*</w:t>
            </w:r>
          </w:p>
        </w:tc>
        <w:tc>
          <w:tcPr>
            <w:tcW w:type="dxa" w:w="1728"/>
          </w:tcPr>
          <w:p>
            <w:r>
              <w:t>Ramez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RamezMahmoudian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92207*4*7*</w:t>
            </w:r>
          </w:p>
        </w:tc>
        <w:tc>
          <w:tcPr>
            <w:tcW w:type="dxa" w:w="1728"/>
          </w:tcPr>
          <w:p>
            <w:r>
              <w:t>User</w:t>
            </w:r>
          </w:p>
        </w:tc>
        <w:tc>
          <w:tcPr>
            <w:tcW w:type="dxa" w:w="1728"/>
          </w:tcPr>
          <w:p>
            <w:r>
              <w:t>369▪️</w:t>
            </w:r>
          </w:p>
        </w:tc>
        <w:tc>
          <w:tcPr>
            <w:tcW w:type="dxa" w:w="1728"/>
          </w:tcPr>
          <w:p>
            <w:r>
              <w:t>Uxer369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91392390*7</w:t>
            </w:r>
          </w:p>
        </w:tc>
        <w:tc>
          <w:tcPr>
            <w:tcW w:type="dxa" w:w="1728"/>
          </w:tcPr>
          <w:p>
            <w:r>
              <w:t>نفس</w:t>
            </w:r>
          </w:p>
        </w:tc>
        <w:tc>
          <w:tcPr>
            <w:tcW w:type="dxa" w:w="1728"/>
          </w:tcPr>
          <w:p>
            <w:r>
              <w:t>بریده</w:t>
            </w:r>
          </w:p>
        </w:tc>
        <w:tc>
          <w:tcPr>
            <w:tcW w:type="dxa" w:w="1728"/>
          </w:tcPr>
          <w:p>
            <w:r>
              <w:t>m06990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919*242073</w:t>
            </w:r>
          </w:p>
        </w:tc>
        <w:tc>
          <w:tcPr>
            <w:tcW w:type="dxa" w:w="1728"/>
          </w:tcPr>
          <w:p>
            <w:r>
              <w:t>*⸙ꠋꠋꠋꠋꠋꠋꠋꠋꠋꠋꠋꠋꠋꠋꠋꠋꠋꠋꠋꠋꠋꠋꠋꠋꠋꠋꠋꠋꠋꠋꠋꠋꠋꠋꠋꠋꠋꠋ‌Ali</w:t>
            </w:r>
          </w:p>
        </w:tc>
        <w:tc>
          <w:tcPr>
            <w:tcW w:type="dxa" w:w="1728"/>
          </w:tcPr>
          <w:p>
            <w:r>
              <w:t>Mohammadi (⚠️ I WILL NOT DM YOU FIRST ⚠️ )</w:t>
            </w:r>
          </w:p>
        </w:tc>
        <w:tc>
          <w:tcPr>
            <w:tcW w:type="dxa" w:w="1728"/>
          </w:tcPr>
          <w:p>
            <w:r>
              <w:t>Karvansara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9919**3400</w:t>
            </w:r>
          </w:p>
        </w:tc>
        <w:tc>
          <w:tcPr>
            <w:tcW w:type="dxa" w:w="1728"/>
          </w:tcPr>
          <w:p>
            <w:r>
              <w:t>farshid</w:t>
            </w:r>
          </w:p>
        </w:tc>
        <w:tc>
          <w:tcPr>
            <w:tcW w:type="dxa" w:w="1728"/>
          </w:tcPr>
          <w:p>
            <w:r>
              <w:t>Es007</w:t>
            </w:r>
          </w:p>
        </w:tc>
        <w:tc>
          <w:tcPr>
            <w:tcW w:type="dxa" w:w="1728"/>
          </w:tcPr>
          <w:p>
            <w:r>
              <w:t>Farshides1363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917732491*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صمیمی پور</w:t>
            </w:r>
          </w:p>
        </w:tc>
        <w:tc>
          <w:tcPr>
            <w:tcW w:type="dxa" w:w="1728"/>
          </w:tcPr>
          <w:p>
            <w:r>
              <w:t>khalil_reza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9331133**2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>
              <w:t>Abkar</w:t>
            </w:r>
          </w:p>
        </w:tc>
        <w:tc>
          <w:tcPr>
            <w:tcW w:type="dxa" w:w="1728"/>
          </w:tcPr>
          <w:p>
            <w:r>
              <w:t>amir_abkar1381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9390039273</w:t>
            </w:r>
          </w:p>
        </w:tc>
        <w:tc>
          <w:tcPr>
            <w:tcW w:type="dxa" w:w="1728"/>
          </w:tcPr>
          <w:p>
            <w:r>
              <w:t>Vahidkarimi1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Vahid_karimi71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91*9**32*0</w:t>
            </w:r>
          </w:p>
        </w:tc>
        <w:tc>
          <w:tcPr>
            <w:tcW w:type="dxa" w:w="1728"/>
          </w:tcPr>
          <w:p>
            <w:r>
              <w:t>🦴Mojtaba</w:t>
            </w:r>
          </w:p>
        </w:tc>
        <w:tc>
          <w:tcPr>
            <w:tcW w:type="dxa" w:w="1728"/>
          </w:tcPr>
          <w:p>
            <w:r>
              <w:t>Chobbor</w:t>
            </w:r>
          </w:p>
        </w:tc>
        <w:tc>
          <w:tcPr>
            <w:tcW w:type="dxa" w:w="1728"/>
          </w:tcPr>
          <w:p>
            <w:r>
              <w:t>Mojtabachobbor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9124**1**3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Nirvanas1979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933**1**0*</w:t>
            </w:r>
          </w:p>
        </w:tc>
        <w:tc>
          <w:tcPr>
            <w:tcW w:type="dxa" w:w="1728"/>
          </w:tcPr>
          <w:p>
            <w:r>
              <w:t>Nashmin</w:t>
            </w:r>
          </w:p>
        </w:tc>
        <w:tc>
          <w:tcPr>
            <w:tcW w:type="dxa" w:w="1728"/>
          </w:tcPr>
          <w:p>
            <w:r>
              <w:t>Khezri</w:t>
            </w:r>
          </w:p>
        </w:tc>
        <w:tc>
          <w:tcPr>
            <w:tcW w:type="dxa" w:w="1728"/>
          </w:tcPr>
          <w:p>
            <w:r>
              <w:t>nashmin1991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901*012*27</w:t>
            </w:r>
          </w:p>
        </w:tc>
        <w:tc>
          <w:tcPr>
            <w:tcW w:type="dxa" w:w="1728"/>
          </w:tcPr>
          <w:p>
            <w:r>
              <w:t>▪️Ⓜ️MEMES🐘FLIES 🪰🐦❤🌱SEED🍅FLIES 🪰🐦FLIES 🪰🐘Ⓜ️MEMES▪️</w:t>
            </w:r>
          </w:p>
        </w:tc>
        <w:tc>
          <w:tcPr>
            <w:tcW w:type="dxa" w:w="1728"/>
          </w:tcPr>
          <w:p>
            <w:r>
              <w:t>❤</w:t>
            </w:r>
          </w:p>
        </w:tc>
        <w:tc>
          <w:tcPr>
            <w:tcW w:type="dxa" w:w="1728"/>
          </w:tcPr>
          <w:p>
            <w:r>
              <w:t>Storeappel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9127117217</w:t>
            </w:r>
          </w:p>
        </w:tc>
        <w:tc>
          <w:tcPr>
            <w:tcW w:type="dxa" w:w="1728"/>
          </w:tcPr>
          <w:p>
            <w:r>
              <w:t>mahbob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yashatoork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93*3321***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metgamez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91243419**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>
              <w:t>Farhad_Afshar22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937304**99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Ebadi</w:t>
            </w:r>
          </w:p>
        </w:tc>
        <w:tc>
          <w:tcPr>
            <w:tcW w:type="dxa" w:w="1728"/>
          </w:tcPr>
          <w:p>
            <w:r>
              <w:t>Sajjadebadi1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91310**00*</w:t>
            </w:r>
          </w:p>
        </w:tc>
        <w:tc>
          <w:tcPr>
            <w:tcW w:type="dxa" w:w="1728"/>
          </w:tcPr>
          <w:p>
            <w:r>
              <w:t>Danial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Danial_Esfahani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937*004***</w:t>
            </w:r>
          </w:p>
        </w:tc>
        <w:tc>
          <w:tcPr>
            <w:tcW w:type="dxa" w:w="1728"/>
          </w:tcPr>
          <w:p>
            <w:r>
              <w:t>𝓥𝓪𝓯𝓪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Vafa5004556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933220*3*4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ye_jaiedg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91974*9931</w:t>
            </w:r>
          </w:p>
        </w:tc>
        <w:tc>
          <w:tcPr>
            <w:tcW w:type="dxa" w:w="1728"/>
          </w:tcPr>
          <w:p>
            <w:r>
              <w:t>Ali yaghubi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aliyaghubi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9399******</w:t>
            </w:r>
          </w:p>
        </w:tc>
        <w:tc>
          <w:tcPr>
            <w:tcW w:type="dxa" w:w="1728"/>
          </w:tcPr>
          <w:p>
            <w:r>
              <w:t>sadeq 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sadeq_722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9117100091</w:t>
            </w:r>
          </w:p>
        </w:tc>
        <w:tc>
          <w:tcPr>
            <w:tcW w:type="dxa" w:w="1728"/>
          </w:tcPr>
          <w:p>
            <w:r>
              <w:t>Assef.A.G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AssefArchitect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93**224701</w:t>
            </w:r>
          </w:p>
        </w:tc>
        <w:tc>
          <w:tcPr>
            <w:tcW w:type="dxa" w:w="1728"/>
          </w:tcPr>
          <w:p>
            <w:r>
              <w:t>محمد رضا جعفری🐼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M_R_j4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913*9749*9</w:t>
            </w:r>
          </w:p>
        </w:tc>
        <w:tc>
          <w:tcPr>
            <w:tcW w:type="dxa" w:w="1728"/>
          </w:tcPr>
          <w:p>
            <w:r>
              <w:t>🐾%~no.on~%🐾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saber2727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93*41***90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Yakamoz_sm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90274220*0</w:t>
            </w:r>
          </w:p>
        </w:tc>
        <w:tc>
          <w:tcPr>
            <w:tcW w:type="dxa" w:w="1728"/>
          </w:tcPr>
          <w:p>
            <w:r>
              <w:t>🌱SEED🍅Mr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Amin_2080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9392*7****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AM_S_2000_3_4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912322*9*0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Nozar</w:t>
            </w:r>
          </w:p>
        </w:tc>
        <w:tc>
          <w:tcPr>
            <w:tcW w:type="dxa" w:w="1728"/>
          </w:tcPr>
          <w:p>
            <w:r>
              <w:t>Mohammadnozar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91*1*010*7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Rona🐾</w:t>
            </w:r>
          </w:p>
        </w:tc>
        <w:tc>
          <w:tcPr>
            <w:tcW w:type="dxa" w:w="1728"/>
          </w:tcPr>
          <w:p>
            <w:r>
              <w:t>Shrona1123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91*3*791*4</w:t>
            </w:r>
          </w:p>
        </w:tc>
        <w:tc>
          <w:tcPr>
            <w:tcW w:type="dxa" w:w="1728"/>
          </w:tcPr>
          <w:p>
            <w:r>
              <w:t>Anoosheh</w:t>
            </w:r>
          </w:p>
        </w:tc>
        <w:tc>
          <w:tcPr>
            <w:tcW w:type="dxa" w:w="1728"/>
          </w:tcPr>
          <w:p>
            <w:r>
              <w:t>Sajadian</w:t>
            </w:r>
          </w:p>
        </w:tc>
        <w:tc>
          <w:tcPr>
            <w:tcW w:type="dxa" w:w="1728"/>
          </w:tcPr>
          <w:p>
            <w:r>
              <w:t>Sajadian94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939411*2**</w:t>
            </w:r>
          </w:p>
        </w:tc>
        <w:tc>
          <w:tcPr>
            <w:tcW w:type="dxa" w:w="1728"/>
          </w:tcPr>
          <w:p>
            <w:r>
              <w:t>god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jafars20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91900407**</w:t>
            </w:r>
          </w:p>
        </w:tc>
        <w:tc>
          <w:tcPr>
            <w:tcW w:type="dxa" w:w="1728"/>
          </w:tcPr>
          <w:p>
            <w:r>
              <w:t>▪️At this time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Salmanbayaat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9123723**4</w:t>
            </w:r>
          </w:p>
        </w:tc>
        <w:tc>
          <w:tcPr>
            <w:tcW w:type="dxa" w:w="1728"/>
          </w:tcPr>
          <w:p>
            <w:r>
              <w:t>Sama</w:t>
            </w:r>
          </w:p>
        </w:tc>
        <w:tc>
          <w:tcPr>
            <w:tcW w:type="dxa" w:w="1728"/>
          </w:tcPr>
          <w:p>
            <w:r>
              <w:t>Liaghat</w:t>
            </w:r>
          </w:p>
        </w:tc>
        <w:tc>
          <w:tcPr>
            <w:tcW w:type="dxa" w:w="1728"/>
          </w:tcPr>
          <w:p>
            <w:r>
              <w:t>Samaliaghat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9143113*99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Joodi 🥠 🐾</w:t>
            </w:r>
          </w:p>
        </w:tc>
        <w:tc>
          <w:tcPr>
            <w:tcW w:type="dxa" w:w="1728"/>
          </w:tcPr>
          <w:p>
            <w:r>
              <w:t>joodima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9032090**1</w:t>
            </w:r>
          </w:p>
        </w:tc>
        <w:tc>
          <w:tcPr>
            <w:tcW w:type="dxa" w:w="1728"/>
          </w:tcPr>
          <w:p>
            <w:r>
              <w:t>zahra🦴</w:t>
            </w:r>
          </w:p>
        </w:tc>
        <w:tc>
          <w:tcPr>
            <w:tcW w:type="dxa" w:w="1728"/>
          </w:tcPr>
          <w:p>
            <w:r>
              <w:t>🦴</w:t>
            </w:r>
          </w:p>
        </w:tc>
        <w:tc>
          <w:tcPr>
            <w:tcW w:type="dxa" w:w="1728"/>
          </w:tcPr>
          <w:p>
            <w:r>
              <w:t>Barzegar_tilenow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9370299**7</w:t>
            </w:r>
          </w:p>
        </w:tc>
        <w:tc>
          <w:tcPr>
            <w:tcW w:type="dxa" w:w="1728"/>
          </w:tcPr>
          <w:p>
            <w:r>
              <w:t>Ayub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A_R_91_95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93*7**9497</w:t>
            </w:r>
          </w:p>
        </w:tc>
        <w:tc>
          <w:tcPr>
            <w:tcW w:type="dxa" w:w="1728"/>
          </w:tcPr>
          <w:p>
            <w:r>
              <w:t>Farzane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pofarzane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9019**92*9</w:t>
            </w:r>
          </w:p>
        </w:tc>
        <w:tc>
          <w:tcPr>
            <w:tcW w:type="dxa" w:w="1728"/>
          </w:tcPr>
          <w:p>
            <w:r>
              <w:t>Zari | Full Force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Zari_7812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912711*127</w:t>
            </w:r>
          </w:p>
        </w:tc>
        <w:tc>
          <w:tcPr>
            <w:tcW w:type="dxa" w:w="1728"/>
          </w:tcPr>
          <w:p>
            <w:r>
              <w:t>Esmaeil</w:t>
            </w:r>
          </w:p>
        </w:tc>
        <w:tc>
          <w:tcPr>
            <w:tcW w:type="dxa" w:w="1728"/>
          </w:tcPr>
          <w:p>
            <w:r>
              <w:t>($)</w:t>
            </w:r>
          </w:p>
        </w:tc>
        <w:tc>
          <w:tcPr>
            <w:tcW w:type="dxa" w:w="1728"/>
          </w:tcPr>
          <w:p>
            <w:r>
              <w:t>forever2016_esi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91**342*3*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Ahdieh91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91234*4*79</w:t>
            </w:r>
          </w:p>
        </w:tc>
        <w:tc>
          <w:tcPr>
            <w:tcW w:type="dxa" w:w="1728"/>
          </w:tcPr>
          <w:p>
            <w:r>
              <w:t>Shaahin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Shaahinf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9120494019</w:t>
            </w:r>
          </w:p>
        </w:tc>
        <w:tc>
          <w:tcPr>
            <w:tcW w:type="dxa" w:w="1728"/>
          </w:tcPr>
          <w:p>
            <w:r>
              <w:t>Benyamin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benyamindulabi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933321*3*7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hamed_npp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919*41**17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j_v991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9194*422**</w:t>
            </w:r>
          </w:p>
        </w:tc>
        <w:tc>
          <w:tcPr>
            <w:tcW w:type="dxa" w:w="1728"/>
          </w:tcPr>
          <w:p>
            <w:r>
              <w:t>Mary 🦉</w:t>
            </w:r>
          </w:p>
        </w:tc>
        <w:tc>
          <w:tcPr>
            <w:tcW w:type="dxa" w:w="1728"/>
          </w:tcPr>
          <w:p>
            <w:r>
              <w:t>Gh $X</w:t>
            </w:r>
          </w:p>
        </w:tc>
        <w:tc>
          <w:tcPr>
            <w:tcW w:type="dxa" w:w="1728"/>
          </w:tcPr>
          <w:p>
            <w:r>
              <w:t>Mary66666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912019093*</w:t>
            </w:r>
          </w:p>
        </w:tc>
        <w:tc>
          <w:tcPr>
            <w:tcW w:type="dxa" w:w="1728"/>
          </w:tcPr>
          <w:p>
            <w:r>
              <w:t>PoOYaN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91771*4001</w:t>
            </w:r>
          </w:p>
        </w:tc>
        <w:tc>
          <w:tcPr>
            <w:tcW w:type="dxa" w:w="1728"/>
          </w:tcPr>
          <w:p>
            <w:r>
              <w:t>majid🐾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mzf657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911*977072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Hosseinzadeh</w:t>
            </w:r>
          </w:p>
        </w:tc>
        <w:tc>
          <w:tcPr>
            <w:tcW w:type="dxa" w:w="1728"/>
          </w:tcPr>
          <w:p>
            <w:r>
              <w:t>sajad_hz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903*23*419</w:t>
            </w:r>
          </w:p>
        </w:tc>
        <w:tc>
          <w:tcPr>
            <w:tcW w:type="dxa" w:w="1728"/>
          </w:tcPr>
          <w:p>
            <w:r>
              <w:t>Open your eyes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hazimi_ir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93***1**3*</w:t>
            </w:r>
          </w:p>
        </w:tc>
        <w:tc>
          <w:tcPr>
            <w:tcW w:type="dxa" w:w="1728"/>
          </w:tcPr>
          <w:p>
            <w:r>
              <w:t>Siavash</w:t>
            </w:r>
          </w:p>
        </w:tc>
        <w:tc>
          <w:tcPr>
            <w:tcW w:type="dxa" w:w="1728"/>
          </w:tcPr>
          <w:p>
            <w:r>
              <w:t>.Rad (30RMotion)</w:t>
            </w:r>
          </w:p>
        </w:tc>
        <w:tc>
          <w:tcPr>
            <w:tcW w:type="dxa" w:w="1728"/>
          </w:tcPr>
          <w:p>
            <w:r>
              <w:t>Siavash_Rad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9139*03*90</w:t>
            </w:r>
          </w:p>
        </w:tc>
        <w:tc>
          <w:tcPr>
            <w:tcW w:type="dxa" w:w="1728"/>
          </w:tcPr>
          <w:p>
            <w:r>
              <w:t>Davoud</w:t>
            </w:r>
          </w:p>
        </w:tc>
        <w:tc>
          <w:tcPr>
            <w:tcW w:type="dxa" w:w="1728"/>
          </w:tcPr>
          <w:p>
            <w:r>
              <w:t>Dourvash</w:t>
            </w:r>
          </w:p>
        </w:tc>
        <w:tc>
          <w:tcPr>
            <w:tcW w:type="dxa" w:w="1728"/>
          </w:tcPr>
          <w:p>
            <w:r>
              <w:t>DavoudDourvash1989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9371*90499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>
              <w:t>Akou1984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9109**9**7</w:t>
            </w:r>
          </w:p>
        </w:tc>
        <w:tc>
          <w:tcPr>
            <w:tcW w:type="dxa" w:w="1728"/>
          </w:tcPr>
          <w:p>
            <w:r>
              <w:t>Maziar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Iammzr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93*9472*3*</w:t>
            </w:r>
          </w:p>
        </w:tc>
        <w:tc>
          <w:tcPr>
            <w:tcW w:type="dxa" w:w="1728"/>
          </w:tcPr>
          <w:p>
            <w:r>
              <w:t>Hamed 🍅 Ⓜ️ MEMES</w:t>
            </w:r>
          </w:p>
        </w:tc>
        <w:tc>
          <w:tcPr>
            <w:tcW w:type="dxa" w:w="1728"/>
          </w:tcPr>
          <w:p>
            <w:r>
              <w:t>DPR 🐾</w:t>
            </w:r>
          </w:p>
        </w:tc>
        <w:tc>
          <w:tcPr>
            <w:tcW w:type="dxa" w:w="1728"/>
          </w:tcPr>
          <w:p>
            <w:r>
              <w:t>Hamed7193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9302101423</w:t>
            </w:r>
          </w:p>
        </w:tc>
        <w:tc>
          <w:tcPr>
            <w:tcW w:type="dxa" w:w="1728"/>
          </w:tcPr>
          <w:p>
            <w:r>
              <w:t>ممفی🐰 AD.SH🐈‍⬛🏎🍅</w:t>
            </w:r>
          </w:p>
        </w:tc>
        <w:tc>
          <w:tcPr>
            <w:tcW w:type="dxa" w:w="1728"/>
          </w:tcPr>
          <w:p>
            <w:r>
              <w:t>$CFI🌱SEED</w:t>
            </w:r>
          </w:p>
        </w:tc>
        <w:tc>
          <w:tcPr>
            <w:tcW w:type="dxa" w:w="1728"/>
          </w:tcPr>
          <w:p>
            <w:r>
              <w:t>Dimbag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9331340194</w:t>
            </w:r>
          </w:p>
        </w:tc>
        <w:tc>
          <w:tcPr>
            <w:tcW w:type="dxa" w:w="1728"/>
          </w:tcPr>
          <w:p>
            <w:r>
              <w:t>صَنَم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Saaanam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93*2*11432</w:t>
            </w:r>
          </w:p>
        </w:tc>
        <w:tc>
          <w:tcPr>
            <w:tcW w:type="dxa" w:w="1728"/>
          </w:tcPr>
          <w:p>
            <w:r>
              <w:t>ஜ۩۩ஜ ݦصطڢی ڀؤڔ ازاد 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MostafaPorazad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922*7*2193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Moniri</w:t>
            </w:r>
          </w:p>
        </w:tc>
        <w:tc>
          <w:tcPr>
            <w:tcW w:type="dxa" w:w="1728"/>
          </w:tcPr>
          <w:p>
            <w:r>
              <w:t>AliTk_30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93**170344</w:t>
            </w:r>
          </w:p>
        </w:tc>
        <w:tc>
          <w:tcPr>
            <w:tcW w:type="dxa" w:w="1728"/>
          </w:tcPr>
          <w:p>
            <w:r>
              <w:t>M.sadegh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M_s_kamaliR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93*2*****2</w:t>
            </w:r>
          </w:p>
        </w:tc>
        <w:tc>
          <w:tcPr>
            <w:tcW w:type="dxa" w:w="1728"/>
          </w:tcPr>
          <w:p>
            <w:r>
              <w:t>@li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Azhilof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9109794*40</w:t>
            </w:r>
          </w:p>
        </w:tc>
        <w:tc>
          <w:tcPr>
            <w:tcW w:type="dxa" w:w="1728"/>
          </w:tcPr>
          <w:p>
            <w:r>
              <w:t>hamid ▪️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h5935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939*33377*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Milad9173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9124079*49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>
              <w:t>Hamidrezayousefii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91943210*4</w:t>
            </w:r>
          </w:p>
        </w:tc>
        <w:tc>
          <w:tcPr>
            <w:tcW w:type="dxa" w:w="1728"/>
          </w:tcPr>
          <w:p>
            <w:r>
              <w:t>Amir pashaa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Pashaa722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937101021*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Mehrdadit88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9379**7*22</w:t>
            </w:r>
          </w:p>
        </w:tc>
        <w:tc>
          <w:tcPr>
            <w:tcW w:type="dxa" w:w="1728"/>
          </w:tcPr>
          <w:p>
            <w:r>
              <w:t>Adelkhan $PRETON 🌱SEED 🥠 🍅 🐦SUI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TATA_DEL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  <w:tr>
        <w:tc>
          <w:tcPr>
            <w:tcW w:type="dxa" w:w="1728"/>
          </w:tcPr>
          <w:p>
            <w:r>
              <w:t>9131093*4*</w:t>
            </w:r>
          </w:p>
        </w:tc>
        <w:tc>
          <w:tcPr>
            <w:tcW w:type="dxa" w:w="1728"/>
          </w:tcPr>
          <w:p>
            <w:r>
              <w:t>(@.z)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Amiraliii60</w:t>
            </w:r>
          </w:p>
        </w:tc>
        <w:tc>
          <w:tcPr>
            <w:tcW w:type="dxa" w:w="1728"/>
          </w:tcPr>
          <w:p>
            <w:r>
              <w:t>OverProtocol Chat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OverProtocol Chat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