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Monster Saga Official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Monster Saga Official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910***2311</w:t>
            </w:r>
          </w:p>
        </w:tc>
        <w:tc>
          <w:tcPr>
            <w:tcW w:type="dxa" w:w="1728"/>
          </w:tcPr>
          <w:p>
            <w:r>
              <w:t>طرح و ساخت</w:t>
            </w:r>
          </w:p>
        </w:tc>
        <w:tc>
          <w:tcPr>
            <w:tcW w:type="dxa" w:w="1728"/>
          </w:tcPr>
          <w:p>
            <w:r>
              <w:t>پایا</w:t>
            </w:r>
          </w:p>
        </w:tc>
        <w:tc>
          <w:tcPr>
            <w:tcW w:type="dxa" w:w="1728"/>
          </w:tcPr>
          <w:p>
            <w:r>
              <w:t>tarhpaya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93*912327*</w:t>
            </w:r>
          </w:p>
        </w:tc>
        <w:tc>
          <w:tcPr>
            <w:tcW w:type="dxa" w:w="1728"/>
          </w:tcPr>
          <w:p>
            <w:r>
              <w:t>h_3006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interMilannnnnnnn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933*402129</w:t>
            </w:r>
          </w:p>
        </w:tc>
        <w:tc>
          <w:tcPr>
            <w:tcW w:type="dxa" w:w="1728"/>
          </w:tcPr>
          <w:p>
            <w:r>
              <w:t>**Erfan**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erfani3867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9171*3*979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S69796979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9132122902</w:t>
            </w:r>
          </w:p>
        </w:tc>
        <w:tc>
          <w:tcPr>
            <w:tcW w:type="dxa" w:w="1728"/>
          </w:tcPr>
          <w:p>
            <w:r>
              <w:t>ardeshir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mpourpirali1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9012*1039*</w:t>
            </w:r>
          </w:p>
        </w:tc>
        <w:tc>
          <w:tcPr>
            <w:tcW w:type="dxa" w:w="1728"/>
          </w:tcPr>
          <w:p>
            <w:r>
              <w:t>فرشته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dosetMdaram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937*733*17</w:t>
            </w:r>
          </w:p>
        </w:tc>
        <w:tc>
          <w:tcPr>
            <w:tcW w:type="dxa" w:w="1728"/>
          </w:tcPr>
          <w:p>
            <w:r>
              <w:t>Marziye_AF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Marziye_AF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902*7**779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>
              <w:t>صنیعی</w:t>
            </w:r>
          </w:p>
        </w:tc>
        <w:tc>
          <w:tcPr>
            <w:tcW w:type="dxa" w:w="1728"/>
          </w:tcPr>
          <w:p>
            <w:r>
              <w:t>amir_sn2019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9371710*3*</w:t>
            </w:r>
          </w:p>
        </w:tc>
        <w:tc>
          <w:tcPr>
            <w:tcW w:type="dxa" w:w="1728"/>
          </w:tcPr>
          <w:p>
            <w:r>
              <w:t>Mimi</w:t>
            </w:r>
          </w:p>
        </w:tc>
        <w:tc>
          <w:tcPr>
            <w:tcW w:type="dxa" w:w="1728"/>
          </w:tcPr>
          <w:p>
            <w:r>
              <w:t>Z / M</w:t>
            </w:r>
          </w:p>
        </w:tc>
        <w:tc>
          <w:tcPr>
            <w:tcW w:type="dxa" w:w="1728"/>
          </w:tcPr>
          <w:p>
            <w:r>
              <w:t>mohamad2398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919734*710</w:t>
            </w:r>
          </w:p>
        </w:tc>
        <w:tc>
          <w:tcPr>
            <w:tcW w:type="dxa" w:w="1728"/>
          </w:tcPr>
          <w:p>
            <w:r>
              <w:t>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mahdikh13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91*3*24394</w:t>
            </w:r>
          </w:p>
        </w:tc>
        <w:tc>
          <w:tcPr>
            <w:tcW w:type="dxa" w:w="1728"/>
          </w:tcPr>
          <w:p>
            <w:r>
              <w:t>@SWMS62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SWMS62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990*****01</w:t>
            </w:r>
          </w:p>
        </w:tc>
        <w:tc>
          <w:tcPr>
            <w:tcW w:type="dxa" w:w="1728"/>
          </w:tcPr>
          <w:p>
            <w:r>
              <w:t>Hassan</w:t>
            </w:r>
          </w:p>
        </w:tc>
        <w:tc>
          <w:tcPr>
            <w:tcW w:type="dxa" w:w="1728"/>
          </w:tcPr>
          <w:p>
            <w:r>
              <w:t>Salari</w:t>
            </w:r>
          </w:p>
        </w:tc>
        <w:tc>
          <w:tcPr>
            <w:tcW w:type="dxa" w:w="1728"/>
          </w:tcPr>
          <w:p>
            <w:r>
              <w:t>Hasssan_salary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9122723**1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Khalili</w:t>
            </w:r>
          </w:p>
        </w:tc>
        <w:tc>
          <w:tcPr>
            <w:tcW w:type="dxa" w:w="1728"/>
          </w:tcPr>
          <w:p>
            <w:r>
              <w:t>Alirez4_88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93*01*773*</w:t>
            </w:r>
          </w:p>
        </w:tc>
        <w:tc>
          <w:tcPr>
            <w:tcW w:type="dxa" w:w="1728"/>
          </w:tcPr>
          <w:p>
            <w:r>
              <w:t>MOR:spy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KhademolHusein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93733*21*0</w:t>
            </w:r>
          </w:p>
        </w:tc>
        <w:tc>
          <w:tcPr>
            <w:tcW w:type="dxa" w:w="1728"/>
          </w:tcPr>
          <w:p>
            <w:r>
              <w:t>Amand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Amandamj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93**07*933</w:t>
            </w:r>
          </w:p>
        </w:tc>
        <w:tc>
          <w:tcPr>
            <w:tcW w:type="dxa" w:w="1728"/>
          </w:tcPr>
          <w:p>
            <w:r>
              <w:t>❤️Ramin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denio223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9134012*79</w:t>
            </w:r>
          </w:p>
        </w:tc>
        <w:tc>
          <w:tcPr>
            <w:tcW w:type="dxa" w:w="1728"/>
          </w:tcPr>
          <w:p>
            <w:r>
              <w:t>Mahan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Mahan1987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9141*44721</w:t>
            </w:r>
          </w:p>
        </w:tc>
        <w:tc>
          <w:tcPr>
            <w:tcW w:type="dxa" w:w="1728"/>
          </w:tcPr>
          <w:p>
            <w:r>
              <w:t>YOUNES57</w:t>
            </w:r>
          </w:p>
        </w:tc>
        <w:tc>
          <w:tcPr>
            <w:tcW w:type="dxa" w:w="1728"/>
          </w:tcPr>
          <w:p>
            <w:r>
              <w:t>ارشد عمران، پایه ارشد محاسبات، نظارت و اجرا</w:t>
            </w:r>
          </w:p>
        </w:tc>
        <w:tc>
          <w:tcPr>
            <w:tcW w:type="dxa" w:w="1728"/>
          </w:tcPr>
          <w:p>
            <w:r>
              <w:t>younes203567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91*4144277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Amir_Entezari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93***9*2**</w:t>
            </w:r>
          </w:p>
        </w:tc>
        <w:tc>
          <w:tcPr>
            <w:tcW w:type="dxa" w:w="1728"/>
          </w:tcPr>
          <w:p>
            <w:r>
              <w:t>––––•(-• Hamed•-)•––––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Hamednutri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9301**7*73</w:t>
            </w:r>
          </w:p>
        </w:tc>
        <w:tc>
          <w:tcPr>
            <w:tcW w:type="dxa" w:w="1728"/>
          </w:tcPr>
          <w:p>
            <w:r>
              <w:t>Ⓐ</w:t>
            </w:r>
          </w:p>
        </w:tc>
        <w:tc>
          <w:tcPr>
            <w:tcW w:type="dxa" w:w="1728"/>
          </w:tcPr>
          <w:p>
            <w:r>
              <w:t>ca</w:t>
            </w:r>
          </w:p>
        </w:tc>
        <w:tc>
          <w:tcPr>
            <w:tcW w:type="dxa" w:w="1728"/>
          </w:tcPr>
          <w:p>
            <w:r>
              <w:t>Amir79wd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9037112*1*</w:t>
            </w:r>
          </w:p>
        </w:tc>
        <w:tc>
          <w:tcPr>
            <w:tcW w:type="dxa" w:w="1728"/>
          </w:tcPr>
          <w:p>
            <w:r>
              <w:t>DaMoola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Dada_Crypto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93*2*72107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Balochi</w:t>
            </w:r>
          </w:p>
        </w:tc>
        <w:tc>
          <w:tcPr>
            <w:tcW w:type="dxa" w:w="1728"/>
          </w:tcPr>
          <w:p>
            <w:r>
              <w:t>Mbalochi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93**00133*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>
              <w:t>Erfani</w:t>
            </w:r>
          </w:p>
        </w:tc>
        <w:tc>
          <w:tcPr>
            <w:tcW w:type="dxa" w:w="1728"/>
          </w:tcPr>
          <w:p>
            <w:r>
              <w:t>ErfaniHadi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91*7*0*107</w:t>
            </w:r>
          </w:p>
        </w:tc>
        <w:tc>
          <w:tcPr>
            <w:tcW w:type="dxa" w:w="1728"/>
          </w:tcPr>
          <w:p>
            <w:r>
              <w:t>Мухаммед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Hashemimax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93722**739</w:t>
            </w:r>
          </w:p>
        </w:tc>
        <w:tc>
          <w:tcPr>
            <w:tcW w:type="dxa" w:w="1728"/>
          </w:tcPr>
          <w:p>
            <w:r>
              <w:t>ARAL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Navaroou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91*7029103</w:t>
            </w:r>
          </w:p>
        </w:tc>
        <w:tc>
          <w:tcPr>
            <w:tcW w:type="dxa" w:w="1728"/>
          </w:tcPr>
          <w:p>
            <w:r>
              <w:t>Hadou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vdrezaei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91**93793*</w:t>
            </w:r>
          </w:p>
        </w:tc>
        <w:tc>
          <w:tcPr>
            <w:tcW w:type="dxa" w:w="1728"/>
          </w:tcPr>
          <w:p>
            <w:r>
              <w:t>Night</w:t>
            </w:r>
          </w:p>
        </w:tc>
        <w:tc>
          <w:tcPr>
            <w:tcW w:type="dxa" w:w="1728"/>
          </w:tcPr>
          <w:p>
            <w:r>
              <w:t>Moon</w:t>
            </w:r>
          </w:p>
        </w:tc>
        <w:tc>
          <w:tcPr>
            <w:tcW w:type="dxa" w:w="1728"/>
          </w:tcPr>
          <w:p>
            <w:r>
              <w:t>Nightmoon1390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91737***1*</w:t>
            </w:r>
          </w:p>
        </w:tc>
        <w:tc>
          <w:tcPr>
            <w:tcW w:type="dxa" w:w="1728"/>
          </w:tcPr>
          <w:p>
            <w:r>
              <w:t>Venus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venus6164s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9307242131</w:t>
            </w:r>
          </w:p>
        </w:tc>
        <w:tc>
          <w:tcPr>
            <w:tcW w:type="dxa" w:w="1728"/>
          </w:tcPr>
          <w:p>
            <w:r>
              <w:t>Jack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Ara44444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917***22*9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>
              <w:t>Hiseini</w:t>
            </w:r>
          </w:p>
        </w:tc>
        <w:tc>
          <w:tcPr>
            <w:tcW w:type="dxa" w:w="1728"/>
          </w:tcPr>
          <w:p>
            <w:r>
              <w:t>Javad2289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910*740931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H_r941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912*99***0</w:t>
            </w:r>
          </w:p>
        </w:tc>
        <w:tc>
          <w:tcPr>
            <w:tcW w:type="dxa" w:w="1728"/>
          </w:tcPr>
          <w:p>
            <w:r>
              <w:t>Taha 🌱SEED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T_8665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902*122*22</w:t>
            </w:r>
          </w:p>
        </w:tc>
        <w:tc>
          <w:tcPr>
            <w:tcW w:type="dxa" w:w="1728"/>
          </w:tcPr>
          <w:p>
            <w:r>
              <w:t>Said68939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912**79709</w:t>
            </w:r>
          </w:p>
        </w:tc>
        <w:tc>
          <w:tcPr>
            <w:tcW w:type="dxa" w:w="1728"/>
          </w:tcPr>
          <w:p>
            <w:r>
              <w:t>A.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>
              <w:t>Abolfazl_Mohamadi61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9307203*27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Abh</w:t>
            </w:r>
          </w:p>
        </w:tc>
        <w:tc>
          <w:tcPr>
            <w:tcW w:type="dxa" w:w="1728"/>
          </w:tcPr>
          <w:p>
            <w:r>
              <w:t>Ali_abh1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912*39342*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By</w:t>
            </w:r>
          </w:p>
        </w:tc>
        <w:tc>
          <w:tcPr>
            <w:tcW w:type="dxa" w:w="1728"/>
          </w:tcPr>
          <w:p>
            <w:r>
              <w:t>Hamidby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91*9779499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>
              <w:t>Ｒｅｙｈａｎｉ</w:t>
            </w:r>
          </w:p>
        </w:tc>
        <w:tc>
          <w:tcPr>
            <w:tcW w:type="dxa" w:w="1728"/>
          </w:tcPr>
          <w:p>
            <w:r>
              <w:t>hadireyhani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91*222*40*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>
              <w:t>Shahsavani</w:t>
            </w:r>
          </w:p>
        </w:tc>
        <w:tc>
          <w:tcPr>
            <w:tcW w:type="dxa" w:w="1728"/>
          </w:tcPr>
          <w:p>
            <w:r>
              <w:t>Farhad_Shahsavani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93*294*9*2</w:t>
            </w:r>
          </w:p>
        </w:tc>
        <w:tc>
          <w:tcPr>
            <w:tcW w:type="dxa" w:w="1728"/>
          </w:tcPr>
          <w:p>
            <w:r>
              <w:t>ᄊ Ծ ん ㄎ 乇 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Mohsenroshandel73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933**1219*</w:t>
            </w:r>
          </w:p>
        </w:tc>
        <w:tc>
          <w:tcPr>
            <w:tcW w:type="dxa" w:w="1728"/>
          </w:tcPr>
          <w:p>
            <w:r>
              <w:t>⌬ Mary.H ⌬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mary0hagh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9133*3*417</w:t>
            </w:r>
          </w:p>
        </w:tc>
        <w:tc>
          <w:tcPr>
            <w:tcW w:type="dxa" w:w="1728"/>
          </w:tcPr>
          <w:p>
            <w:r>
              <w:t>Amirhosein Ashrafian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A_H_ashrafian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93*11772**</w:t>
            </w:r>
          </w:p>
        </w:tc>
        <w:tc>
          <w:tcPr>
            <w:tcW w:type="dxa" w:w="1728"/>
          </w:tcPr>
          <w:p>
            <w:r>
              <w:t>Itasca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itasca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9330131003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Reza_Alizadeh_c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93*1279***</w:t>
            </w:r>
          </w:p>
        </w:tc>
        <w:tc>
          <w:tcPr>
            <w:tcW w:type="dxa" w:w="1728"/>
          </w:tcPr>
          <w:p>
            <w:r>
              <w:t>Mohammad Reza</w:t>
            </w:r>
          </w:p>
        </w:tc>
        <w:tc>
          <w:tcPr>
            <w:tcW w:type="dxa" w:w="1728"/>
          </w:tcPr>
          <w:p>
            <w:r>
              <w:t>Khalili</w:t>
            </w:r>
          </w:p>
        </w:tc>
        <w:tc>
          <w:tcPr>
            <w:tcW w:type="dxa" w:w="1728"/>
          </w:tcPr>
          <w:p>
            <w:r>
              <w:t>Mr_Mamreza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99*11*0*1*</w:t>
            </w:r>
          </w:p>
        </w:tc>
        <w:tc>
          <w:tcPr>
            <w:tcW w:type="dxa" w:w="1728"/>
          </w:tcPr>
          <w:p>
            <w:r>
              <w:t>Airdroppouya3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airdroppouya3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990**9204*</w:t>
            </w:r>
          </w:p>
        </w:tc>
        <w:tc>
          <w:tcPr>
            <w:tcW w:type="dxa" w:w="1728"/>
          </w:tcPr>
          <w:p>
            <w:r>
              <w:t>ArezoAghili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ArezoAghili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901**903**</w:t>
            </w:r>
          </w:p>
        </w:tc>
        <w:tc>
          <w:tcPr>
            <w:tcW w:type="dxa" w:w="1728"/>
          </w:tcPr>
          <w:p>
            <w:r>
              <w:t>rp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baranbebarr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91**30**4*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Nima1980P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92171*71*9</w:t>
            </w:r>
          </w:p>
        </w:tc>
        <w:tc>
          <w:tcPr>
            <w:tcW w:type="dxa" w:w="1728"/>
          </w:tcPr>
          <w:p>
            <w:r>
              <w:t>$OTO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Mehdad747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91323*41*1</w:t>
            </w:r>
          </w:p>
        </w:tc>
        <w:tc>
          <w:tcPr>
            <w:tcW w:type="dxa" w:w="1728"/>
          </w:tcPr>
          <w:p>
            <w:r>
              <w:t>Rasoul Toghiani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rasoul4181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91*2322***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mmmad76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91234474*4</w:t>
            </w:r>
          </w:p>
        </w:tc>
        <w:tc>
          <w:tcPr>
            <w:tcW w:type="dxa" w:w="1728"/>
          </w:tcPr>
          <w:p>
            <w:r>
              <w:t>Siavosh</w:t>
            </w:r>
          </w:p>
        </w:tc>
        <w:tc>
          <w:tcPr>
            <w:tcW w:type="dxa" w:w="1728"/>
          </w:tcPr>
          <w:p>
            <w:r>
              <w:t>Saif</w:t>
            </w:r>
          </w:p>
        </w:tc>
        <w:tc>
          <w:tcPr>
            <w:tcW w:type="dxa" w:w="1728"/>
          </w:tcPr>
          <w:p>
            <w:r>
              <w:t>siavoshsaif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93*3*232*9</w:t>
            </w:r>
          </w:p>
        </w:tc>
        <w:tc>
          <w:tcPr>
            <w:tcW w:type="dxa" w:w="1728"/>
          </w:tcPr>
          <w:p>
            <w:r>
              <w:t>mb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mb889511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912*7137*9</w:t>
            </w:r>
          </w:p>
        </w:tc>
        <w:tc>
          <w:tcPr>
            <w:tcW w:type="dxa" w:w="1728"/>
          </w:tcPr>
          <w:p>
            <w:r>
              <w:t>M🐶na</w:t>
            </w:r>
          </w:p>
        </w:tc>
        <w:tc>
          <w:tcPr>
            <w:tcW w:type="dxa" w:w="1728"/>
          </w:tcPr>
          <w:p>
            <w:r>
              <w:t>🧜‍♀️🩰</w:t>
            </w:r>
          </w:p>
        </w:tc>
        <w:tc>
          <w:tcPr>
            <w:tcW w:type="dxa" w:w="1728"/>
          </w:tcPr>
          <w:p>
            <w:r>
              <w:t>monnaa1367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91*4*0*70*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ali_mnzri98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90*14*0942</w:t>
            </w:r>
          </w:p>
        </w:tc>
        <w:tc>
          <w:tcPr>
            <w:tcW w:type="dxa" w:w="1728"/>
          </w:tcPr>
          <w:p>
            <w:r>
              <w:t>R.j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rasool750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9304*0040*</w:t>
            </w:r>
          </w:p>
        </w:tc>
        <w:tc>
          <w:tcPr>
            <w:tcW w:type="dxa" w:w="1728"/>
          </w:tcPr>
          <w:p>
            <w:r>
              <w:t>DJ_FARHAD FARDA</w:t>
            </w:r>
          </w:p>
        </w:tc>
        <w:tc>
          <w:tcPr>
            <w:tcW w:type="dxa" w:w="1728"/>
          </w:tcPr>
          <w:p>
            <w:r>
              <w:t>EROR98</w:t>
            </w:r>
          </w:p>
        </w:tc>
        <w:tc>
          <w:tcPr>
            <w:tcW w:type="dxa" w:w="1728"/>
          </w:tcPr>
          <w:p>
            <w:r>
              <w:t>DJ_FARHADFARDA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990**991*0</w:t>
            </w:r>
          </w:p>
        </w:tc>
        <w:tc>
          <w:tcPr>
            <w:tcW w:type="dxa" w:w="1728"/>
          </w:tcPr>
          <w:p>
            <w:r>
              <w:t>♪♫•*¨*•.¸¸ Milad ¸¸.•*¨*•♫♪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khodayi1377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91*1*7*73*</w:t>
            </w:r>
          </w:p>
        </w:tc>
        <w:tc>
          <w:tcPr>
            <w:tcW w:type="dxa" w:w="1728"/>
          </w:tcPr>
          <w:p>
            <w:r>
              <w:t>hamidr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Hamidr_gh1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93773*97**</w:t>
            </w:r>
          </w:p>
        </w:tc>
        <w:tc>
          <w:tcPr>
            <w:tcW w:type="dxa" w:w="1728"/>
          </w:tcPr>
          <w:p>
            <w:r>
              <w:t>íղԵҽɾՏԵҽӀӀɑɾ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Interstellar_AD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9122*97**3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mena8060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93*0*144*9</w:t>
            </w:r>
          </w:p>
        </w:tc>
        <w:tc>
          <w:tcPr>
            <w:tcW w:type="dxa" w:w="1728"/>
          </w:tcPr>
          <w:p>
            <w:r>
              <w:t>hj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genaveh30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9919212917</w:t>
            </w:r>
          </w:p>
        </w:tc>
        <w:tc>
          <w:tcPr>
            <w:tcW w:type="dxa" w:w="1728"/>
          </w:tcPr>
          <w:p>
            <w:r>
              <w:t>▪️🍅Hossin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Ha32371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91**902101</w:t>
            </w:r>
          </w:p>
        </w:tc>
        <w:tc>
          <w:tcPr>
            <w:tcW w:type="dxa" w:w="1728"/>
          </w:tcPr>
          <w:p>
            <w:r>
              <w:t>`P O O Y A²¹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pooya_sh21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91313*7*99</w:t>
            </w:r>
          </w:p>
        </w:tc>
        <w:tc>
          <w:tcPr>
            <w:tcW w:type="dxa" w:w="1728"/>
          </w:tcPr>
          <w:p>
            <w:r>
              <w:t>7899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H7899M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9119***994</w:t>
            </w:r>
          </w:p>
        </w:tc>
        <w:tc>
          <w:tcPr>
            <w:tcW w:type="dxa" w:w="1728"/>
          </w:tcPr>
          <w:p>
            <w:r>
              <w:t>@A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>
              <w:t>Amirebi63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902***229*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Arsal</w:t>
            </w:r>
          </w:p>
        </w:tc>
        <w:tc>
          <w:tcPr>
            <w:tcW w:type="dxa" w:w="1728"/>
          </w:tcPr>
          <w:p>
            <w:r>
              <w:t>dopacdo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  <w:tr>
        <w:tc>
          <w:tcPr>
            <w:tcW w:type="dxa" w:w="1728"/>
          </w:tcPr>
          <w:p>
            <w:r>
              <w:t>93*22*4***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miljfr</w:t>
            </w:r>
          </w:p>
        </w:tc>
        <w:tc>
          <w:tcPr>
            <w:tcW w:type="dxa" w:w="1728"/>
          </w:tcPr>
          <w:p>
            <w:r>
              <w:t>Monster Saga Official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Monster Saga Official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