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Medical Science Events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Medical Science Events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933*2110*7</w:t>
            </w:r>
          </w:p>
        </w:tc>
        <w:tc>
          <w:tcPr>
            <w:tcW w:type="dxa" w:w="1728"/>
          </w:tcPr>
          <w:p>
            <w:r>
              <w:t>Taha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Shahriar_7979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933*31**00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Hha7hj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91291**973</w:t>
            </w:r>
          </w:p>
        </w:tc>
        <w:tc>
          <w:tcPr>
            <w:tcW w:type="dxa" w:w="1728"/>
          </w:tcPr>
          <w:p>
            <w:r>
              <w:t>🧬𝙵𝚊𝚝𝚎𝚖𝚎𝚑🔬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fatemeh_sabeti_1378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9307*7404*</w:t>
            </w:r>
          </w:p>
        </w:tc>
        <w:tc>
          <w:tcPr>
            <w:tcW w:type="dxa" w:w="1728"/>
          </w:tcPr>
          <w:p>
            <w:r>
              <w:t>Golestanpour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golestanpur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939**03199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Bmmm94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914322*399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Mahdavi</w:t>
            </w:r>
          </w:p>
        </w:tc>
        <w:tc>
          <w:tcPr>
            <w:tcW w:type="dxa" w:w="1728"/>
          </w:tcPr>
          <w:p>
            <w:r>
              <w:t>NMahdavi24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9193*240*2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93*1*2*904</w:t>
            </w:r>
          </w:p>
        </w:tc>
        <w:tc>
          <w:tcPr>
            <w:tcW w:type="dxa" w:w="1728"/>
          </w:tcPr>
          <w:p>
            <w:r>
              <w:t>•Zahra•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zahraaa_m79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921*00*341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aht1378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939*41702*</w:t>
            </w:r>
          </w:p>
        </w:tc>
        <w:tc>
          <w:tcPr>
            <w:tcW w:type="dxa" w:w="1728"/>
          </w:tcPr>
          <w:p>
            <w:r>
              <w:t>Я£乙ﾑ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Reza_zr80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91043**410</w:t>
            </w:r>
          </w:p>
        </w:tc>
        <w:tc>
          <w:tcPr>
            <w:tcW w:type="dxa" w:w="1728"/>
          </w:tcPr>
          <w:p>
            <w:r>
              <w:t>𝐌𝐨𝐡𝐚𝐦𝐦𝐚𝐝 𝐒𝐡𝐚𝐡𝐢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MShahi01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9103*7**99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MohammadMirzapour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91**9700*3</w:t>
            </w:r>
          </w:p>
        </w:tc>
        <w:tc>
          <w:tcPr>
            <w:tcW w:type="dxa" w:w="1728"/>
          </w:tcPr>
          <w:p>
            <w:r>
              <w:t>fateme:)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ftm_bd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912**77*4*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amin759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9013174314</w:t>
            </w:r>
          </w:p>
        </w:tc>
        <w:tc>
          <w:tcPr>
            <w:tcW w:type="dxa" w:w="1728"/>
          </w:tcPr>
          <w:p>
            <w:r>
              <w:t>Fateme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Fateme744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9132*04127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Bakhshesh</w:t>
            </w:r>
          </w:p>
        </w:tc>
        <w:tc>
          <w:tcPr>
            <w:tcW w:type="dxa" w:w="1728"/>
          </w:tcPr>
          <w:p>
            <w:r>
              <w:t>bakhsheshpsy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91442479*9</w:t>
            </w:r>
          </w:p>
        </w:tc>
        <w:tc>
          <w:tcPr>
            <w:tcW w:type="dxa" w:w="1728"/>
          </w:tcPr>
          <w:p>
            <w:r>
              <w:t>Saba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sabakatani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9141*337**</w:t>
            </w:r>
          </w:p>
        </w:tc>
        <w:tc>
          <w:tcPr>
            <w:tcW w:type="dxa" w:w="1728"/>
          </w:tcPr>
          <w:p>
            <w:r>
              <w:t>Parisa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ParisaHosseiniK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9914*03*01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>
              <w:t>😊</w:t>
            </w:r>
          </w:p>
        </w:tc>
        <w:tc>
          <w:tcPr>
            <w:tcW w:type="dxa" w:w="1728"/>
          </w:tcPr>
          <w:p>
            <w:r>
              <w:t>Mahsa_mlkn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9144*3**11</w:t>
            </w:r>
          </w:p>
        </w:tc>
        <w:tc>
          <w:tcPr>
            <w:tcW w:type="dxa" w:w="1728"/>
          </w:tcPr>
          <w:p>
            <w:r>
              <w:t>Sana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903**1****</w:t>
            </w:r>
          </w:p>
        </w:tc>
        <w:tc>
          <w:tcPr>
            <w:tcW w:type="dxa" w:w="1728"/>
          </w:tcPr>
          <w:p>
            <w:r>
              <w:t>Martin</w:t>
            </w:r>
          </w:p>
        </w:tc>
        <w:tc>
          <w:tcPr>
            <w:tcW w:type="dxa" w:w="1728"/>
          </w:tcPr>
          <w:p>
            <w:r>
              <w:t>Aras</w:t>
            </w:r>
          </w:p>
        </w:tc>
        <w:tc>
          <w:tcPr>
            <w:tcW w:type="dxa" w:w="1728"/>
          </w:tcPr>
          <w:p>
            <w:r>
              <w:t>Amerci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91*97134**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elaherohani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9130929072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sarabsrt01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93**9*34*9</w:t>
            </w:r>
          </w:p>
        </w:tc>
        <w:tc>
          <w:tcPr>
            <w:tcW w:type="dxa" w:w="1728"/>
          </w:tcPr>
          <w:p>
            <w:r>
              <w:t>Mohadese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Mohadese_rzm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93010101*9</w:t>
            </w:r>
          </w:p>
        </w:tc>
        <w:tc>
          <w:tcPr>
            <w:tcW w:type="dxa" w:w="1728"/>
          </w:tcPr>
          <w:p>
            <w:r>
              <w:t>Arshia 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amirArshia96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9372**9*09</w:t>
            </w:r>
          </w:p>
        </w:tc>
        <w:tc>
          <w:tcPr>
            <w:tcW w:type="dxa" w:w="1728"/>
          </w:tcPr>
          <w:p>
            <w:r>
              <w:t>AmirM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DrVet_1993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91291*19**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Siahmansouri</w:t>
            </w:r>
          </w:p>
        </w:tc>
        <w:tc>
          <w:tcPr>
            <w:tcW w:type="dxa" w:w="1728"/>
          </w:tcPr>
          <w:p>
            <w:r>
              <w:t>amir_siahmansouri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9130*74*41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Keyhani</w:t>
            </w:r>
          </w:p>
        </w:tc>
        <w:tc>
          <w:tcPr>
            <w:tcW w:type="dxa" w:w="1728"/>
          </w:tcPr>
          <w:p>
            <w:r>
              <w:t>hossein_khn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91373737*3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>
              <w:t>Raf</w:t>
            </w:r>
          </w:p>
        </w:tc>
        <w:tc>
          <w:tcPr>
            <w:tcW w:type="dxa" w:w="1728"/>
          </w:tcPr>
          <w:p>
            <w:r>
              <w:t>Erfan_Raf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930*372***</w:t>
            </w:r>
          </w:p>
        </w:tc>
        <w:tc>
          <w:tcPr>
            <w:tcW w:type="dxa" w:w="1728"/>
          </w:tcPr>
          <w:p>
            <w:r>
              <w:t>Marjan</w:t>
            </w:r>
          </w:p>
        </w:tc>
        <w:tc>
          <w:tcPr>
            <w:tcW w:type="dxa" w:w="1728"/>
          </w:tcPr>
          <w:p>
            <w:r>
              <w:t>Rb</w:t>
            </w:r>
          </w:p>
        </w:tc>
        <w:tc>
          <w:tcPr>
            <w:tcW w:type="dxa" w:w="1728"/>
          </w:tcPr>
          <w:p>
            <w:r>
              <w:t>TheGarnetMj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9120*44***</w:t>
            </w:r>
          </w:p>
        </w:tc>
        <w:tc>
          <w:tcPr>
            <w:tcW w:type="dxa" w:w="1728"/>
          </w:tcPr>
          <w:p>
            <w:r>
              <w:t>1</w:t>
            </w:r>
          </w:p>
        </w:tc>
        <w:tc>
          <w:tcPr>
            <w:tcW w:type="dxa" w:w="1728"/>
          </w:tcPr>
          <w:p>
            <w:r>
              <w:t>1</w:t>
            </w:r>
          </w:p>
        </w:tc>
        <w:tc>
          <w:tcPr>
            <w:tcW w:type="dxa" w:w="1728"/>
          </w:tcPr>
          <w:p>
            <w:r>
              <w:t>zro73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9309*22173</w:t>
            </w:r>
          </w:p>
        </w:tc>
        <w:tc>
          <w:tcPr>
            <w:tcW w:type="dxa" w:w="1728"/>
          </w:tcPr>
          <w:p>
            <w:r>
              <w:t>Maryam Taheri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Maryam_Taheri79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91*9*0*104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Torkashvand</w:t>
            </w:r>
          </w:p>
        </w:tc>
        <w:tc>
          <w:tcPr>
            <w:tcW w:type="dxa" w:w="1728"/>
          </w:tcPr>
          <w:p>
            <w:r>
              <w:t>Hossein_Tnd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9030273*20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AmirNo20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913*0272*9</w:t>
            </w:r>
          </w:p>
        </w:tc>
        <w:tc>
          <w:tcPr>
            <w:tcW w:type="dxa" w:w="1728"/>
          </w:tcPr>
          <w:p>
            <w:r>
              <w:t>Raha</w:t>
            </w:r>
          </w:p>
        </w:tc>
        <w:tc>
          <w:tcPr>
            <w:tcW w:type="dxa" w:w="1728"/>
          </w:tcPr>
          <w:p>
            <w:r>
              <w:t>Atyabi</w:t>
            </w:r>
          </w:p>
        </w:tc>
        <w:tc>
          <w:tcPr>
            <w:tcW w:type="dxa" w:w="1728"/>
          </w:tcPr>
          <w:p>
            <w:r>
              <w:t>Heyrahaty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921*79127*</w:t>
            </w:r>
          </w:p>
        </w:tc>
        <w:tc>
          <w:tcPr>
            <w:tcW w:type="dxa" w:w="1728"/>
          </w:tcPr>
          <w:p>
            <w:r>
              <w:t>𝑏𝑜𝑠ℎ𝑟𝑎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boshra_sarmasti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9132*33703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sare7687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91*42372*2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Mohamad_Bhrmtb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91**44492*</w:t>
            </w:r>
          </w:p>
        </w:tc>
        <w:tc>
          <w:tcPr>
            <w:tcW w:type="dxa" w:w="1728"/>
          </w:tcPr>
          <w:p>
            <w:r>
              <w:t>Najmeh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>
              <w:t>Nurse_Farzaneh1999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939739*041</w:t>
            </w:r>
          </w:p>
        </w:tc>
        <w:tc>
          <w:tcPr>
            <w:tcW w:type="dxa" w:w="1728"/>
          </w:tcPr>
          <w:p>
            <w:r>
              <w:t>Reyhaneh</w:t>
            </w:r>
          </w:p>
        </w:tc>
        <w:tc>
          <w:tcPr>
            <w:tcW w:type="dxa" w:w="1728"/>
          </w:tcPr>
          <w:p>
            <w:r>
              <w:t>Ghasemi</w:t>
            </w:r>
          </w:p>
        </w:tc>
        <w:tc>
          <w:tcPr>
            <w:tcW w:type="dxa" w:w="1728"/>
          </w:tcPr>
          <w:p>
            <w:r>
              <w:t>rghassemi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91***1*2**</w:t>
            </w:r>
          </w:p>
        </w:tc>
        <w:tc>
          <w:tcPr>
            <w:tcW w:type="dxa" w:w="1728"/>
          </w:tcPr>
          <w:p>
            <w:r>
              <w:t>f-f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farhad15330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93*13*2*44</w:t>
            </w:r>
          </w:p>
        </w:tc>
        <w:tc>
          <w:tcPr>
            <w:tcW w:type="dxa" w:w="1728"/>
          </w:tcPr>
          <w:p>
            <w:r>
              <w:t>Mehrab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me99ja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990**33*40</w:t>
            </w:r>
          </w:p>
        </w:tc>
        <w:tc>
          <w:tcPr>
            <w:tcW w:type="dxa" w:w="1728"/>
          </w:tcPr>
          <w:p>
            <w:r>
              <w:t>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me113me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91233**3*9</w:t>
            </w:r>
          </w:p>
        </w:tc>
        <w:tc>
          <w:tcPr>
            <w:tcW w:type="dxa" w:w="1728"/>
          </w:tcPr>
          <w:p>
            <w:r>
              <w:t>Faezeh</w:t>
            </w:r>
          </w:p>
        </w:tc>
        <w:tc>
          <w:tcPr>
            <w:tcW w:type="dxa" w:w="1728"/>
          </w:tcPr>
          <w:p>
            <w:r>
              <w:t>Shafieyan</w:t>
            </w:r>
          </w:p>
        </w:tc>
        <w:tc>
          <w:tcPr>
            <w:tcW w:type="dxa" w:w="1728"/>
          </w:tcPr>
          <w:p>
            <w:r>
              <w:t>f_sh_aezeh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91407**139</w:t>
            </w:r>
          </w:p>
        </w:tc>
        <w:tc>
          <w:tcPr>
            <w:tcW w:type="dxa" w:w="1728"/>
          </w:tcPr>
          <w:p>
            <w:r>
              <w:t>Fateme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whiterose99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9309*07704</w:t>
            </w:r>
          </w:p>
        </w:tc>
        <w:tc>
          <w:tcPr>
            <w:tcW w:type="dxa" w:w="1728"/>
          </w:tcPr>
          <w:p>
            <w:r>
              <w:t>Shahryar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91*4***93*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Zbgr99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93***073*0</w:t>
            </w:r>
          </w:p>
        </w:tc>
        <w:tc>
          <w:tcPr>
            <w:tcW w:type="dxa" w:w="1728"/>
          </w:tcPr>
          <w:p>
            <w:r>
              <w:t>RadioFM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imfmot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91133109*4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Zahraroushan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91*2097990</w:t>
            </w:r>
          </w:p>
        </w:tc>
        <w:tc>
          <w:tcPr>
            <w:tcW w:type="dxa" w:w="1728"/>
          </w:tcPr>
          <w:p>
            <w:r>
              <w:t>S-!-n-a⚓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Sina_nasrollahian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930112*19*</w:t>
            </w:r>
          </w:p>
        </w:tc>
        <w:tc>
          <w:tcPr>
            <w:tcW w:type="dxa" w:w="1728"/>
          </w:tcPr>
          <w:p>
            <w:r>
              <w:t>G.A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GazalAmini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9372*9*09*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Sarajalali79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9913137*22</w:t>
            </w:r>
          </w:p>
        </w:tc>
        <w:tc>
          <w:tcPr>
            <w:tcW w:type="dxa" w:w="1728"/>
          </w:tcPr>
          <w:p>
            <w:r>
              <w:t>golbarf❄️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miidwif_f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911*3311*1</w:t>
            </w:r>
          </w:p>
        </w:tc>
        <w:tc>
          <w:tcPr>
            <w:tcW w:type="dxa" w:w="1728"/>
          </w:tcPr>
          <w:p>
            <w:r>
              <w:t>Fereshteh</w:t>
            </w:r>
          </w:p>
        </w:tc>
        <w:tc>
          <w:tcPr>
            <w:tcW w:type="dxa" w:w="1728"/>
          </w:tcPr>
          <w:p>
            <w:r>
              <w:t>Jamshidi</w:t>
            </w:r>
          </w:p>
        </w:tc>
        <w:tc>
          <w:tcPr>
            <w:tcW w:type="dxa" w:w="1728"/>
          </w:tcPr>
          <w:p>
            <w:r>
              <w:t>fereshteh_jamshidi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9120**1373</w:t>
            </w:r>
          </w:p>
        </w:tc>
        <w:tc>
          <w:tcPr>
            <w:tcW w:type="dxa" w:w="1728"/>
          </w:tcPr>
          <w:p>
            <w:r>
              <w:t>DR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91292*7320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pouriad63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9014*9*3*9</w:t>
            </w:r>
          </w:p>
        </w:tc>
        <w:tc>
          <w:tcPr>
            <w:tcW w:type="dxa" w:w="1728"/>
          </w:tcPr>
          <w:p>
            <w:r>
              <w:t>N Sdq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Nsd_DietTherapy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9124*943*4</w:t>
            </w:r>
          </w:p>
        </w:tc>
        <w:tc>
          <w:tcPr>
            <w:tcW w:type="dxa" w:w="1728"/>
          </w:tcPr>
          <w:p>
            <w:r>
              <w:t>محمد امین</w:t>
            </w:r>
          </w:p>
        </w:tc>
        <w:tc>
          <w:tcPr>
            <w:tcW w:type="dxa" w:w="1728"/>
          </w:tcPr>
          <w:p>
            <w:r>
              <w:t>دباغیان</w:t>
            </w:r>
          </w:p>
        </w:tc>
        <w:tc>
          <w:tcPr>
            <w:tcW w:type="dxa" w:w="1728"/>
          </w:tcPr>
          <w:p>
            <w:r>
              <w:t>Adabbaghian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9170**2*77</w:t>
            </w:r>
          </w:p>
        </w:tc>
        <w:tc>
          <w:tcPr>
            <w:tcW w:type="dxa" w:w="1728"/>
          </w:tcPr>
          <w:p>
            <w:r>
              <w:t>ᴇ ʜ s ᴀ 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ehsanb0rdbar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93*9204*70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>
              <w:t>Salmanian</w:t>
            </w:r>
          </w:p>
        </w:tc>
        <w:tc>
          <w:tcPr>
            <w:tcW w:type="dxa" w:w="1728"/>
          </w:tcPr>
          <w:p>
            <w:r>
              <w:t>elahe_salmanian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93*****41*</w:t>
            </w:r>
          </w:p>
        </w:tc>
        <w:tc>
          <w:tcPr>
            <w:tcW w:type="dxa" w:w="1728"/>
          </w:tcPr>
          <w:p>
            <w:r>
              <w:t>adeleh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adl_nmt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93***2479*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Ms8695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9199743930</w:t>
            </w:r>
          </w:p>
        </w:tc>
        <w:tc>
          <w:tcPr>
            <w:tcW w:type="dxa" w:w="1728"/>
          </w:tcPr>
          <w:p>
            <w:r>
              <w:t>Raoofeh🌸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Raoufeh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9137011*9*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خالدی</w:t>
            </w:r>
          </w:p>
        </w:tc>
        <w:tc>
          <w:tcPr>
            <w:tcW w:type="dxa" w:w="1728"/>
          </w:tcPr>
          <w:p>
            <w:r>
              <w:t>Ahmad_khaledii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903*0*31**</w:t>
            </w:r>
          </w:p>
        </w:tc>
        <w:tc>
          <w:tcPr>
            <w:tcW w:type="dxa" w:w="1728"/>
          </w:tcPr>
          <w:p>
            <w:r>
              <w:t>Z 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Zohreh_jrm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9141*3**24</w:t>
            </w:r>
          </w:p>
        </w:tc>
        <w:tc>
          <w:tcPr>
            <w:tcW w:type="dxa" w:w="1728"/>
          </w:tcPr>
          <w:p>
            <w:r>
              <w:t>M.khakpour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mkhakpour79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914*223270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>
              <w:t>Soltani</w:t>
            </w:r>
          </w:p>
        </w:tc>
        <w:tc>
          <w:tcPr>
            <w:tcW w:type="dxa" w:w="1728"/>
          </w:tcPr>
          <w:p>
            <w:r>
              <w:t>Sara_sol_tani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9304*0*441</w:t>
            </w:r>
          </w:p>
        </w:tc>
        <w:tc>
          <w:tcPr>
            <w:tcW w:type="dxa" w:w="1728"/>
          </w:tcPr>
          <w:p>
            <w:r>
              <w:t>SB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SadeghSB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917**7*90*</w:t>
            </w:r>
          </w:p>
        </w:tc>
        <w:tc>
          <w:tcPr>
            <w:tcW w:type="dxa" w:w="1728"/>
          </w:tcPr>
          <w:p>
            <w:r>
              <w:t>Fatemeh Ghanbarian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Ghanbarian_Fatemeh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91304*0113</w:t>
            </w:r>
          </w:p>
        </w:tc>
        <w:tc>
          <w:tcPr>
            <w:tcW w:type="dxa" w:w="1728"/>
          </w:tcPr>
          <w:p>
            <w:r>
              <w:t>AmirM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TheAmirmohammad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9133*2*423</w:t>
            </w:r>
          </w:p>
        </w:tc>
        <w:tc>
          <w:tcPr>
            <w:tcW w:type="dxa" w:w="1728"/>
          </w:tcPr>
          <w:p>
            <w:r>
              <w:t>شهرزاد</w:t>
            </w:r>
          </w:p>
        </w:tc>
        <w:tc>
          <w:tcPr>
            <w:tcW w:type="dxa" w:w="1728"/>
          </w:tcPr>
          <w:p>
            <w:r>
              <w:t>حبیبی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93*339373*</w:t>
            </w:r>
          </w:p>
        </w:tc>
        <w:tc>
          <w:tcPr>
            <w:tcW w:type="dxa" w:w="1728"/>
          </w:tcPr>
          <w:p>
            <w:r>
              <w:t>RM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Rh_mohmd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91201*0**0</w:t>
            </w:r>
          </w:p>
        </w:tc>
        <w:tc>
          <w:tcPr>
            <w:tcW w:type="dxa" w:w="1728"/>
          </w:tcPr>
          <w:p>
            <w:r>
              <w:t>ஜ۩۩ஜ Amirmhmd Eghbalianஜ۩۩ஜ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amirmohammad_eghbalian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9172327***</w:t>
            </w:r>
          </w:p>
        </w:tc>
        <w:tc>
          <w:tcPr>
            <w:tcW w:type="dxa" w:w="1728"/>
          </w:tcPr>
          <w:p>
            <w:r>
              <w:t>AGT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9330*20**7</w:t>
            </w:r>
          </w:p>
        </w:tc>
        <w:tc>
          <w:tcPr>
            <w:tcW w:type="dxa" w:w="1728"/>
          </w:tcPr>
          <w:p>
            <w:r>
              <w:t>Захра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zahraaa9877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9133*100*7</w:t>
            </w:r>
          </w:p>
        </w:tc>
        <w:tc>
          <w:tcPr>
            <w:tcW w:type="dxa" w:w="1728"/>
          </w:tcPr>
          <w:p>
            <w:r>
              <w:t>Youssef</w:t>
            </w:r>
          </w:p>
        </w:tc>
        <w:tc>
          <w:tcPr>
            <w:tcW w:type="dxa" w:w="1728"/>
          </w:tcPr>
          <w:p>
            <w:r>
              <w:t>Hashemi</w:t>
            </w:r>
          </w:p>
        </w:tc>
        <w:tc>
          <w:tcPr>
            <w:tcW w:type="dxa" w:w="1728"/>
          </w:tcPr>
          <w:p>
            <w:r>
              <w:t>youssefhashemi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913****794</w:t>
            </w:r>
          </w:p>
        </w:tc>
        <w:tc>
          <w:tcPr>
            <w:tcW w:type="dxa" w:w="1728"/>
          </w:tcPr>
          <w:p>
            <w:r>
              <w:t>زنده به آنیم ک آرام نگیریم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hosseinsharify1419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93*742*2*3</w:t>
            </w:r>
          </w:p>
        </w:tc>
        <w:tc>
          <w:tcPr>
            <w:tcW w:type="dxa" w:w="1728"/>
          </w:tcPr>
          <w:p>
            <w:r>
              <w:t>Atiye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Ati_derakhshesh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91407**234</w:t>
            </w:r>
          </w:p>
        </w:tc>
        <w:tc>
          <w:tcPr>
            <w:tcW w:type="dxa" w:w="1728"/>
          </w:tcPr>
          <w:p>
            <w:r>
              <w:t>•~Fa.riahi~•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fatemehRiahi78</w:t>
            </w:r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  <w:tr>
        <w:tc>
          <w:tcPr>
            <w:tcW w:type="dxa" w:w="1728"/>
          </w:tcPr>
          <w:p>
            <w:r>
              <w:t>91*2212***</w:t>
            </w:r>
          </w:p>
        </w:tc>
        <w:tc>
          <w:tcPr>
            <w:tcW w:type="dxa" w:w="1728"/>
          </w:tcPr>
          <w:p>
            <w:r>
              <w:t>N.n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Medical Science Events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Medical Science Events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