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Med Uni Etehad 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Med Uni Etehad 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912*30139*</w:t>
            </w:r>
          </w:p>
        </w:tc>
        <w:tc>
          <w:tcPr>
            <w:tcW w:type="dxa" w:w="1728"/>
          </w:tcPr>
          <w:p>
            <w:r>
              <w:t>Shervin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Shervintvk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922*70*341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Armin5753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93***9*407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Sobhani</w:t>
            </w:r>
          </w:p>
        </w:tc>
        <w:tc>
          <w:tcPr>
            <w:tcW w:type="dxa" w:w="1728"/>
          </w:tcPr>
          <w:p>
            <w:r>
              <w:t>Mmdsbh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919499*313</w:t>
            </w:r>
          </w:p>
        </w:tc>
        <w:tc>
          <w:tcPr>
            <w:tcW w:type="dxa" w:w="1728"/>
          </w:tcPr>
          <w:p>
            <w:r>
              <w:t>Bita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bita_tlb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90330399*7</w:t>
            </w:r>
          </w:p>
        </w:tc>
        <w:tc>
          <w:tcPr>
            <w:tcW w:type="dxa" w:w="1728"/>
          </w:tcPr>
          <w:p>
            <w:r>
              <w:t>Sepehr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sepehrap23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917*09*749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>
              <w:t>Zare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913*0*0**4</w:t>
            </w:r>
          </w:p>
        </w:tc>
        <w:tc>
          <w:tcPr>
            <w:tcW w:type="dxa" w:w="1728"/>
          </w:tcPr>
          <w:p>
            <w:r>
              <w:t>𝓩𝓪𝓱𝓻𝓪...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Zahra_Shiasi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913993429*</w:t>
            </w:r>
          </w:p>
        </w:tc>
        <w:tc>
          <w:tcPr>
            <w:tcW w:type="dxa" w:w="1728"/>
          </w:tcPr>
          <w:p>
            <w:r>
              <w:t>Fatemeh Morsali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f_msl01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913**44034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Behzadian</w:t>
            </w:r>
          </w:p>
        </w:tc>
        <w:tc>
          <w:tcPr>
            <w:tcW w:type="dxa" w:w="1728"/>
          </w:tcPr>
          <w:p>
            <w:r>
              <w:t>Rezabhz77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91200*4032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maedehehsaninia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9379*3074*</w:t>
            </w:r>
          </w:p>
        </w:tc>
        <w:tc>
          <w:tcPr>
            <w:tcW w:type="dxa" w:w="1728"/>
          </w:tcPr>
          <w:p>
            <w:r>
              <w:t>Reyhaneh Rajaei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reyhaneh1484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914300*4**</w:t>
            </w:r>
          </w:p>
        </w:tc>
        <w:tc>
          <w:tcPr>
            <w:tcW w:type="dxa" w:w="1728"/>
          </w:tcPr>
          <w:p>
            <w:r>
              <w:t>K1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Keivan6688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922710*7*3</w:t>
            </w:r>
          </w:p>
        </w:tc>
        <w:tc>
          <w:tcPr>
            <w:tcW w:type="dxa" w:w="1728"/>
          </w:tcPr>
          <w:p>
            <w:r>
              <w:t>Mohamad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MrG99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9023101710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Arefi17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930241971*</w:t>
            </w:r>
          </w:p>
        </w:tc>
        <w:tc>
          <w:tcPr>
            <w:tcW w:type="dxa" w:w="1728"/>
          </w:tcPr>
          <w:p>
            <w:r>
              <w:t>Sana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Fatemeh_hshml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93740*2303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>
              <w:t>Easaloo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91332*3403</w:t>
            </w:r>
          </w:p>
        </w:tc>
        <w:tc>
          <w:tcPr>
            <w:tcW w:type="dxa" w:w="1728"/>
          </w:tcPr>
          <w:p>
            <w:r>
              <w:t>Hojat</w:t>
            </w:r>
          </w:p>
        </w:tc>
        <w:tc>
          <w:tcPr>
            <w:tcW w:type="dxa" w:w="1728"/>
          </w:tcPr>
          <w:p>
            <w:r>
              <w:t>Aslanpoor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9374*17*27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Erf_the_Erf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93910*742*</w:t>
            </w:r>
          </w:p>
        </w:tc>
        <w:tc>
          <w:tcPr>
            <w:tcW w:type="dxa" w:w="1728"/>
          </w:tcPr>
          <w:p>
            <w:r>
              <w:t>POurya</w:t>
            </w:r>
          </w:p>
        </w:tc>
        <w:tc>
          <w:tcPr>
            <w:tcW w:type="dxa" w:w="1728"/>
          </w:tcPr>
          <w:p>
            <w:r>
              <w:t>Javaheri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91***07419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Abedi</w:t>
            </w:r>
          </w:p>
        </w:tc>
        <w:tc>
          <w:tcPr>
            <w:tcW w:type="dxa" w:w="1728"/>
          </w:tcPr>
          <w:p>
            <w:r>
              <w:t>FatemeehAbedi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9220*7*4*0</w:t>
            </w:r>
          </w:p>
        </w:tc>
        <w:tc>
          <w:tcPr>
            <w:tcW w:type="dxa" w:w="1728"/>
          </w:tcPr>
          <w:p>
            <w:r>
              <w:t>F._.Eyni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fze_eyni_N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91227**41*</w:t>
            </w:r>
          </w:p>
        </w:tc>
        <w:tc>
          <w:tcPr>
            <w:tcW w:type="dxa" w:w="1728"/>
          </w:tcPr>
          <w:p>
            <w:r>
              <w:t>snosrat sd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Snosratsd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91740**127</w:t>
            </w:r>
          </w:p>
        </w:tc>
        <w:tc>
          <w:tcPr>
            <w:tcW w:type="dxa" w:w="1728"/>
          </w:tcPr>
          <w:p>
            <w:r>
              <w:t>Kasra</w:t>
            </w:r>
          </w:p>
        </w:tc>
        <w:tc>
          <w:tcPr>
            <w:tcW w:type="dxa" w:w="1728"/>
          </w:tcPr>
          <w:p>
            <w:r>
              <w:t>Sharifi</w:t>
            </w:r>
          </w:p>
        </w:tc>
        <w:tc>
          <w:tcPr>
            <w:tcW w:type="dxa" w:w="1728"/>
          </w:tcPr>
          <w:p>
            <w:r>
              <w:t>Kasra2479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92039*317*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Niimaaa78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9019*71174</w:t>
            </w:r>
          </w:p>
        </w:tc>
        <w:tc>
          <w:tcPr>
            <w:tcW w:type="dxa" w:w="1728"/>
          </w:tcPr>
          <w:p>
            <w:r>
              <w:t>Fateme Rafizadeh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fame_ra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99247211*4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>
              <w:t>Sanati</w:t>
            </w:r>
          </w:p>
        </w:tc>
        <w:tc>
          <w:tcPr>
            <w:tcW w:type="dxa" w:w="1728"/>
          </w:tcPr>
          <w:p>
            <w:r>
              <w:t>Nima_2001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91209*3*0*</w:t>
            </w:r>
          </w:p>
        </w:tc>
        <w:tc>
          <w:tcPr>
            <w:tcW w:type="dxa" w:w="1728"/>
          </w:tcPr>
          <w:p>
            <w:r>
              <w:t>Z.Seraji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Zaasrr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9140*7*372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Yamimdal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903324**4*</w:t>
            </w:r>
          </w:p>
        </w:tc>
        <w:tc>
          <w:tcPr>
            <w:tcW w:type="dxa" w:w="1728"/>
          </w:tcPr>
          <w:p>
            <w:r>
              <w:t>Zainab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937*2*9304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ALiReZa_AM3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9302**9*4*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Hs</w:t>
            </w:r>
          </w:p>
        </w:tc>
        <w:tc>
          <w:tcPr>
            <w:tcW w:type="dxa" w:w="1728"/>
          </w:tcPr>
          <w:p>
            <w:r>
              <w:t>mehdi9848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9392*3*92*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academy_taheriii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91307*1*79</w:t>
            </w:r>
          </w:p>
        </w:tc>
        <w:tc>
          <w:tcPr>
            <w:tcW w:type="dxa" w:w="1728"/>
          </w:tcPr>
          <w:p>
            <w:r>
              <w:t>Maryam Honarzad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Mary_henry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933*273*03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Khalaji</w:t>
            </w:r>
          </w:p>
        </w:tc>
        <w:tc>
          <w:tcPr>
            <w:tcW w:type="dxa" w:w="1728"/>
          </w:tcPr>
          <w:p>
            <w:r>
              <w:t>Ali_Reza_Khalaji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93**30*700</w:t>
            </w:r>
          </w:p>
        </w:tc>
        <w:tc>
          <w:tcPr>
            <w:tcW w:type="dxa" w:w="1728"/>
          </w:tcPr>
          <w:p>
            <w:r>
              <w:t>s.......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Panizjoooon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91011*7*97</w:t>
            </w:r>
          </w:p>
        </w:tc>
        <w:tc>
          <w:tcPr>
            <w:tcW w:type="dxa" w:w="1728"/>
          </w:tcPr>
          <w:p>
            <w:r>
              <w:t>Shayan</w:t>
            </w:r>
          </w:p>
        </w:tc>
        <w:tc>
          <w:tcPr>
            <w:tcW w:type="dxa" w:w="1728"/>
          </w:tcPr>
          <w:p>
            <w:r>
              <w:t>Ghanouni</w:t>
            </w:r>
          </w:p>
        </w:tc>
        <w:tc>
          <w:tcPr>
            <w:tcW w:type="dxa" w:w="1728"/>
          </w:tcPr>
          <w:p>
            <w:r>
              <w:t>shayanghanouni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9010***0*2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>
              <w:t>Seifi</w:t>
            </w:r>
          </w:p>
        </w:tc>
        <w:tc>
          <w:tcPr>
            <w:tcW w:type="dxa" w:w="1728"/>
          </w:tcPr>
          <w:p>
            <w:r>
              <w:t>amirreza_seifi77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910**3*477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Mehran67146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9122*129*0</w:t>
            </w:r>
          </w:p>
        </w:tc>
        <w:tc>
          <w:tcPr>
            <w:tcW w:type="dxa" w:w="1728"/>
          </w:tcPr>
          <w:p>
            <w:r>
              <w:t>زهره محلاتي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91*7170207</w:t>
            </w:r>
          </w:p>
        </w:tc>
        <w:tc>
          <w:tcPr>
            <w:tcW w:type="dxa" w:w="1728"/>
          </w:tcPr>
          <w:p>
            <w:r>
              <w:t>Amirali</w:t>
            </w:r>
          </w:p>
        </w:tc>
        <w:tc>
          <w:tcPr>
            <w:tcW w:type="dxa" w:w="1728"/>
          </w:tcPr>
          <w:p>
            <w:r>
              <w:t>Hatami</w:t>
            </w:r>
          </w:p>
        </w:tc>
        <w:tc>
          <w:tcPr>
            <w:tcW w:type="dxa" w:w="1728"/>
          </w:tcPr>
          <w:p>
            <w:r>
              <w:t>Hatami_Amirali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91**3304*1</w:t>
            </w:r>
          </w:p>
        </w:tc>
        <w:tc>
          <w:tcPr>
            <w:tcW w:type="dxa" w:w="1728"/>
          </w:tcPr>
          <w:p>
            <w:r>
              <w:t>Fatima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fatimashahidinia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93**31911*</w:t>
            </w:r>
          </w:p>
        </w:tc>
        <w:tc>
          <w:tcPr>
            <w:tcW w:type="dxa" w:w="1728"/>
          </w:tcPr>
          <w:p>
            <w:r>
              <w:t>Umair</w:t>
            </w:r>
          </w:p>
        </w:tc>
        <w:tc>
          <w:tcPr>
            <w:tcW w:type="dxa" w:w="1728"/>
          </w:tcPr>
          <w:p>
            <w:r>
              <w:t>Tariq</w:t>
            </w:r>
          </w:p>
        </w:tc>
        <w:tc>
          <w:tcPr>
            <w:tcW w:type="dxa" w:w="1728"/>
          </w:tcPr>
          <w:p>
            <w:r>
              <w:t>UmairRana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91*39*0**9</w:t>
            </w:r>
          </w:p>
        </w:tc>
        <w:tc>
          <w:tcPr>
            <w:tcW w:type="dxa" w:w="1728"/>
          </w:tcPr>
          <w:p>
            <w:r>
              <w:t>Maryam.p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Marryp9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99140*4943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HAssan_0913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93*0749*1*</w:t>
            </w:r>
          </w:p>
        </w:tc>
        <w:tc>
          <w:tcPr>
            <w:tcW w:type="dxa" w:w="1728"/>
          </w:tcPr>
          <w:p>
            <w:r>
              <w:t>Zahra.diyari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Dizahra_97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91**1*2*7*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Nimahazeghi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9027013**9</w:t>
            </w:r>
          </w:p>
        </w:tc>
        <w:tc>
          <w:tcPr>
            <w:tcW w:type="dxa" w:w="1728"/>
          </w:tcPr>
          <w:p>
            <w:r>
              <w:t>Kian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Kian_ra_99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93040*939*</w:t>
            </w:r>
          </w:p>
        </w:tc>
        <w:tc>
          <w:tcPr>
            <w:tcW w:type="dxa" w:w="1728"/>
          </w:tcPr>
          <w:p>
            <w:r>
              <w:t>Mohammad amin</w:t>
            </w:r>
          </w:p>
        </w:tc>
        <w:tc>
          <w:tcPr>
            <w:tcW w:type="dxa" w:w="1728"/>
          </w:tcPr>
          <w:p>
            <w:r>
              <w:t>Beygi</w:t>
            </w:r>
          </w:p>
        </w:tc>
        <w:tc>
          <w:tcPr>
            <w:tcW w:type="dxa" w:w="1728"/>
          </w:tcPr>
          <w:p>
            <w:r>
              <w:t>dr_beygi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9037201947</w:t>
            </w:r>
          </w:p>
        </w:tc>
        <w:tc>
          <w:tcPr>
            <w:tcW w:type="dxa" w:w="1728"/>
          </w:tcPr>
          <w:p>
            <w:r>
              <w:t>آلاااااااا 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liloe_99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9913*1****</w:t>
            </w:r>
          </w:p>
        </w:tc>
        <w:tc>
          <w:tcPr>
            <w:tcW w:type="dxa" w:w="1728"/>
          </w:tcPr>
          <w:p>
            <w:r>
              <w:t>Shiva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Shiva_Vsh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93*4*902*0</w:t>
            </w:r>
          </w:p>
        </w:tc>
        <w:tc>
          <w:tcPr>
            <w:tcW w:type="dxa" w:w="1728"/>
          </w:tcPr>
          <w:p>
            <w:r>
              <w:t>Parsaa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Parsalatifi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9172334*93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Fare_xi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9120*20704</w:t>
            </w:r>
          </w:p>
        </w:tc>
        <w:tc>
          <w:tcPr>
            <w:tcW w:type="dxa" w:w="1728"/>
          </w:tcPr>
          <w:p>
            <w:r>
              <w:t>Arshia</w:t>
            </w:r>
          </w:p>
        </w:tc>
        <w:tc>
          <w:tcPr>
            <w:tcW w:type="dxa" w:w="1728"/>
          </w:tcPr>
          <w:p>
            <w:r>
              <w:t>Bozorgi</w:t>
            </w:r>
          </w:p>
        </w:tc>
        <w:tc>
          <w:tcPr>
            <w:tcW w:type="dxa" w:w="1728"/>
          </w:tcPr>
          <w:p>
            <w:r>
              <w:t>arshiabozorgi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91449*1**7</w:t>
            </w:r>
          </w:p>
        </w:tc>
        <w:tc>
          <w:tcPr>
            <w:tcW w:type="dxa" w:w="1728"/>
          </w:tcPr>
          <w:p>
            <w:r>
              <w:t>Homa</w:t>
            </w:r>
          </w:p>
        </w:tc>
        <w:tc>
          <w:tcPr>
            <w:tcW w:type="dxa" w:w="1728"/>
          </w:tcPr>
          <w:p>
            <w:r>
              <w:t>Nader-ali</w:t>
            </w:r>
          </w:p>
        </w:tc>
        <w:tc>
          <w:tcPr>
            <w:tcW w:type="dxa" w:w="1728"/>
          </w:tcPr>
          <w:p>
            <w:r>
              <w:t>Homa_naderAli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912**30231</w:t>
            </w:r>
          </w:p>
        </w:tc>
        <w:tc>
          <w:tcPr>
            <w:tcW w:type="dxa" w:w="1728"/>
          </w:tcPr>
          <w:p>
            <w:r>
              <w:t>Dr.Mohammadreza Ataie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Ataiemohammadreza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912*09941*</w:t>
            </w:r>
          </w:p>
        </w:tc>
        <w:tc>
          <w:tcPr>
            <w:tcW w:type="dxa" w:w="1728"/>
          </w:tcPr>
          <w:p>
            <w:r>
              <w:t>🌸Yld🌸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Y4lld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9133*39*91</w:t>
            </w:r>
          </w:p>
        </w:tc>
        <w:tc>
          <w:tcPr>
            <w:tcW w:type="dxa" w:w="1728"/>
          </w:tcPr>
          <w:p>
            <w:r>
              <w:t>آیـْـدا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aidaa_taaaa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9307210*3*</w:t>
            </w:r>
          </w:p>
        </w:tc>
        <w:tc>
          <w:tcPr>
            <w:tcW w:type="dxa" w:w="1728"/>
          </w:tcPr>
          <w:p>
            <w:r>
              <w:t>ALI.J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Seyed_ali_jafari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90110373*3</w:t>
            </w:r>
          </w:p>
        </w:tc>
        <w:tc>
          <w:tcPr>
            <w:tcW w:type="dxa" w:w="1728"/>
          </w:tcPr>
          <w:p>
            <w:r>
              <w:t>Mobina</w:t>
            </w:r>
          </w:p>
        </w:tc>
        <w:tc>
          <w:tcPr>
            <w:tcW w:type="dxa" w:w="1728"/>
          </w:tcPr>
          <w:p>
            <w:r>
              <w:t>Saleh</w:t>
            </w:r>
          </w:p>
        </w:tc>
        <w:tc>
          <w:tcPr>
            <w:tcW w:type="dxa" w:w="1728"/>
          </w:tcPr>
          <w:p>
            <w:r>
              <w:t>SalehMobina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939292412*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zashbi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9307*312*4</w:t>
            </w:r>
          </w:p>
        </w:tc>
        <w:tc>
          <w:tcPr>
            <w:tcW w:type="dxa" w:w="1728"/>
          </w:tcPr>
          <w:p>
            <w:r>
              <w:t>Par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Prnym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930791*120</w:t>
            </w:r>
          </w:p>
        </w:tc>
        <w:tc>
          <w:tcPr>
            <w:tcW w:type="dxa" w:w="1728"/>
          </w:tcPr>
          <w:p>
            <w:r>
              <w:t>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mtyupjg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910***3070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MAliSalimi1377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911743*1**</w:t>
            </w:r>
          </w:p>
        </w:tc>
        <w:tc>
          <w:tcPr>
            <w:tcW w:type="dxa" w:w="1728"/>
          </w:tcPr>
          <w:p>
            <w:r>
              <w:t>𝒮𝒾𝓃@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Sina_Vn99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937*1317*2</w:t>
            </w:r>
          </w:p>
        </w:tc>
        <w:tc>
          <w:tcPr>
            <w:tcW w:type="dxa" w:w="1728"/>
          </w:tcPr>
          <w:p>
            <w:r>
              <w:t>Amirhosein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AMIRHOSSEINTMEDS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9147**37*2</w:t>
            </w:r>
          </w:p>
        </w:tc>
        <w:tc>
          <w:tcPr>
            <w:tcW w:type="dxa" w:w="1728"/>
          </w:tcPr>
          <w:p>
            <w:r>
              <w:t>Hengam 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hengam_meh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939*321***</w:t>
            </w:r>
          </w:p>
        </w:tc>
        <w:tc>
          <w:tcPr>
            <w:tcW w:type="dxa" w:w="1728"/>
          </w:tcPr>
          <w:p>
            <w:r>
              <w:t>Amin Rostami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Amin_Andres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93*1*443**</w:t>
            </w:r>
          </w:p>
        </w:tc>
        <w:tc>
          <w:tcPr>
            <w:tcW w:type="dxa" w:w="1728"/>
          </w:tcPr>
          <w:p>
            <w:r>
              <w:t>hana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Hanaakha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9120294323</w:t>
            </w:r>
          </w:p>
        </w:tc>
        <w:tc>
          <w:tcPr>
            <w:tcW w:type="dxa" w:w="1728"/>
          </w:tcPr>
          <w:p>
            <w:r>
              <w:t>Roozbeh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roozbeh_yahyavi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903**92***</w:t>
            </w:r>
          </w:p>
        </w:tc>
        <w:tc>
          <w:tcPr>
            <w:tcW w:type="dxa" w:w="1728"/>
          </w:tcPr>
          <w:p>
            <w:r>
              <w:t>samin</w:t>
            </w:r>
          </w:p>
        </w:tc>
        <w:tc>
          <w:tcPr>
            <w:tcW w:type="dxa" w:w="1728"/>
          </w:tcPr>
          <w:p>
            <w:r>
              <w:t>blz</w:t>
            </w:r>
          </w:p>
        </w:tc>
        <w:tc>
          <w:tcPr>
            <w:tcW w:type="dxa" w:w="1728"/>
          </w:tcPr>
          <w:p>
            <w:r>
              <w:t>saminblz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91474*22*0</w:t>
            </w:r>
          </w:p>
        </w:tc>
        <w:tc>
          <w:tcPr>
            <w:tcW w:type="dxa" w:w="1728"/>
          </w:tcPr>
          <w:p>
            <w:r>
              <w:t>Amir.H.Taghikhani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Amirtaghikhani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91317*099*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RezaAfsharPour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9101042994</w:t>
            </w:r>
          </w:p>
        </w:tc>
        <w:tc>
          <w:tcPr>
            <w:tcW w:type="dxa" w:w="1728"/>
          </w:tcPr>
          <w:p>
            <w:r>
              <w:t>💲ArA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sarawss76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937*4*4**4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Mohsen_102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939741**41</w:t>
            </w:r>
          </w:p>
        </w:tc>
        <w:tc>
          <w:tcPr>
            <w:tcW w:type="dxa" w:w="1728"/>
          </w:tcPr>
          <w:p>
            <w:r>
              <w:t>reyhane</w:t>
            </w:r>
          </w:p>
        </w:tc>
        <w:tc>
          <w:tcPr>
            <w:tcW w:type="dxa" w:w="1728"/>
          </w:tcPr>
          <w:p>
            <w:r>
              <w:t>Amrani</w:t>
            </w:r>
          </w:p>
        </w:tc>
        <w:tc>
          <w:tcPr>
            <w:tcW w:type="dxa" w:w="1728"/>
          </w:tcPr>
          <w:p>
            <w:r>
              <w:t>Reyhane_amrani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9140307214</w:t>
            </w:r>
          </w:p>
        </w:tc>
        <w:tc>
          <w:tcPr>
            <w:tcW w:type="dxa" w:w="1728"/>
          </w:tcPr>
          <w:p>
            <w:r>
              <w:t>Zahra shiasy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Zahrashiasy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9132*0**34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Zshatt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9120*127**</w:t>
            </w:r>
          </w:p>
        </w:tc>
        <w:tc>
          <w:tcPr>
            <w:tcW w:type="dxa" w:w="1728"/>
          </w:tcPr>
          <w:p>
            <w:r>
              <w:t>‌Zahra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zhrasleimani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91**330*94</w:t>
            </w:r>
          </w:p>
        </w:tc>
        <w:tc>
          <w:tcPr>
            <w:tcW w:type="dxa" w:w="1728"/>
          </w:tcPr>
          <w:p>
            <w:r>
              <w:t>Parsa Kiani|پارسا کیانی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callmepasra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  <w:tr>
        <w:tc>
          <w:tcPr>
            <w:tcW w:type="dxa" w:w="1728"/>
          </w:tcPr>
          <w:p>
            <w:r>
              <w:t>9020073310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Afz_01</w:t>
            </w:r>
          </w:p>
        </w:tc>
        <w:tc>
          <w:tcPr>
            <w:tcW w:type="dxa" w:w="1728"/>
          </w:tcPr>
          <w:p>
            <w:r>
              <w:t>Med Uni Etehad 🤝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 xml:space="preserve">دانلود بانک موبایل Med Uni Etehad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