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Listening Group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Listening Group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91297341*2</w:t>
            </w:r>
          </w:p>
        </w:tc>
        <w:tc>
          <w:tcPr>
            <w:tcW w:type="dxa" w:w="1728"/>
          </w:tcPr>
          <w:p>
            <w:r>
              <w:t>Majid_mrt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mj_mrt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91229**443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Mohseni</w:t>
            </w:r>
          </w:p>
        </w:tc>
        <w:tc>
          <w:tcPr>
            <w:tcW w:type="dxa" w:w="1728"/>
          </w:tcPr>
          <w:p>
            <w:r>
              <w:t>AAH139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9120473934</w:t>
            </w:r>
          </w:p>
        </w:tc>
        <w:tc>
          <w:tcPr>
            <w:tcW w:type="dxa" w:w="1728"/>
          </w:tcPr>
          <w:p>
            <w:r>
              <w:t>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mother0ofdragons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93*920**9*</w:t>
            </w:r>
          </w:p>
        </w:tc>
        <w:tc>
          <w:tcPr>
            <w:tcW w:type="dxa" w:w="1728"/>
          </w:tcPr>
          <w:p>
            <w:r>
              <w:t>M❤H3N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Msb66mohsen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9221*410**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Ehsan_dreamer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912*47030*</w:t>
            </w:r>
          </w:p>
        </w:tc>
        <w:tc>
          <w:tcPr>
            <w:tcW w:type="dxa" w:w="1728"/>
          </w:tcPr>
          <w:p>
            <w:r>
              <w:t>SSHAGHALI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SAli_984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91220**947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sahar84shr84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9213*20079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M27831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939*704137</w:t>
            </w:r>
          </w:p>
        </w:tc>
        <w:tc>
          <w:tcPr>
            <w:tcW w:type="dxa" w:w="1728"/>
          </w:tcPr>
          <w:p>
            <w:r>
              <w:t>Zohre</w:t>
            </w:r>
          </w:p>
        </w:tc>
        <w:tc>
          <w:tcPr>
            <w:tcW w:type="dxa" w:w="1728"/>
          </w:tcPr>
          <w:p>
            <w:r>
              <w:t>Khajeahmadi</w:t>
            </w:r>
          </w:p>
        </w:tc>
        <w:tc>
          <w:tcPr>
            <w:tcW w:type="dxa" w:w="1728"/>
          </w:tcPr>
          <w:p>
            <w:r>
              <w:t>Z_khajehahmadi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9100322***</w:t>
            </w:r>
          </w:p>
        </w:tc>
        <w:tc>
          <w:tcPr>
            <w:tcW w:type="dxa" w:w="1728"/>
          </w:tcPr>
          <w:p>
            <w:r>
              <w:t>Yashar</w:t>
            </w:r>
          </w:p>
        </w:tc>
        <w:tc>
          <w:tcPr>
            <w:tcW w:type="dxa" w:w="1728"/>
          </w:tcPr>
          <w:p>
            <w:r>
              <w:t>Fs</w:t>
            </w:r>
          </w:p>
        </w:tc>
        <w:tc>
          <w:tcPr>
            <w:tcW w:type="dxa" w:w="1728"/>
          </w:tcPr>
          <w:p>
            <w:r>
              <w:t>YasharFekri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912*43*9**</w:t>
            </w:r>
          </w:p>
        </w:tc>
        <w:tc>
          <w:tcPr>
            <w:tcW w:type="dxa" w:w="1728"/>
          </w:tcPr>
          <w:p>
            <w:r>
              <w:t>Farzaneh</w:t>
            </w:r>
          </w:p>
        </w:tc>
        <w:tc>
          <w:tcPr>
            <w:tcW w:type="dxa" w:w="1728"/>
          </w:tcPr>
          <w:p>
            <w:r>
              <w:t>Etm</w:t>
            </w:r>
          </w:p>
        </w:tc>
        <w:tc>
          <w:tcPr>
            <w:tcW w:type="dxa" w:w="1728"/>
          </w:tcPr>
          <w:p>
            <w:r>
              <w:t>fiifii67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913101*227</w:t>
            </w:r>
          </w:p>
        </w:tc>
        <w:tc>
          <w:tcPr>
            <w:tcW w:type="dxa" w:w="1728"/>
          </w:tcPr>
          <w:p>
            <w:r>
              <w:t>ashkan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ashkan1097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9374291402</w:t>
            </w:r>
          </w:p>
        </w:tc>
        <w:tc>
          <w:tcPr>
            <w:tcW w:type="dxa" w:w="1728"/>
          </w:tcPr>
          <w:p>
            <w:r>
              <w:t>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93***311*4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91972139**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Bayat</w:t>
            </w:r>
          </w:p>
        </w:tc>
        <w:tc>
          <w:tcPr>
            <w:tcW w:type="dxa" w:w="1728"/>
          </w:tcPr>
          <w:p>
            <w:r>
              <w:t>Mmbb8583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912790*324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Arab</w:t>
            </w:r>
          </w:p>
        </w:tc>
        <w:tc>
          <w:tcPr>
            <w:tcW w:type="dxa" w:w="1728"/>
          </w:tcPr>
          <w:p>
            <w:r>
              <w:t>ehsana174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9194902910</w:t>
            </w:r>
          </w:p>
        </w:tc>
        <w:tc>
          <w:tcPr>
            <w:tcW w:type="dxa" w:w="1728"/>
          </w:tcPr>
          <w:p>
            <w:r>
              <w:t>faezeh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Faezeh_h1991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919**3*737</w:t>
            </w:r>
          </w:p>
        </w:tc>
        <w:tc>
          <w:tcPr>
            <w:tcW w:type="dxa" w:w="1728"/>
          </w:tcPr>
          <w:p>
            <w:r>
              <w:t>S**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Hhmnm1992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93004*1004</w:t>
            </w:r>
          </w:p>
        </w:tc>
        <w:tc>
          <w:tcPr>
            <w:tcW w:type="dxa" w:w="1728"/>
          </w:tcPr>
          <w:p>
            <w:r>
              <w:t>leila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liela88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912**1*21*</w:t>
            </w:r>
          </w:p>
        </w:tc>
        <w:tc>
          <w:tcPr>
            <w:tcW w:type="dxa" w:w="1728"/>
          </w:tcPr>
          <w:p>
            <w:r>
              <w:t>ZJB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917123*097</w:t>
            </w:r>
          </w:p>
        </w:tc>
        <w:tc>
          <w:tcPr>
            <w:tcW w:type="dxa" w:w="1728"/>
          </w:tcPr>
          <w:p>
            <w:r>
              <w:t>Arash_f90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93**1***4*</w:t>
            </w:r>
          </w:p>
        </w:tc>
        <w:tc>
          <w:tcPr>
            <w:tcW w:type="dxa" w:w="1728"/>
          </w:tcPr>
          <w:p>
            <w:r>
              <w:t>A&amp;Z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Im_AZ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9113941*4*</w:t>
            </w:r>
          </w:p>
        </w:tc>
        <w:tc>
          <w:tcPr>
            <w:tcW w:type="dxa" w:w="1728"/>
          </w:tcPr>
          <w:p>
            <w:r>
              <w:t>M_R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Mohsen_rakhshandeh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93*2**4***</w:t>
            </w:r>
          </w:p>
        </w:tc>
        <w:tc>
          <w:tcPr>
            <w:tcW w:type="dxa" w:w="1728"/>
          </w:tcPr>
          <w:p>
            <w:r>
              <w:t>نگار السلطنه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khanoomEnegar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912*01**00</w:t>
            </w:r>
          </w:p>
        </w:tc>
        <w:tc>
          <w:tcPr>
            <w:tcW w:type="dxa" w:w="1728"/>
          </w:tcPr>
          <w:p>
            <w:r>
              <w:t>Azadeh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AzGMS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912*0019*4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Alireza_N7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910719297*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Dana10631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93*39*17*3</w:t>
            </w:r>
          </w:p>
        </w:tc>
        <w:tc>
          <w:tcPr>
            <w:tcW w:type="dxa" w:w="1728"/>
          </w:tcPr>
          <w:p>
            <w:r>
              <w:t>Rahi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rahideco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9122397402</w:t>
            </w:r>
          </w:p>
        </w:tc>
        <w:tc>
          <w:tcPr>
            <w:tcW w:type="dxa" w:w="1728"/>
          </w:tcPr>
          <w:p>
            <w:r>
              <w:t>FaLAh@i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falahati_sama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919*4**3*0</w:t>
            </w:r>
          </w:p>
        </w:tc>
        <w:tc>
          <w:tcPr>
            <w:tcW w:type="dxa" w:w="1728"/>
          </w:tcPr>
          <w:p>
            <w:r>
              <w:t>Zahra Kazemi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Vanadik420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9037024*20</w:t>
            </w:r>
          </w:p>
        </w:tc>
        <w:tc>
          <w:tcPr>
            <w:tcW w:type="dxa" w:w="1728"/>
          </w:tcPr>
          <w:p>
            <w:r>
              <w:t>unknown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conthrh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9124499*1*</w:t>
            </w:r>
          </w:p>
        </w:tc>
        <w:tc>
          <w:tcPr>
            <w:tcW w:type="dxa" w:w="1728"/>
          </w:tcPr>
          <w:p>
            <w:r>
              <w:t>Foroogh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foroughsh65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9394*21772</w:t>
            </w:r>
          </w:p>
        </w:tc>
        <w:tc>
          <w:tcPr>
            <w:tcW w:type="dxa" w:w="1728"/>
          </w:tcPr>
          <w:p>
            <w:r>
              <w:t>Haleh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93**11212*</w:t>
            </w:r>
          </w:p>
        </w:tc>
        <w:tc>
          <w:tcPr>
            <w:tcW w:type="dxa" w:w="1728"/>
          </w:tcPr>
          <w:p>
            <w:r>
              <w:t>M€HRAN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MEHRAN_sh_s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919*379004</w:t>
            </w:r>
          </w:p>
        </w:tc>
        <w:tc>
          <w:tcPr>
            <w:tcW w:type="dxa" w:w="1728"/>
          </w:tcPr>
          <w:p>
            <w:r>
              <w:t>♓️ 🅰️ Ⓜ️ 🆔</w:t>
            </w:r>
          </w:p>
        </w:tc>
        <w:tc>
          <w:tcPr>
            <w:tcW w:type="dxa" w:w="1728"/>
          </w:tcPr>
          <w:p>
            <w:r>
              <w:t>✍🏻👨🏻‍💻</w:t>
            </w:r>
          </w:p>
        </w:tc>
        <w:tc>
          <w:tcPr>
            <w:tcW w:type="dxa" w:w="1728"/>
          </w:tcPr>
          <w:p>
            <w:r>
              <w:t>Hamiddehghani63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93***3**00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Babak10001380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9101*39910</w:t>
            </w:r>
          </w:p>
        </w:tc>
        <w:tc>
          <w:tcPr>
            <w:tcW w:type="dxa" w:w="1728"/>
          </w:tcPr>
          <w:p>
            <w:r>
              <w:t>yasmin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yassmi7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91**14*4*2</w:t>
            </w:r>
          </w:p>
        </w:tc>
        <w:tc>
          <w:tcPr>
            <w:tcW w:type="dxa" w:w="1728"/>
          </w:tcPr>
          <w:p>
            <w:r>
              <w:t>Anita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Fragola1718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9133102314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Mohsen010207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912*331*1*</w:t>
            </w:r>
          </w:p>
        </w:tc>
        <w:tc>
          <w:tcPr>
            <w:tcW w:type="dxa" w:w="1728"/>
          </w:tcPr>
          <w:p>
            <w:r>
              <w:t>CivilHelpMe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CivilHelpMe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91122*71*4</w:t>
            </w:r>
          </w:p>
        </w:tc>
        <w:tc>
          <w:tcPr>
            <w:tcW w:type="dxa" w:w="1728"/>
          </w:tcPr>
          <w:p>
            <w:r>
              <w:t>Jamshid Eshaghi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Jamshid_Eshaghi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912*210721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AHROUZ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93072243**</w:t>
            </w:r>
          </w:p>
        </w:tc>
        <w:tc>
          <w:tcPr>
            <w:tcW w:type="dxa" w:w="1728"/>
          </w:tcPr>
          <w:p>
            <w:r>
              <w:t>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Delikanliim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912*393771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afshin456788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93*1*27*7*</w:t>
            </w:r>
          </w:p>
        </w:tc>
        <w:tc>
          <w:tcPr>
            <w:tcW w:type="dxa" w:w="1728"/>
          </w:tcPr>
          <w:p>
            <w:r>
              <w:t>Sanaz Abouali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snz_ab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9122109*00</w:t>
            </w:r>
          </w:p>
        </w:tc>
        <w:tc>
          <w:tcPr>
            <w:tcW w:type="dxa" w:w="1728"/>
          </w:tcPr>
          <w:p>
            <w:r>
              <w:t>MR</w:t>
            </w:r>
          </w:p>
        </w:tc>
        <w:tc>
          <w:tcPr>
            <w:tcW w:type="dxa" w:w="1728"/>
          </w:tcPr>
          <w:p>
            <w:r>
              <w:t>Haghi</w:t>
            </w:r>
          </w:p>
        </w:tc>
        <w:tc>
          <w:tcPr>
            <w:tcW w:type="dxa" w:w="1728"/>
          </w:tcPr>
          <w:p>
            <w:r>
              <w:t>Mr_Haghi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91*0*00190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Miladllllllll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9142*3*747</w:t>
            </w:r>
          </w:p>
        </w:tc>
        <w:tc>
          <w:tcPr>
            <w:tcW w:type="dxa" w:w="1728"/>
          </w:tcPr>
          <w:p>
            <w:r>
              <w:t>Life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humanity120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930*701309</w:t>
            </w:r>
          </w:p>
        </w:tc>
        <w:tc>
          <w:tcPr>
            <w:tcW w:type="dxa" w:w="1728"/>
          </w:tcPr>
          <w:p>
            <w:r>
              <w:t>Samira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Samira5911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93*72*70*3</w:t>
            </w:r>
          </w:p>
        </w:tc>
        <w:tc>
          <w:tcPr>
            <w:tcW w:type="dxa" w:w="1728"/>
          </w:tcPr>
          <w:p>
            <w:r>
              <w:t>🌲Ali🌱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aliabdolahzada_1986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91219*0*73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Mehran2002p2002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914*97003*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>
              <w:t>Nejat</w:t>
            </w:r>
          </w:p>
        </w:tc>
        <w:tc>
          <w:tcPr>
            <w:tcW w:type="dxa" w:w="1728"/>
          </w:tcPr>
          <w:p>
            <w:r>
              <w:t>maassaa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91244*947*</w:t>
            </w:r>
          </w:p>
        </w:tc>
        <w:tc>
          <w:tcPr>
            <w:tcW w:type="dxa" w:w="1728"/>
          </w:tcPr>
          <w:p>
            <w:r>
              <w:t>Rahele</w:t>
            </w:r>
          </w:p>
        </w:tc>
        <w:tc>
          <w:tcPr>
            <w:tcW w:type="dxa" w:w="1728"/>
          </w:tcPr>
          <w:p>
            <w:r>
              <w:t>@heliman85</w:t>
            </w:r>
          </w:p>
        </w:tc>
        <w:tc>
          <w:tcPr>
            <w:tcW w:type="dxa" w:w="1728"/>
          </w:tcPr>
          <w:p>
            <w:r>
              <w:t>Rahelemohseni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91412**430</w:t>
            </w:r>
          </w:p>
        </w:tc>
        <w:tc>
          <w:tcPr>
            <w:tcW w:type="dxa" w:w="1728"/>
          </w:tcPr>
          <w:p>
            <w:r>
              <w:t>⚘ℳმhოõõძ⚘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MTalebi30vil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93*912***0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Ara912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91**4*7*17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Sara_SMRN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91411*47*1</w:t>
            </w:r>
          </w:p>
        </w:tc>
        <w:tc>
          <w:tcPr>
            <w:tcW w:type="dxa" w:w="1728"/>
          </w:tcPr>
          <w:p>
            <w:r>
              <w:t>Z.K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ZK_62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912423*4**</w:t>
            </w:r>
          </w:p>
        </w:tc>
        <w:tc>
          <w:tcPr>
            <w:tcW w:type="dxa" w:w="1728"/>
          </w:tcPr>
          <w:p>
            <w:r>
              <w:t>Montazer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Montazzer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9101**1434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Vtguhj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93777*2270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Majidi</w:t>
            </w:r>
          </w:p>
        </w:tc>
        <w:tc>
          <w:tcPr>
            <w:tcW w:type="dxa" w:w="1728"/>
          </w:tcPr>
          <w:p>
            <w:r>
              <w:t>Mohammadmajidi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9121773901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Nasehi</w:t>
            </w:r>
          </w:p>
        </w:tc>
        <w:tc>
          <w:tcPr>
            <w:tcW w:type="dxa" w:w="1728"/>
          </w:tcPr>
          <w:p>
            <w:r>
              <w:t>miladnasehi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9191472737</w:t>
            </w:r>
          </w:p>
        </w:tc>
        <w:tc>
          <w:tcPr>
            <w:tcW w:type="dxa" w:w="1728"/>
          </w:tcPr>
          <w:p>
            <w:r>
              <w:t>Askartabrizi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Askartabrizi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912*39***1</w:t>
            </w:r>
          </w:p>
        </w:tc>
        <w:tc>
          <w:tcPr>
            <w:tcW w:type="dxa" w:w="1728"/>
          </w:tcPr>
          <w:p>
            <w:r>
              <w:t>AHB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ShTHR65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9122127209</w:t>
            </w:r>
          </w:p>
        </w:tc>
        <w:tc>
          <w:tcPr>
            <w:tcW w:type="dxa" w:w="1728"/>
          </w:tcPr>
          <w:p>
            <w:r>
              <w:t>♾نیازمندیهای آزمایشگاهی ایران(کاریابی) 09122127209♾</w:t>
            </w:r>
          </w:p>
        </w:tc>
        <w:tc>
          <w:tcPr>
            <w:tcW w:type="dxa" w:w="1728"/>
          </w:tcPr>
          <w:p>
            <w:r>
              <w:t>ملیحه رضائی 🥰</w:t>
            </w:r>
          </w:p>
        </w:tc>
        <w:tc>
          <w:tcPr>
            <w:tcW w:type="dxa" w:w="1728"/>
          </w:tcPr>
          <w:p>
            <w:r>
              <w:t>MaliheRezaee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930*3**290</w:t>
            </w:r>
          </w:p>
        </w:tc>
        <w:tc>
          <w:tcPr>
            <w:tcW w:type="dxa" w:w="1728"/>
          </w:tcPr>
          <w:p>
            <w:r>
              <w:t>Mandana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mandanaaMana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919124*0*7</w:t>
            </w:r>
          </w:p>
        </w:tc>
        <w:tc>
          <w:tcPr>
            <w:tcW w:type="dxa" w:w="1728"/>
          </w:tcPr>
          <w:p>
            <w:r>
              <w:t>Som</w:t>
            </w:r>
          </w:p>
        </w:tc>
        <w:tc>
          <w:tcPr>
            <w:tcW w:type="dxa" w:w="1728"/>
          </w:tcPr>
          <w:p>
            <w:r>
              <w:t>Him</w:t>
            </w:r>
          </w:p>
        </w:tc>
        <w:tc>
          <w:tcPr>
            <w:tcW w:type="dxa" w:w="1728"/>
          </w:tcPr>
          <w:p>
            <w:r>
              <w:t>srahimnia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93*01*03*4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Rezaabdipouroffical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9330*17470</w:t>
            </w:r>
          </w:p>
        </w:tc>
        <w:tc>
          <w:tcPr>
            <w:tcW w:type="dxa" w:w="1728"/>
          </w:tcPr>
          <w:p>
            <w:r>
              <w:t>Soroush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Undertakerbgh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90374*9**1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Gholizadeh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91*01400*1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Zhila_Moshir_Vaziri_1375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91204*4*11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RostamiSaeed1986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93*3*7*027</w:t>
            </w:r>
          </w:p>
        </w:tc>
        <w:tc>
          <w:tcPr>
            <w:tcW w:type="dxa" w:w="1728"/>
          </w:tcPr>
          <w:p>
            <w:r>
              <w:t>Negar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Negarsardarpour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93**4*1103</w:t>
            </w:r>
          </w:p>
        </w:tc>
        <w:tc>
          <w:tcPr>
            <w:tcW w:type="dxa" w:w="1728"/>
          </w:tcPr>
          <w:p>
            <w:r>
              <w:t>شیوا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Siva90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914911**42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Davardoost</w:t>
            </w:r>
          </w:p>
        </w:tc>
        <w:tc>
          <w:tcPr>
            <w:tcW w:type="dxa" w:w="1728"/>
          </w:tcPr>
          <w:p>
            <w:r>
              <w:t>Hadi_davardoost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93*4**0*04</w:t>
            </w:r>
          </w:p>
        </w:tc>
        <w:tc>
          <w:tcPr>
            <w:tcW w:type="dxa" w:w="1728"/>
          </w:tcPr>
          <w:p>
            <w:r>
              <w:t>R.B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Greenlife123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9107**041*</w:t>
            </w:r>
          </w:p>
        </w:tc>
        <w:tc>
          <w:tcPr>
            <w:tcW w:type="dxa" w:w="1728"/>
          </w:tcPr>
          <w:p>
            <w:r>
              <w:t>MP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MuhammedP798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9120301*2*</w:t>
            </w:r>
          </w:p>
        </w:tc>
        <w:tc>
          <w:tcPr>
            <w:tcW w:type="dxa" w:w="1728"/>
          </w:tcPr>
          <w:p>
            <w:r>
              <w:t>Amirreza Rameshian 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Amir_rameshianfar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93***3*773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MohsenKariimi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939***733*</w:t>
            </w:r>
          </w:p>
        </w:tc>
        <w:tc>
          <w:tcPr>
            <w:tcW w:type="dxa" w:w="1728"/>
          </w:tcPr>
          <w:p>
            <w:r>
              <w:t>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Listening Group</w:t>
            </w:r>
          </w:p>
        </w:tc>
      </w:tr>
      <w:tr>
        <w:tc>
          <w:tcPr>
            <w:tcW w:type="dxa" w:w="1728"/>
          </w:tcPr>
          <w:p>
            <w:r>
              <w:t>920040119*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Mohamadddd1360</w:t>
            </w:r>
          </w:p>
        </w:tc>
        <w:tc>
          <w:tcPr>
            <w:tcW w:type="dxa" w:w="1728"/>
          </w:tcPr>
          <w:p>
            <w:r>
              <w:t>Listening Group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Listening Group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