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IKCO DENA+ Group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IKCO DENA+ Group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9123392474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903*439911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Law660130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919073*3*7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>
              <w:t>🎱</w:t>
            </w:r>
          </w:p>
        </w:tc>
        <w:tc>
          <w:tcPr>
            <w:tcW w:type="dxa" w:w="1728"/>
          </w:tcPr>
          <w:p>
            <w:r>
              <w:t>ahmadarjmandi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91*7*20200</w:t>
            </w:r>
          </w:p>
        </w:tc>
        <w:tc>
          <w:tcPr>
            <w:tcW w:type="dxa" w:w="1728"/>
          </w:tcPr>
          <w:p>
            <w:r>
              <w:t>d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9227432**3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Sh.mohammad?</w:t>
            </w:r>
          </w:p>
        </w:tc>
        <w:tc>
          <w:tcPr>
            <w:tcW w:type="dxa" w:w="1728"/>
          </w:tcPr>
          <w:p>
            <w:r>
              <w:t>International_car_lover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91**7*1744</w:t>
            </w:r>
          </w:p>
        </w:tc>
        <w:tc>
          <w:tcPr>
            <w:tcW w:type="dxa" w:w="1728"/>
          </w:tcPr>
          <w:p>
            <w:r>
              <w:t>amir hossein 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91*1904944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>
              <w:t>ملک رئیسی</w:t>
            </w:r>
          </w:p>
        </w:tc>
        <w:tc>
          <w:tcPr>
            <w:tcW w:type="dxa" w:w="1728"/>
          </w:tcPr>
          <w:p>
            <w:r>
              <w:t>malekraisi53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912***47**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>
              <w:t>Zarneshan</w:t>
            </w:r>
          </w:p>
        </w:tc>
        <w:tc>
          <w:tcPr>
            <w:tcW w:type="dxa" w:w="1728"/>
          </w:tcPr>
          <w:p>
            <w:r>
              <w:t>SaeedZarneshan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9174292**9</w:t>
            </w:r>
          </w:p>
        </w:tc>
        <w:tc>
          <w:tcPr>
            <w:tcW w:type="dxa" w:w="1728"/>
          </w:tcPr>
          <w:p>
            <w:r>
              <w:t>MMD👑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Mohammad_khademi1995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93*9*7792*</w:t>
            </w:r>
          </w:p>
        </w:tc>
        <w:tc>
          <w:tcPr>
            <w:tcW w:type="dxa" w:w="1728"/>
          </w:tcPr>
          <w:p>
            <w:r>
              <w:t>d</w:t>
            </w:r>
          </w:p>
        </w:tc>
        <w:tc>
          <w:tcPr>
            <w:tcW w:type="dxa" w:w="1728"/>
          </w:tcPr>
          <w:p>
            <w:r>
              <w:t>i</w:t>
            </w:r>
          </w:p>
        </w:tc>
        <w:tc>
          <w:tcPr>
            <w:tcW w:type="dxa" w:w="1728"/>
          </w:tcPr>
          <w:p>
            <w:r>
              <w:t>o83eccgh9d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93**3202*1</w:t>
            </w:r>
          </w:p>
        </w:tc>
        <w:tc>
          <w:tcPr>
            <w:tcW w:type="dxa" w:w="1728"/>
          </w:tcPr>
          <w:p>
            <w:r>
              <w:t>یاسین خنیده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Yasinmath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9121247*73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REZAZHDD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93****33**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9012**4949</w:t>
            </w:r>
          </w:p>
        </w:tc>
        <w:tc>
          <w:tcPr>
            <w:tcW w:type="dxa" w:w="1728"/>
          </w:tcPr>
          <w:p>
            <w:r>
              <w:t>HAMID KESHVARI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Sensi99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9121973**7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ZM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912*22**0*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J</w:t>
            </w:r>
          </w:p>
        </w:tc>
        <w:tc>
          <w:tcPr>
            <w:tcW w:type="dxa" w:w="1728"/>
          </w:tcPr>
          <w:p>
            <w:r>
              <w:t>FEEEAGLE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91214*9*92</w:t>
            </w:r>
          </w:p>
        </w:tc>
        <w:tc>
          <w:tcPr>
            <w:tcW w:type="dxa" w:w="1728"/>
          </w:tcPr>
          <w:p>
            <w:r>
              <w:t>Akbar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Akoub1212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939**9**22</w:t>
            </w:r>
          </w:p>
        </w:tc>
        <w:tc>
          <w:tcPr>
            <w:tcW w:type="dxa" w:w="1728"/>
          </w:tcPr>
          <w:p>
            <w:r>
              <w:t>𝔞𝐛𝐖</w:t>
            </w:r>
          </w:p>
        </w:tc>
        <w:tc>
          <w:tcPr>
            <w:tcW w:type="dxa" w:w="1728"/>
          </w:tcPr>
          <w:p>
            <w:r>
              <w:t>м𝓭𝐏</w:t>
            </w:r>
          </w:p>
        </w:tc>
        <w:tc>
          <w:tcPr>
            <w:tcW w:type="dxa" w:w="1728"/>
          </w:tcPr>
          <w:p>
            <w:r>
              <w:t>Abwmdp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92174943*4</w:t>
            </w:r>
          </w:p>
        </w:tc>
        <w:tc>
          <w:tcPr>
            <w:tcW w:type="dxa" w:w="1728"/>
          </w:tcPr>
          <w:p>
            <w:r>
              <w:t>Ali.M.A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ali_m_amini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914*9314**</w:t>
            </w:r>
          </w:p>
        </w:tc>
        <w:tc>
          <w:tcPr>
            <w:tcW w:type="dxa" w:w="1728"/>
          </w:tcPr>
          <w:p>
            <w:r>
              <w:t>•| SAJAD |•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ghodrati_sajad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912*23*929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Mso2929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917*347703</w:t>
            </w:r>
          </w:p>
        </w:tc>
        <w:tc>
          <w:tcPr>
            <w:tcW w:type="dxa" w:w="1728"/>
          </w:tcPr>
          <w:p>
            <w:r>
              <w:t>Mr_mhmdali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mhmdali7703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91111*7*01</w:t>
            </w:r>
          </w:p>
        </w:tc>
        <w:tc>
          <w:tcPr>
            <w:tcW w:type="dxa" w:w="1728"/>
          </w:tcPr>
          <w:p>
            <w:r>
              <w:t>MaHaN AgHaJaNi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mahan207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93*140723*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91731*4**9</w:t>
            </w:r>
          </w:p>
        </w:tc>
        <w:tc>
          <w:tcPr>
            <w:tcW w:type="dxa" w:w="1728"/>
          </w:tcPr>
          <w:p>
            <w:r>
              <w:t>تقی پور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Mohammadreza3184869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93***3***3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>
              <w:t>Panahi</w:t>
            </w:r>
          </w:p>
        </w:tc>
        <w:tc>
          <w:tcPr>
            <w:tcW w:type="dxa" w:w="1728"/>
          </w:tcPr>
          <w:p>
            <w:r>
              <w:t>Amin7419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93*93***31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hossein_Rahimi7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9394301*0*</w:t>
            </w:r>
          </w:p>
        </w:tc>
        <w:tc>
          <w:tcPr>
            <w:tcW w:type="dxa" w:w="1728"/>
          </w:tcPr>
          <w:p>
            <w:r>
              <w:t>Hamid :)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Jafarihamid1365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93*9*474**</w:t>
            </w:r>
          </w:p>
        </w:tc>
        <w:tc>
          <w:tcPr>
            <w:tcW w:type="dxa" w:w="1728"/>
          </w:tcPr>
          <w:p>
            <w:r>
              <w:t>-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Mahmoud_7mb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912*03*02*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mohammad_oi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9171***0**</w:t>
            </w:r>
          </w:p>
        </w:tc>
        <w:tc>
          <w:tcPr>
            <w:tcW w:type="dxa" w:w="1728"/>
          </w:tcPr>
          <w:p>
            <w:r>
              <w:t>JAVAD🐾</w:t>
            </w:r>
          </w:p>
        </w:tc>
        <w:tc>
          <w:tcPr>
            <w:tcW w:type="dxa" w:w="1728"/>
          </w:tcPr>
          <w:p>
            <w:r>
              <w:t>Sadipour</w:t>
            </w:r>
          </w:p>
        </w:tc>
        <w:tc>
          <w:tcPr>
            <w:tcW w:type="dxa" w:w="1728"/>
          </w:tcPr>
          <w:p>
            <w:r>
              <w:t>Javadsadipour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910*0410*0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93*1*419*0</w:t>
            </w:r>
          </w:p>
        </w:tc>
        <w:tc>
          <w:tcPr>
            <w:tcW w:type="dxa" w:w="1728"/>
          </w:tcPr>
          <w:p>
            <w:r>
              <w:t>Mohammadamin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Ma_rsd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91312*0911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Mosharraf</w:t>
            </w:r>
          </w:p>
        </w:tc>
        <w:tc>
          <w:tcPr>
            <w:tcW w:type="dxa" w:w="1728"/>
          </w:tcPr>
          <w:p>
            <w:r>
              <w:t>Mosharraf_Mohammad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91127*2074</w:t>
            </w:r>
          </w:p>
        </w:tc>
        <w:tc>
          <w:tcPr>
            <w:tcW w:type="dxa" w:w="1728"/>
          </w:tcPr>
          <w:p>
            <w:r>
              <w:t>🪴</w:t>
            </w:r>
          </w:p>
        </w:tc>
        <w:tc>
          <w:tcPr>
            <w:tcW w:type="dxa" w:w="1728"/>
          </w:tcPr>
          <w:p>
            <w:r>
              <w:t>Javid</w:t>
            </w:r>
          </w:p>
        </w:tc>
        <w:tc>
          <w:tcPr>
            <w:tcW w:type="dxa" w:w="1728"/>
          </w:tcPr>
          <w:p>
            <w:r>
              <w:t>javid09090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9127777904</w:t>
            </w:r>
          </w:p>
        </w:tc>
        <w:tc>
          <w:tcPr>
            <w:tcW w:type="dxa" w:w="1728"/>
          </w:tcPr>
          <w:p>
            <w:r>
              <w:t>اسدی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ROYALPV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9197747741</w:t>
            </w:r>
          </w:p>
        </w:tc>
        <w:tc>
          <w:tcPr>
            <w:tcW w:type="dxa" w:w="1728"/>
          </w:tcPr>
          <w:p>
            <w:r>
              <w:t>Werya</w:t>
            </w:r>
          </w:p>
        </w:tc>
        <w:tc>
          <w:tcPr>
            <w:tcW w:type="dxa" w:w="1728"/>
          </w:tcPr>
          <w:p>
            <w:r>
              <w:t>Azizi</w:t>
            </w:r>
          </w:p>
        </w:tc>
        <w:tc>
          <w:tcPr>
            <w:tcW w:type="dxa" w:w="1728"/>
          </w:tcPr>
          <w:p>
            <w:r>
              <w:t>WeryaAzizi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93*420**4*</w:t>
            </w:r>
          </w:p>
        </w:tc>
        <w:tc>
          <w:tcPr>
            <w:tcW w:type="dxa" w:w="1728"/>
          </w:tcPr>
          <w:p>
            <w:r>
              <w:t>Ali.F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Si_r_Al_i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91*39204**</w:t>
            </w:r>
          </w:p>
        </w:tc>
        <w:tc>
          <w:tcPr>
            <w:tcW w:type="dxa" w:w="1728"/>
          </w:tcPr>
          <w:p>
            <w:r>
              <w:t>Iman</w:t>
            </w:r>
          </w:p>
        </w:tc>
        <w:tc>
          <w:tcPr>
            <w:tcW w:type="dxa" w:w="1728"/>
          </w:tcPr>
          <w:p>
            <w:r>
              <w:t>davoudi</w:t>
            </w:r>
          </w:p>
        </w:tc>
        <w:tc>
          <w:tcPr>
            <w:tcW w:type="dxa" w:w="1728"/>
          </w:tcPr>
          <w:p>
            <w:r>
              <w:t>davoudiiman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903904124*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aminmahmodii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914023***4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AHAMADM62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910**31311</w:t>
            </w:r>
          </w:p>
        </w:tc>
        <w:tc>
          <w:tcPr>
            <w:tcW w:type="dxa" w:w="1728"/>
          </w:tcPr>
          <w:p>
            <w:r>
              <w:t>Amirhossein</w:t>
            </w:r>
          </w:p>
        </w:tc>
        <w:tc>
          <w:tcPr>
            <w:tcW w:type="dxa" w:w="1728"/>
          </w:tcPr>
          <w:p>
            <w:r>
              <w:t>Nourali</w:t>
            </w:r>
          </w:p>
        </w:tc>
        <w:tc>
          <w:tcPr>
            <w:tcW w:type="dxa" w:w="1728"/>
          </w:tcPr>
          <w:p>
            <w:r>
              <w:t>amieir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91****2171</w:t>
            </w:r>
          </w:p>
        </w:tc>
        <w:tc>
          <w:tcPr>
            <w:tcW w:type="dxa" w:w="1728"/>
          </w:tcPr>
          <w:p>
            <w:r>
              <w:t>Pezhm@n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Pezhman4WD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91942***0*</w:t>
            </w:r>
          </w:p>
        </w:tc>
        <w:tc>
          <w:tcPr>
            <w:tcW w:type="dxa" w:w="1728"/>
          </w:tcPr>
          <w:p>
            <w:r>
              <w:t>Panahi</w:t>
            </w:r>
          </w:p>
        </w:tc>
        <w:tc>
          <w:tcPr>
            <w:tcW w:type="dxa" w:w="1728"/>
          </w:tcPr>
          <w:p>
            <w:r>
              <w:t>Jafar</w:t>
            </w:r>
          </w:p>
        </w:tc>
        <w:tc>
          <w:tcPr>
            <w:tcW w:type="dxa" w:w="1728"/>
          </w:tcPr>
          <w:p>
            <w:r>
              <w:t>Jimi_jak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93*9*33323</w:t>
            </w:r>
          </w:p>
        </w:tc>
        <w:tc>
          <w:tcPr>
            <w:tcW w:type="dxa" w:w="1728"/>
          </w:tcPr>
          <w:p>
            <w:r>
              <w:t>arsalan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drkarno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91*40*300*</w:t>
            </w:r>
          </w:p>
        </w:tc>
        <w:tc>
          <w:tcPr>
            <w:tcW w:type="dxa" w:w="1728"/>
          </w:tcPr>
          <w:p>
            <w:r>
              <w:t>M 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reposee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912**139*9</w:t>
            </w:r>
          </w:p>
        </w:tc>
        <w:tc>
          <w:tcPr>
            <w:tcW w:type="dxa" w:w="1728"/>
          </w:tcPr>
          <w:p>
            <w:r>
              <w:t>omid fathi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omid_fathi0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912*3**334</w:t>
            </w:r>
          </w:p>
        </w:tc>
        <w:tc>
          <w:tcPr>
            <w:tcW w:type="dxa" w:w="1728"/>
          </w:tcPr>
          <w:p>
            <w:r>
              <w:t>•M3rk4vA! ©®™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m3rk4Va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9121**1*12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>
              <w:t>Ansari</w:t>
            </w:r>
          </w:p>
        </w:tc>
        <w:tc>
          <w:tcPr>
            <w:tcW w:type="dxa" w:w="1728"/>
          </w:tcPr>
          <w:p>
            <w:r>
              <w:t>hamidansari305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91244134**</w:t>
            </w:r>
          </w:p>
        </w:tc>
        <w:tc>
          <w:tcPr>
            <w:tcW w:type="dxa" w:w="1728"/>
          </w:tcPr>
          <w:p>
            <w:r>
              <w:t>Mohammad 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Md_Amin_N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93*4*74***</w:t>
            </w:r>
          </w:p>
        </w:tc>
        <w:tc>
          <w:tcPr>
            <w:tcW w:type="dxa" w:w="1728"/>
          </w:tcPr>
          <w:p>
            <w:r>
              <w:t>Farzad</w:t>
            </w:r>
          </w:p>
        </w:tc>
        <w:tc>
          <w:tcPr>
            <w:tcW w:type="dxa" w:w="1728"/>
          </w:tcPr>
          <w:p>
            <w:r>
              <w:t>Vahedi</w:t>
            </w:r>
          </w:p>
        </w:tc>
        <w:tc>
          <w:tcPr>
            <w:tcW w:type="dxa" w:w="1728"/>
          </w:tcPr>
          <w:p>
            <w:r>
              <w:t>farzad_vahedi1978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91213027**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مشاري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93*2**940*</w:t>
            </w:r>
          </w:p>
        </w:tc>
        <w:tc>
          <w:tcPr>
            <w:tcW w:type="dxa" w:w="1728"/>
          </w:tcPr>
          <w:p>
            <w:r>
              <w:t>Shayan</w:t>
            </w:r>
          </w:p>
        </w:tc>
        <w:tc>
          <w:tcPr>
            <w:tcW w:type="dxa" w:w="1728"/>
          </w:tcPr>
          <w:p>
            <w:r>
              <w:t>Mobasseri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9121440*01</w:t>
            </w:r>
          </w:p>
        </w:tc>
        <w:tc>
          <w:tcPr>
            <w:tcW w:type="dxa" w:w="1728"/>
          </w:tcPr>
          <w:p>
            <w:r>
              <w:t>noroozali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Noroozali1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93**0*4433</w:t>
            </w:r>
          </w:p>
        </w:tc>
        <w:tc>
          <w:tcPr>
            <w:tcW w:type="dxa" w:w="1728"/>
          </w:tcPr>
          <w:p>
            <w:r>
              <w:t>Hœǰǰ̣äþ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93*7**1777</w:t>
            </w:r>
          </w:p>
        </w:tc>
        <w:tc>
          <w:tcPr>
            <w:tcW w:type="dxa" w:w="1728"/>
          </w:tcPr>
          <w:p>
            <w:r>
              <w:t>MOHAMMADKAZEM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Mohammadkazem1376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9172*4*9*0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AlirezaFatehi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91*42*3*04</w:t>
            </w:r>
          </w:p>
        </w:tc>
        <w:tc>
          <w:tcPr>
            <w:tcW w:type="dxa" w:w="1728"/>
          </w:tcPr>
          <w:p>
            <w:r>
              <w:t>٫Zheyar٫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zheyar_m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9127*9*134</w:t>
            </w:r>
          </w:p>
        </w:tc>
        <w:tc>
          <w:tcPr>
            <w:tcW w:type="dxa" w:w="1728"/>
          </w:tcPr>
          <w:p>
            <w:r>
              <w:t>Saleh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91273912**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Nezarat</w:t>
            </w:r>
          </w:p>
        </w:tc>
        <w:tc>
          <w:tcPr>
            <w:tcW w:type="dxa" w:w="1728"/>
          </w:tcPr>
          <w:p>
            <w:r>
              <w:t>Nezarat_majid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93043*9314</w:t>
            </w:r>
          </w:p>
        </w:tc>
        <w:tc>
          <w:tcPr>
            <w:tcW w:type="dxa" w:w="1728"/>
          </w:tcPr>
          <w:p>
            <w:r>
              <w:t>Pezhman_aab🏕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BiB_BiiiiB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93*7122012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Alirezaakz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9379*4**00</w:t>
            </w:r>
          </w:p>
        </w:tc>
        <w:tc>
          <w:tcPr>
            <w:tcW w:type="dxa" w:w="1728"/>
          </w:tcPr>
          <w:p>
            <w:r>
              <w:t>Milad omidi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Milad3558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91220*239*</w:t>
            </w:r>
          </w:p>
        </w:tc>
        <w:tc>
          <w:tcPr>
            <w:tcW w:type="dxa" w:w="1728"/>
          </w:tcPr>
          <w:p>
            <w:r>
              <w:t>S.M.Saber</w:t>
            </w:r>
          </w:p>
        </w:tc>
        <w:tc>
          <w:tcPr>
            <w:tcW w:type="dxa" w:w="1728"/>
          </w:tcPr>
          <w:p>
            <w:r>
              <w:t>Hosseini</w:t>
            </w:r>
          </w:p>
        </w:tc>
        <w:tc>
          <w:tcPr>
            <w:tcW w:type="dxa" w:w="1728"/>
          </w:tcPr>
          <w:p>
            <w:r>
              <w:t>SMSaber1984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933*01*204</w:t>
            </w:r>
          </w:p>
        </w:tc>
        <w:tc>
          <w:tcPr>
            <w:tcW w:type="dxa" w:w="1728"/>
          </w:tcPr>
          <w:p>
            <w:r>
              <w:t>Amir@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AAmmiirr_12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914749*310</w:t>
            </w:r>
          </w:p>
        </w:tc>
        <w:tc>
          <w:tcPr>
            <w:tcW w:type="dxa" w:w="1728"/>
          </w:tcPr>
          <w:p>
            <w:r>
              <w:t>⋆∀RIAη⋆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ARIANMMk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90**9**3*4</w:t>
            </w:r>
          </w:p>
        </w:tc>
        <w:tc>
          <w:tcPr>
            <w:tcW w:type="dxa" w:w="1728"/>
          </w:tcPr>
          <w:p>
            <w:r>
              <w:t>Kamism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KaaMism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99037*7449</w:t>
            </w:r>
          </w:p>
        </w:tc>
        <w:tc>
          <w:tcPr>
            <w:tcW w:type="dxa" w:w="1728"/>
          </w:tcPr>
          <w:p>
            <w:r>
              <w:t>H@di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Hadi211068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91123421*0</w:t>
            </w:r>
          </w:p>
        </w:tc>
        <w:tc>
          <w:tcPr>
            <w:tcW w:type="dxa" w:w="1728"/>
          </w:tcPr>
          <w:p>
            <w:r>
              <w:t>F A R N O O 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933*9*2*9*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91***4712*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لک.</w:t>
            </w:r>
          </w:p>
        </w:tc>
        <w:tc>
          <w:tcPr>
            <w:tcW w:type="dxa" w:w="1728"/>
          </w:tcPr>
          <w:p>
            <w:r>
              <w:t>Koh121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93*17*479*</w:t>
            </w:r>
          </w:p>
        </w:tc>
        <w:tc>
          <w:tcPr>
            <w:tcW w:type="dxa" w:w="1728"/>
          </w:tcPr>
          <w:p>
            <w:r>
              <w:t>arshia</w:t>
            </w:r>
          </w:p>
        </w:tc>
        <w:tc>
          <w:tcPr>
            <w:tcW w:type="dxa" w:w="1728"/>
          </w:tcPr>
          <w:p>
            <w:r>
              <w:t>Homayoon mehr</w:t>
            </w:r>
          </w:p>
        </w:tc>
        <w:tc>
          <w:tcPr>
            <w:tcW w:type="dxa" w:w="1728"/>
          </w:tcPr>
          <w:p>
            <w:r>
              <w:t>arshiahr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9123*97240</w:t>
            </w:r>
          </w:p>
        </w:tc>
        <w:tc>
          <w:tcPr>
            <w:tcW w:type="dxa" w:w="1728"/>
          </w:tcPr>
          <w:p>
            <w:r>
              <w:t>farshid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914**72209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Hamed22090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91932337**</w:t>
            </w:r>
          </w:p>
        </w:tc>
        <w:tc>
          <w:tcPr>
            <w:tcW w:type="dxa" w:w="1728"/>
          </w:tcPr>
          <w:p>
            <w:r>
              <w:t>Soheil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Soheil_Hassani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9332*30011</w:t>
            </w:r>
          </w:p>
        </w:tc>
        <w:tc>
          <w:tcPr>
            <w:tcW w:type="dxa" w:w="1728"/>
          </w:tcPr>
          <w:p>
            <w:r>
              <w:t>‘°ºø•❤•.¸ ¸.•❤•øº°‘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Meiop1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9030*03213</w:t>
            </w:r>
          </w:p>
        </w:tc>
        <w:tc>
          <w:tcPr>
            <w:tcW w:type="dxa" w:w="1728"/>
          </w:tcPr>
          <w:p>
            <w:r>
              <w:t>Amir MohammadBordbar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Amir_b_f_14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912*2*4430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Toloui</w:t>
            </w:r>
          </w:p>
        </w:tc>
        <w:tc>
          <w:tcPr>
            <w:tcW w:type="dxa" w:w="1728"/>
          </w:tcPr>
          <w:p>
            <w:r>
              <w:t>Toloui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91*0*72**1</w:t>
            </w:r>
          </w:p>
        </w:tc>
        <w:tc>
          <w:tcPr>
            <w:tcW w:type="dxa" w:w="1728"/>
          </w:tcPr>
          <w:p>
            <w:r>
              <w:t>Najme</w:t>
            </w:r>
          </w:p>
        </w:tc>
        <w:tc>
          <w:tcPr>
            <w:tcW w:type="dxa" w:w="1728"/>
          </w:tcPr>
          <w:p>
            <w:r>
              <w:t>Sabeti</w:t>
            </w:r>
          </w:p>
        </w:tc>
        <w:tc>
          <w:tcPr>
            <w:tcW w:type="dxa" w:w="1728"/>
          </w:tcPr>
          <w:p>
            <w:r>
              <w:t>NASABIII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  <w:tr>
        <w:tc>
          <w:tcPr>
            <w:tcW w:type="dxa" w:w="1728"/>
          </w:tcPr>
          <w:p>
            <w:r>
              <w:t>9391*97949</w:t>
            </w:r>
          </w:p>
        </w:tc>
        <w:tc>
          <w:tcPr>
            <w:tcW w:type="dxa" w:w="1728"/>
          </w:tcPr>
          <w:p>
            <w:r>
              <w:t>︻╦̵̵͇ Hỡssёίή ╤───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Hossein_7949</w:t>
            </w:r>
          </w:p>
        </w:tc>
        <w:tc>
          <w:tcPr>
            <w:tcW w:type="dxa" w:w="1728"/>
          </w:tcPr>
          <w:p>
            <w:r>
              <w:t>IKCO DENA+ Group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IKCO DENA+ Group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