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HAIMA CLUB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HAIMA CLUB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91209029*0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Kian bakhsh</w:t>
            </w:r>
          </w:p>
        </w:tc>
        <w:tc>
          <w:tcPr>
            <w:tcW w:type="dxa" w:w="1728"/>
          </w:tcPr>
          <w:p>
            <w:r>
              <w:t>Kian_bakhsh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93**22*019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mortezaa_1999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91930070*1</w:t>
            </w:r>
          </w:p>
        </w:tc>
        <w:tc>
          <w:tcPr>
            <w:tcW w:type="dxa" w:w="1728"/>
          </w:tcPr>
          <w:p>
            <w:r>
              <w:t>کورش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Abk606592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914*72410*</w:t>
            </w:r>
          </w:p>
        </w:tc>
        <w:tc>
          <w:tcPr>
            <w:tcW w:type="dxa" w:w="1728"/>
          </w:tcPr>
          <w:p>
            <w:r>
              <w:t>Yazdan</w:t>
            </w:r>
          </w:p>
        </w:tc>
        <w:tc>
          <w:tcPr>
            <w:tcW w:type="dxa" w:w="1728"/>
          </w:tcPr>
          <w:p>
            <w:r>
              <w:t>Abaszadeh</w:t>
            </w:r>
          </w:p>
        </w:tc>
        <w:tc>
          <w:tcPr>
            <w:tcW w:type="dxa" w:w="1728"/>
          </w:tcPr>
          <w:p>
            <w:r>
              <w:t>Yzdan_33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93334132*7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omideeen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9120212919</w:t>
            </w:r>
          </w:p>
        </w:tc>
        <w:tc>
          <w:tcPr>
            <w:tcW w:type="dxa" w:w="1728"/>
          </w:tcPr>
          <w:p>
            <w:r>
              <w:t>Siamak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912*3**43*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Nazeriyan</w:t>
            </w:r>
          </w:p>
        </w:tc>
        <w:tc>
          <w:tcPr>
            <w:tcW w:type="dxa" w:w="1728"/>
          </w:tcPr>
          <w:p>
            <w:r>
              <w:t>Rezanazerian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939*479930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R7</w:t>
            </w:r>
          </w:p>
        </w:tc>
        <w:tc>
          <w:tcPr>
            <w:tcW w:type="dxa" w:w="1728"/>
          </w:tcPr>
          <w:p>
            <w:r>
              <w:t>MRDRJ7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93*2174400</w:t>
            </w:r>
          </w:p>
        </w:tc>
        <w:tc>
          <w:tcPr>
            <w:tcW w:type="dxa" w:w="1728"/>
          </w:tcPr>
          <w:p>
            <w:r>
              <w:t>sell 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9120219***</w:t>
            </w:r>
          </w:p>
        </w:tc>
        <w:tc>
          <w:tcPr>
            <w:tcW w:type="dxa" w:w="1728"/>
          </w:tcPr>
          <w:p>
            <w:r>
              <w:t>Shahryar</w:t>
            </w:r>
          </w:p>
        </w:tc>
        <w:tc>
          <w:tcPr>
            <w:tcW w:type="dxa" w:w="1728"/>
          </w:tcPr>
          <w:p>
            <w:r>
              <w:t>Ghasemi Damavandi</w:t>
            </w:r>
          </w:p>
        </w:tc>
        <w:tc>
          <w:tcPr>
            <w:tcW w:type="dxa" w:w="1728"/>
          </w:tcPr>
          <w:p>
            <w:r>
              <w:t>Sharix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912102*217</w:t>
            </w:r>
          </w:p>
        </w:tc>
        <w:tc>
          <w:tcPr>
            <w:tcW w:type="dxa" w:w="1728"/>
          </w:tcPr>
          <w:p>
            <w:r>
              <w:t>صابر</w:t>
            </w:r>
          </w:p>
        </w:tc>
        <w:tc>
          <w:tcPr>
            <w:tcW w:type="dxa" w:w="1728"/>
          </w:tcPr>
          <w:p>
            <w:r>
              <w:t>هاشم‌پور</w:t>
            </w:r>
          </w:p>
        </w:tc>
        <w:tc>
          <w:tcPr>
            <w:tcW w:type="dxa" w:w="1728"/>
          </w:tcPr>
          <w:p>
            <w:r>
              <w:t>Hashempour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9133207**0</w:t>
            </w:r>
          </w:p>
        </w:tc>
        <w:tc>
          <w:tcPr>
            <w:tcW w:type="dxa" w:w="1728"/>
          </w:tcPr>
          <w:p>
            <w:r>
              <w:t>حبیب</w:t>
            </w:r>
          </w:p>
        </w:tc>
        <w:tc>
          <w:tcPr>
            <w:tcW w:type="dxa" w:w="1728"/>
          </w:tcPr>
          <w:p>
            <w:r>
              <w:t>قاسمی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91*192*304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hos5457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93****7071</w:t>
            </w:r>
          </w:p>
        </w:tc>
        <w:tc>
          <w:tcPr>
            <w:tcW w:type="dxa" w:w="1728"/>
          </w:tcPr>
          <w:p>
            <w:r>
              <w:t>morteza babaee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Mor1979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9372*33391</w:t>
            </w:r>
          </w:p>
        </w:tc>
        <w:tc>
          <w:tcPr>
            <w:tcW w:type="dxa" w:w="1728"/>
          </w:tcPr>
          <w:p>
            <w:r>
              <w:t>Aliakbar</w:t>
            </w:r>
          </w:p>
        </w:tc>
        <w:tc>
          <w:tcPr>
            <w:tcW w:type="dxa" w:w="1728"/>
          </w:tcPr>
          <w:p>
            <w:r>
              <w:t>Afshari</w:t>
            </w:r>
          </w:p>
        </w:tc>
        <w:tc>
          <w:tcPr>
            <w:tcW w:type="dxa" w:w="1728"/>
          </w:tcPr>
          <w:p>
            <w:r>
              <w:t>Ali13630310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91*340*721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Omidmb1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912*24*43*</w:t>
            </w:r>
          </w:p>
        </w:tc>
        <w:tc>
          <w:tcPr>
            <w:tcW w:type="dxa" w:w="1728"/>
          </w:tcPr>
          <w:p>
            <w:r>
              <w:t>Ehsan Raeis-Abdollahi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Ehsan_Raeis_Abdollahi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91291*177*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Abdollahi Nasab</w:t>
            </w:r>
          </w:p>
        </w:tc>
        <w:tc>
          <w:tcPr>
            <w:tcW w:type="dxa" w:w="1728"/>
          </w:tcPr>
          <w:p>
            <w:r>
              <w:t>Mahdi_Abdollahi_Nasab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9033**147*</w:t>
            </w:r>
          </w:p>
        </w:tc>
        <w:tc>
          <w:tcPr>
            <w:tcW w:type="dxa" w:w="1728"/>
          </w:tcPr>
          <w:p>
            <w:r>
              <w:t>𝗦𝗲𝗽𝗲𝗵𝗿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Sepehrabiei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91224*4**0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93**3372*9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vanillasky021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91230*2*3*</w:t>
            </w:r>
          </w:p>
        </w:tc>
        <w:tc>
          <w:tcPr>
            <w:tcW w:type="dxa" w:w="1728"/>
          </w:tcPr>
          <w:p>
            <w:r>
              <w:t>🇮🇷REZA</w:t>
            </w:r>
          </w:p>
        </w:tc>
        <w:tc>
          <w:tcPr>
            <w:tcW w:type="dxa" w:w="1728"/>
          </w:tcPr>
          <w:p>
            <w:r>
              <w:t>hk</w:t>
            </w:r>
          </w:p>
        </w:tc>
        <w:tc>
          <w:tcPr>
            <w:tcW w:type="dxa" w:w="1728"/>
          </w:tcPr>
          <w:p>
            <w:r>
              <w:t>Reza_hk55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90**390397</w:t>
            </w:r>
          </w:p>
        </w:tc>
        <w:tc>
          <w:tcPr>
            <w:tcW w:type="dxa" w:w="1728"/>
          </w:tcPr>
          <w:p>
            <w:r>
              <w:t>Ef</w:t>
            </w:r>
          </w:p>
        </w:tc>
        <w:tc>
          <w:tcPr>
            <w:tcW w:type="dxa" w:w="1728"/>
          </w:tcPr>
          <w:p>
            <w:r>
              <w:t>Em</w:t>
            </w:r>
          </w:p>
        </w:tc>
        <w:tc>
          <w:tcPr>
            <w:tcW w:type="dxa" w:w="1728"/>
          </w:tcPr>
          <w:p>
            <w:r>
              <w:t>Erfannem23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912*7*247*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abbas_tavasolian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9131*1070*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91221*3097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alirezaferdosii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93*0*00*47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Ramezoon🌀</w:t>
            </w:r>
          </w:p>
        </w:tc>
        <w:tc>
          <w:tcPr>
            <w:tcW w:type="dxa" w:w="1728"/>
          </w:tcPr>
          <w:p>
            <w:r>
              <w:t>Amir_ramezoon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912134*7*3</w:t>
            </w:r>
          </w:p>
        </w:tc>
        <w:tc>
          <w:tcPr>
            <w:tcW w:type="dxa" w:w="1728"/>
          </w:tcPr>
          <w:p>
            <w:r>
              <w:t>eiman</w:t>
            </w:r>
          </w:p>
        </w:tc>
        <w:tc>
          <w:tcPr>
            <w:tcW w:type="dxa" w:w="1728"/>
          </w:tcPr>
          <w:p>
            <w:r>
              <w:t>safa</w:t>
            </w:r>
          </w:p>
        </w:tc>
        <w:tc>
          <w:tcPr>
            <w:tcW w:type="dxa" w:w="1728"/>
          </w:tcPr>
          <w:p>
            <w:r>
              <w:t>eimansafa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921**34*92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Vahj14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9123434490</w:t>
            </w:r>
          </w:p>
        </w:tc>
        <w:tc>
          <w:tcPr>
            <w:tcW w:type="dxa" w:w="1728"/>
          </w:tcPr>
          <w:p>
            <w:r>
              <w:t>Kourosh</w:t>
            </w:r>
          </w:p>
        </w:tc>
        <w:tc>
          <w:tcPr>
            <w:tcW w:type="dxa" w:w="1728"/>
          </w:tcPr>
          <w:p>
            <w:r>
              <w:t>Tajik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91234*9**3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>
              <w:t>فرخی فرید</w:t>
            </w:r>
          </w:p>
        </w:tc>
        <w:tc>
          <w:tcPr>
            <w:tcW w:type="dxa" w:w="1728"/>
          </w:tcPr>
          <w:p>
            <w:r>
              <w:t>alireza_ffarid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91*110*47*</w:t>
            </w:r>
          </w:p>
        </w:tc>
        <w:tc>
          <w:tcPr>
            <w:tcW w:type="dxa" w:w="1728"/>
          </w:tcPr>
          <w:p>
            <w:r>
              <w:t>Mas</w:t>
            </w:r>
          </w:p>
        </w:tc>
        <w:tc>
          <w:tcPr>
            <w:tcW w:type="dxa" w:w="1728"/>
          </w:tcPr>
          <w:p>
            <w:r>
              <w:t>ef</w:t>
            </w:r>
          </w:p>
        </w:tc>
        <w:tc>
          <w:tcPr>
            <w:tcW w:type="dxa" w:w="1728"/>
          </w:tcPr>
          <w:p>
            <w:r>
              <w:t>assillbash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912***2242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933*077*2*</w:t>
            </w:r>
          </w:p>
        </w:tc>
        <w:tc>
          <w:tcPr>
            <w:tcW w:type="dxa" w:w="1728"/>
          </w:tcPr>
          <w:p>
            <w:r>
              <w:t>Izadfar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HRI2010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912777747*</w:t>
            </w:r>
          </w:p>
        </w:tc>
        <w:tc>
          <w:tcPr>
            <w:tcW w:type="dxa" w:w="1728"/>
          </w:tcPr>
          <w:p>
            <w:r>
              <w:t>Ag</w:t>
            </w:r>
          </w:p>
        </w:tc>
        <w:tc>
          <w:tcPr>
            <w:tcW w:type="dxa" w:w="1728"/>
          </w:tcPr>
          <w:p>
            <w:r>
              <w:t>6</w:t>
            </w:r>
          </w:p>
        </w:tc>
        <w:tc>
          <w:tcPr>
            <w:tcW w:type="dxa" w:w="1728"/>
          </w:tcPr>
          <w:p>
            <w:r>
              <w:t>Saber_shaker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9371144049</w:t>
            </w:r>
          </w:p>
        </w:tc>
        <w:tc>
          <w:tcPr>
            <w:tcW w:type="dxa" w:w="1728"/>
          </w:tcPr>
          <w:p>
            <w:r>
              <w:t>?Mehdi?RAVA✡</w:t>
            </w:r>
          </w:p>
        </w:tc>
        <w:tc>
          <w:tcPr>
            <w:tcW w:type="dxa" w:w="1728"/>
          </w:tcPr>
          <w:p>
            <w:r>
              <w:t>?✡?</w:t>
            </w:r>
          </w:p>
        </w:tc>
        <w:tc>
          <w:tcPr>
            <w:tcW w:type="dxa" w:w="1728"/>
          </w:tcPr>
          <w:p>
            <w:r>
              <w:t>Mehdirava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91**74139*</w:t>
            </w:r>
          </w:p>
        </w:tc>
        <w:tc>
          <w:tcPr>
            <w:tcW w:type="dxa" w:w="1728"/>
          </w:tcPr>
          <w:p>
            <w:r>
              <w:t>Hersh</w:t>
            </w:r>
          </w:p>
        </w:tc>
        <w:tc>
          <w:tcPr>
            <w:tcW w:type="dxa" w:w="1728"/>
          </w:tcPr>
          <w:p>
            <w:r>
              <w:t>Kanisanani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9123*3***2</w:t>
            </w:r>
          </w:p>
        </w:tc>
        <w:tc>
          <w:tcPr>
            <w:tcW w:type="dxa" w:w="1728"/>
          </w:tcPr>
          <w:p>
            <w:r>
              <w:t>عباس مالمیر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Atmosfer11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9399133731</w:t>
            </w:r>
          </w:p>
        </w:tc>
        <w:tc>
          <w:tcPr>
            <w:tcW w:type="dxa" w:w="1728"/>
          </w:tcPr>
          <w:p>
            <w:r>
              <w:t>mehran beygzad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m3731b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93*131*077</w:t>
            </w:r>
          </w:p>
        </w:tc>
        <w:tc>
          <w:tcPr>
            <w:tcW w:type="dxa" w:w="1728"/>
          </w:tcPr>
          <w:p>
            <w:r>
              <w:t>𝑺𝒊𝒏𝒂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sinapyr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912319*4*7</w:t>
            </w:r>
          </w:p>
        </w:tc>
        <w:tc>
          <w:tcPr>
            <w:tcW w:type="dxa" w:w="1728"/>
          </w:tcPr>
          <w:p>
            <w:r>
              <w:t>A_</w:t>
            </w:r>
          </w:p>
        </w:tc>
        <w:tc>
          <w:tcPr>
            <w:tcW w:type="dxa" w:w="1728"/>
          </w:tcPr>
          <w:p>
            <w:r>
              <w:t>Mokhtarmanesh</w:t>
            </w:r>
          </w:p>
        </w:tc>
        <w:tc>
          <w:tcPr>
            <w:tcW w:type="dxa" w:w="1728"/>
          </w:tcPr>
          <w:p>
            <w:r>
              <w:t>A_Mokhtarmanesh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914400*191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Zeinyzadeh</w:t>
            </w:r>
          </w:p>
        </w:tc>
        <w:tc>
          <w:tcPr>
            <w:tcW w:type="dxa" w:w="1728"/>
          </w:tcPr>
          <w:p>
            <w:r>
              <w:t>Majid4451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91220**29*</w:t>
            </w:r>
          </w:p>
        </w:tc>
        <w:tc>
          <w:tcPr>
            <w:tcW w:type="dxa" w:w="1728"/>
          </w:tcPr>
          <w:p>
            <w:r>
              <w:t>Ayat</w:t>
            </w:r>
          </w:p>
        </w:tc>
        <w:tc>
          <w:tcPr>
            <w:tcW w:type="dxa" w:w="1728"/>
          </w:tcPr>
          <w:p>
            <w:r>
              <w:t>Houshyar Mahboub</w:t>
            </w:r>
          </w:p>
        </w:tc>
        <w:tc>
          <w:tcPr>
            <w:tcW w:type="dxa" w:w="1728"/>
          </w:tcPr>
          <w:p>
            <w:r>
              <w:t>Ayathoma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90334*4*29</w:t>
            </w:r>
          </w:p>
        </w:tc>
        <w:tc>
          <w:tcPr>
            <w:tcW w:type="dxa" w:w="1728"/>
          </w:tcPr>
          <w:p>
            <w:r>
              <w:t>apshen4car_support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apshen4car_support1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912134****</w:t>
            </w:r>
          </w:p>
        </w:tc>
        <w:tc>
          <w:tcPr>
            <w:tcW w:type="dxa" w:w="1728"/>
          </w:tcPr>
          <w:p>
            <w:r>
              <w:t>@li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912*40**71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Mostofi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9143*290*3</w:t>
            </w:r>
          </w:p>
        </w:tc>
        <w:tc>
          <w:tcPr>
            <w:tcW w:type="dxa" w:w="1728"/>
          </w:tcPr>
          <w:p>
            <w:r>
              <w:t>قربان زاده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Moein134248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93**03*91*</w:t>
            </w:r>
          </w:p>
        </w:tc>
        <w:tc>
          <w:tcPr>
            <w:tcW w:type="dxa" w:w="1728"/>
          </w:tcPr>
          <w:p>
            <w:r>
              <w:t>Michael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>
              <w:t>Michael_jafari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9390399330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Mohsen16972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933*2*377*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Samanhakim22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91*****7*4</w:t>
            </w:r>
          </w:p>
        </w:tc>
        <w:tc>
          <w:tcPr>
            <w:tcW w:type="dxa" w:w="1728"/>
          </w:tcPr>
          <w:p>
            <w:r>
              <w:t>رنجر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91*3*31713</w:t>
            </w:r>
          </w:p>
        </w:tc>
        <w:tc>
          <w:tcPr>
            <w:tcW w:type="dxa" w:w="1728"/>
          </w:tcPr>
          <w:p>
            <w:r>
              <w:t>m.sh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msh136247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9109*4**91</w:t>
            </w:r>
          </w:p>
        </w:tc>
        <w:tc>
          <w:tcPr>
            <w:tcW w:type="dxa" w:w="1728"/>
          </w:tcPr>
          <w:p>
            <w:r>
              <w:t>𝑴𝒂𝒉𝒅𝒊 𝑨𝒍𝒊𝒛𝒂𝒅𝒆𝒉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TheMahdiAlizadeh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9210900370</w:t>
            </w:r>
          </w:p>
        </w:tc>
        <w:tc>
          <w:tcPr>
            <w:tcW w:type="dxa" w:w="1728"/>
          </w:tcPr>
          <w:p>
            <w:r>
              <w:t>Pooyan</w:t>
            </w:r>
          </w:p>
        </w:tc>
        <w:tc>
          <w:tcPr>
            <w:tcW w:type="dxa" w:w="1728"/>
          </w:tcPr>
          <w:p>
            <w:r>
              <w:t>Tabesh</w:t>
            </w:r>
          </w:p>
        </w:tc>
        <w:tc>
          <w:tcPr>
            <w:tcW w:type="dxa" w:w="1728"/>
          </w:tcPr>
          <w:p>
            <w:r>
              <w:t>pooyan_english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93**334041</w:t>
            </w:r>
          </w:p>
        </w:tc>
        <w:tc>
          <w:tcPr>
            <w:tcW w:type="dxa" w:w="1728"/>
          </w:tcPr>
          <w:p>
            <w:r>
              <w:t>Mrh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mrhlawyer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99041**1*4</w:t>
            </w:r>
          </w:p>
        </w:tc>
        <w:tc>
          <w:tcPr>
            <w:tcW w:type="dxa" w:w="1728"/>
          </w:tcPr>
          <w:p>
            <w:r>
              <w:t>ⓜilad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Miladaublj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914114*397</w:t>
            </w:r>
          </w:p>
        </w:tc>
        <w:tc>
          <w:tcPr>
            <w:tcW w:type="dxa" w:w="1728"/>
          </w:tcPr>
          <w:p>
            <w:r>
              <w:t>@R@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939**94**0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رستمی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9392143*41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>
              <w:t>Zaghian</w:t>
            </w:r>
          </w:p>
        </w:tc>
        <w:tc>
          <w:tcPr>
            <w:tcW w:type="dxa" w:w="1728"/>
          </w:tcPr>
          <w:p>
            <w:r>
              <w:t>Gilmorr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99019*91*3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MmdViola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93*93*4249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Afshink86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9124*33*90</w:t>
            </w:r>
          </w:p>
        </w:tc>
        <w:tc>
          <w:tcPr>
            <w:tcW w:type="dxa" w:w="1728"/>
          </w:tcPr>
          <w:p>
            <w:r>
              <w:t>Gholamreza</w:t>
            </w:r>
          </w:p>
        </w:tc>
        <w:tc>
          <w:tcPr>
            <w:tcW w:type="dxa" w:w="1728"/>
          </w:tcPr>
          <w:p>
            <w:r>
              <w:t>Manglian</w:t>
            </w:r>
          </w:p>
        </w:tc>
        <w:tc>
          <w:tcPr>
            <w:tcW w:type="dxa" w:w="1728"/>
          </w:tcPr>
          <w:p>
            <w:r>
              <w:t>Manglian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91*102*143</w:t>
            </w:r>
          </w:p>
        </w:tc>
        <w:tc>
          <w:tcPr>
            <w:tcW w:type="dxa" w:w="1728"/>
          </w:tcPr>
          <w:p>
            <w:r>
              <w:t>◔͜͡◔ ⓗⓞⓢⓢⓔⓝ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Hosin787878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9399124013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Lena0123456789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91*349377*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ebrahimhemat56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933439***7</w:t>
            </w:r>
          </w:p>
        </w:tc>
        <w:tc>
          <w:tcPr>
            <w:tcW w:type="dxa" w:w="1728"/>
          </w:tcPr>
          <w:p>
            <w:r>
              <w:t>Hr s</w:t>
            </w:r>
          </w:p>
        </w:tc>
        <w:tc>
          <w:tcPr>
            <w:tcW w:type="dxa" w:w="1728"/>
          </w:tcPr>
          <w:p>
            <w:r>
              <w:t>Hr s</w:t>
            </w:r>
          </w:p>
        </w:tc>
        <w:tc>
          <w:tcPr>
            <w:tcW w:type="dxa" w:w="1728"/>
          </w:tcPr>
          <w:p>
            <w:r>
              <w:t>hrs1978hrs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9120729332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>
              <w:t>Khalili</w:t>
            </w:r>
          </w:p>
        </w:tc>
        <w:tc>
          <w:tcPr>
            <w:tcW w:type="dxa" w:w="1728"/>
          </w:tcPr>
          <w:p>
            <w:r>
              <w:t>Khalilikamran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911*931*7*</w:t>
            </w:r>
          </w:p>
        </w:tc>
        <w:tc>
          <w:tcPr>
            <w:tcW w:type="dxa" w:w="1728"/>
          </w:tcPr>
          <w:p>
            <w:r>
              <w:t>Black</w:t>
            </w:r>
          </w:p>
        </w:tc>
        <w:tc>
          <w:tcPr>
            <w:tcW w:type="dxa" w:w="1728"/>
          </w:tcPr>
          <w:p>
            <w:r>
              <w:t>Wolf</w:t>
            </w:r>
          </w:p>
        </w:tc>
        <w:tc>
          <w:tcPr>
            <w:tcW w:type="dxa" w:w="1728"/>
          </w:tcPr>
          <w:p>
            <w:r>
              <w:t>Omid_babazadeh_music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91240*297*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javadian</w:t>
            </w:r>
          </w:p>
        </w:tc>
        <w:tc>
          <w:tcPr>
            <w:tcW w:type="dxa" w:w="1728"/>
          </w:tcPr>
          <w:p>
            <w:r>
              <w:t>javadian447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939***13*0</w:t>
            </w:r>
          </w:p>
        </w:tc>
        <w:tc>
          <w:tcPr>
            <w:tcW w:type="dxa" w:w="1728"/>
          </w:tcPr>
          <w:p>
            <w:r>
              <w:t>NAMAVAR</w:t>
            </w:r>
          </w:p>
        </w:tc>
        <w:tc>
          <w:tcPr>
            <w:tcW w:type="dxa" w:w="1728"/>
          </w:tcPr>
          <w:p>
            <w:r>
              <w:t>نام آور</w:t>
            </w:r>
          </w:p>
        </w:tc>
        <w:tc>
          <w:tcPr>
            <w:tcW w:type="dxa" w:w="1728"/>
          </w:tcPr>
          <w:p>
            <w:r>
              <w:t>ManagerNamavar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9144*1*494</w:t>
            </w:r>
          </w:p>
        </w:tc>
        <w:tc>
          <w:tcPr>
            <w:tcW w:type="dxa" w:w="1728"/>
          </w:tcPr>
          <w:p>
            <w:r>
              <w:t>سینا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917*1342*1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alimoradi2021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914*329029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AmirAliRpz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921**24122</w:t>
            </w:r>
          </w:p>
        </w:tc>
        <w:tc>
          <w:tcPr>
            <w:tcW w:type="dxa" w:w="1728"/>
          </w:tcPr>
          <w:p>
            <w:r>
              <w:t>سید محسن آل حسینی دریاسری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Sma1346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912*7*19**</w:t>
            </w:r>
          </w:p>
        </w:tc>
        <w:tc>
          <w:tcPr>
            <w:tcW w:type="dxa" w:w="1728"/>
          </w:tcPr>
          <w:p>
            <w:r>
              <w:t>Amir naeini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car_carrier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91271399*2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Ladjavardi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911177**1*</w:t>
            </w:r>
          </w:p>
        </w:tc>
        <w:tc>
          <w:tcPr>
            <w:tcW w:type="dxa" w:w="1728"/>
          </w:tcPr>
          <w:p>
            <w:r>
              <w:t>Edris</w:t>
            </w:r>
          </w:p>
        </w:tc>
        <w:tc>
          <w:tcPr>
            <w:tcW w:type="dxa" w:w="1728"/>
          </w:tcPr>
          <w:p>
            <w:r>
              <w:t>Maleknia</w:t>
            </w:r>
          </w:p>
        </w:tc>
        <w:tc>
          <w:tcPr>
            <w:tcW w:type="dxa" w:w="1728"/>
          </w:tcPr>
          <w:p>
            <w:r>
              <w:t>Edris62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91329940*4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Barmaki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91*74413**</w:t>
            </w:r>
          </w:p>
        </w:tc>
        <w:tc>
          <w:tcPr>
            <w:tcW w:type="dxa" w:w="1728"/>
          </w:tcPr>
          <w:p>
            <w:r>
              <w:t>لوسترسازی تیانا</w:t>
            </w:r>
          </w:p>
        </w:tc>
        <w:tc>
          <w:tcPr>
            <w:tcW w:type="dxa" w:w="1728"/>
          </w:tcPr>
          <w:p>
            <w:r>
              <w:t>تیانا</w:t>
            </w:r>
          </w:p>
        </w:tc>
        <w:tc>
          <w:tcPr>
            <w:tcW w:type="dxa" w:w="1728"/>
          </w:tcPr>
          <w:p>
            <w:r>
              <w:t>TYANA3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  <w:tr>
        <w:tc>
          <w:tcPr>
            <w:tcW w:type="dxa" w:w="1728"/>
          </w:tcPr>
          <w:p>
            <w:r>
              <w:t>91227**3*0</w:t>
            </w:r>
          </w:p>
        </w:tc>
        <w:tc>
          <w:tcPr>
            <w:tcW w:type="dxa" w:w="1728"/>
          </w:tcPr>
          <w:p>
            <w:r>
              <w:t>Amir 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KIIAAANNNN</w:t>
            </w:r>
          </w:p>
        </w:tc>
        <w:tc>
          <w:tcPr>
            <w:tcW w:type="dxa" w:w="1728"/>
          </w:tcPr>
          <w:p>
            <w:r>
              <w:t>HAIMA CLUB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HAIMA CLUB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