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Group C &amp; C++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Group C &amp; C++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93739*7499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Mr_Baft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9397*1**07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alinarvan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9132*4*7*3</w:t>
            </w:r>
          </w:p>
        </w:tc>
        <w:tc>
          <w:tcPr>
            <w:tcW w:type="dxa" w:w="1728"/>
          </w:tcPr>
          <w:p>
            <w:r>
              <w:t>Vajihe</w:t>
            </w:r>
          </w:p>
        </w:tc>
        <w:tc>
          <w:tcPr>
            <w:tcW w:type="dxa" w:w="1728"/>
          </w:tcPr>
          <w:p>
            <w:r>
              <w:t>Nikkhah</w:t>
            </w:r>
          </w:p>
        </w:tc>
        <w:tc>
          <w:tcPr>
            <w:tcW w:type="dxa" w:w="1728"/>
          </w:tcPr>
          <w:p>
            <w:r>
              <w:t>nikkhah_V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93332**907</w:t>
            </w:r>
          </w:p>
        </w:tc>
        <w:tc>
          <w:tcPr>
            <w:tcW w:type="dxa" w:w="1728"/>
          </w:tcPr>
          <w:p>
            <w:r>
              <w:t>Sorena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sorenahosseini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902*20902*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aliwwwmo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91097703**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Alef_mim_yere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9914239742</w:t>
            </w:r>
          </w:p>
        </w:tc>
        <w:tc>
          <w:tcPr>
            <w:tcW w:type="dxa" w:w="1728"/>
          </w:tcPr>
          <w:p>
            <w:r>
              <w:t>𝙎𝙀𝙏𝘼𝙔𝙀𝙎𝙃♡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so4co2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9170437*02</w:t>
            </w:r>
          </w:p>
        </w:tc>
        <w:tc>
          <w:tcPr>
            <w:tcW w:type="dxa" w:w="1728"/>
          </w:tcPr>
          <w:p>
            <w:r>
              <w:t>kamran</w:t>
            </w:r>
          </w:p>
        </w:tc>
        <w:tc>
          <w:tcPr>
            <w:tcW w:type="dxa" w:w="1728"/>
          </w:tcPr>
          <w:p>
            <w:r>
              <w:t>boriae</w:t>
            </w:r>
          </w:p>
        </w:tc>
        <w:tc>
          <w:tcPr>
            <w:tcW w:type="dxa" w:w="1728"/>
          </w:tcPr>
          <w:p>
            <w:r>
              <w:t>kamranboriae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930*99172*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Physics_lover_forever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93733737*3</w:t>
            </w:r>
          </w:p>
        </w:tc>
        <w:tc>
          <w:tcPr>
            <w:tcW w:type="dxa" w:w="1728"/>
          </w:tcPr>
          <w:p>
            <w:r>
              <w:t>A 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ah_behnam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91*924*032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911**0***0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sheeikhaamir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939**42134</w:t>
            </w:r>
          </w:p>
        </w:tc>
        <w:tc>
          <w:tcPr>
            <w:tcW w:type="dxa" w:w="1728"/>
          </w:tcPr>
          <w:p>
            <w:r>
              <w:t>majid 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nikm1920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91*7**41**</w:t>
            </w:r>
          </w:p>
        </w:tc>
        <w:tc>
          <w:tcPr>
            <w:tcW w:type="dxa" w:w="1728"/>
          </w:tcPr>
          <w:p>
            <w:r>
              <w:t>K .</w:t>
            </w:r>
          </w:p>
        </w:tc>
        <w:tc>
          <w:tcPr>
            <w:tcW w:type="dxa" w:w="1728"/>
          </w:tcPr>
          <w:p>
            <w:r>
              <w:t>Ghorbani</w:t>
            </w:r>
          </w:p>
        </w:tc>
        <w:tc>
          <w:tcPr>
            <w:tcW w:type="dxa" w:w="1728"/>
          </w:tcPr>
          <w:p>
            <w:r>
              <w:t>Kayhan45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93***21*34</w:t>
            </w:r>
          </w:p>
        </w:tc>
        <w:tc>
          <w:tcPr>
            <w:tcW w:type="dxa" w:w="1728"/>
          </w:tcPr>
          <w:p>
            <w:r>
              <w:t>Mohammad Reza Hejazi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smrh68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9332*4**0*</w:t>
            </w:r>
          </w:p>
        </w:tc>
        <w:tc>
          <w:tcPr>
            <w:tcW w:type="dxa" w:w="1728"/>
          </w:tcPr>
          <w:p>
            <w:r>
              <w:t>Zeinab</w:t>
            </w:r>
          </w:p>
        </w:tc>
        <w:tc>
          <w:tcPr>
            <w:tcW w:type="dxa" w:w="1728"/>
          </w:tcPr>
          <w:p>
            <w:r>
              <w:t>Jr</w:t>
            </w:r>
          </w:p>
        </w:tc>
        <w:tc>
          <w:tcPr>
            <w:tcW w:type="dxa" w:w="1728"/>
          </w:tcPr>
          <w:p>
            <w:r>
              <w:t>zeinabjri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91*423*0*9</w:t>
            </w:r>
          </w:p>
        </w:tc>
        <w:tc>
          <w:tcPr>
            <w:tcW w:type="dxa" w:w="1728"/>
          </w:tcPr>
          <w:p>
            <w:r>
              <w:t>MMD</w:t>
            </w:r>
          </w:p>
        </w:tc>
        <w:tc>
          <w:tcPr>
            <w:tcW w:type="dxa" w:w="1728"/>
          </w:tcPr>
          <w:p>
            <w:r>
              <w:t>007💎</w:t>
            </w:r>
          </w:p>
        </w:tc>
        <w:tc>
          <w:tcPr>
            <w:tcW w:type="dxa" w:w="1728"/>
          </w:tcPr>
          <w:p>
            <w:r>
              <w:t>hokmabadi007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919139*1*9</w:t>
            </w:r>
          </w:p>
        </w:tc>
        <w:tc>
          <w:tcPr>
            <w:tcW w:type="dxa" w:w="1728"/>
          </w:tcPr>
          <w:p>
            <w:r>
              <w:t>Rami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Ramii_71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93*4***477</w:t>
            </w:r>
          </w:p>
        </w:tc>
        <w:tc>
          <w:tcPr>
            <w:tcW w:type="dxa" w:w="1728"/>
          </w:tcPr>
          <w:p>
            <w:r>
              <w:t>&lt;/"CLONER_0_1"&gt;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CLONER_0_1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9393*00729</w:t>
            </w:r>
          </w:p>
        </w:tc>
        <w:tc>
          <w:tcPr>
            <w:tcW w:type="dxa" w:w="1728"/>
          </w:tcPr>
          <w:p>
            <w:r>
              <w:t>#FREEDUROV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yassra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9332970*02</w:t>
            </w:r>
          </w:p>
        </w:tc>
        <w:tc>
          <w:tcPr>
            <w:tcW w:type="dxa" w:w="1728"/>
          </w:tcPr>
          <w:p>
            <w:r>
              <w:t>arshia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ArshiaGS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903*1*4437</w:t>
            </w:r>
          </w:p>
        </w:tc>
        <w:tc>
          <w:tcPr>
            <w:tcW w:type="dxa" w:w="1728"/>
          </w:tcPr>
          <w:p>
            <w:r>
              <w:t>Zahra khademi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zahra_khademi11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919**939*7</w:t>
            </w:r>
          </w:p>
        </w:tc>
        <w:tc>
          <w:tcPr>
            <w:tcW w:type="dxa" w:w="1728"/>
          </w:tcPr>
          <w:p>
            <w:r>
              <w:t>رویا</w:t>
            </w:r>
          </w:p>
        </w:tc>
        <w:tc>
          <w:tcPr>
            <w:tcW w:type="dxa" w:w="1728"/>
          </w:tcPr>
          <w:p>
            <w:r>
              <w:t>اسدی</w:t>
            </w:r>
          </w:p>
        </w:tc>
        <w:tc>
          <w:tcPr>
            <w:tcW w:type="dxa" w:w="1728"/>
          </w:tcPr>
          <w:p>
            <w:r>
              <w:t>royagsm1373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914**12074</w:t>
            </w:r>
          </w:p>
        </w:tc>
        <w:tc>
          <w:tcPr>
            <w:tcW w:type="dxa" w:w="1728"/>
          </w:tcPr>
          <w:p>
            <w:r>
              <w:t>فرا تعمیر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Gsmmilad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9101*03447</w:t>
            </w:r>
          </w:p>
        </w:tc>
        <w:tc>
          <w:tcPr>
            <w:tcW w:type="dxa" w:w="1728"/>
          </w:tcPr>
          <w:p>
            <w:r>
              <w:t>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ea_MicrosoftEngineer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91*2*0*737</w:t>
            </w:r>
          </w:p>
        </w:tc>
        <w:tc>
          <w:tcPr>
            <w:tcW w:type="dxa" w:w="1728"/>
          </w:tcPr>
          <w:p>
            <w:r>
              <w:t>Porya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Porya_za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9033**9719</w:t>
            </w:r>
          </w:p>
        </w:tc>
        <w:tc>
          <w:tcPr>
            <w:tcW w:type="dxa" w:w="1728"/>
          </w:tcPr>
          <w:p>
            <w:r>
              <w:t>Mohammadmnz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Nabatizade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919**1*3*7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babae</w:t>
            </w:r>
          </w:p>
        </w:tc>
        <w:tc>
          <w:tcPr>
            <w:tcW w:type="dxa" w:w="1728"/>
          </w:tcPr>
          <w:p>
            <w:r>
              <w:t>Ali_perspolis_P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9220**9219</w:t>
            </w:r>
          </w:p>
        </w:tc>
        <w:tc>
          <w:tcPr>
            <w:tcW w:type="dxa" w:w="1728"/>
          </w:tcPr>
          <w:p>
            <w:r>
              <w:t>⃟소원</w:t>
            </w:r>
          </w:p>
        </w:tc>
        <w:tc>
          <w:tcPr>
            <w:tcW w:type="dxa" w:w="1728"/>
          </w:tcPr>
          <w:p>
            <w:r>
              <w:t>آرزو</w:t>
            </w:r>
          </w:p>
        </w:tc>
        <w:tc>
          <w:tcPr>
            <w:tcW w:type="dxa" w:w="1728"/>
          </w:tcPr>
          <w:p>
            <w:r>
              <w:t>iamsowon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93*92*4*0*</w:t>
            </w:r>
          </w:p>
        </w:tc>
        <w:tc>
          <w:tcPr>
            <w:tcW w:type="dxa" w:w="1728"/>
          </w:tcPr>
          <w:p>
            <w:r>
              <w:t>AREZO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Arezo_niyati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93712*0**1</w:t>
            </w:r>
          </w:p>
        </w:tc>
        <w:tc>
          <w:tcPr>
            <w:tcW w:type="dxa" w:w="1728"/>
          </w:tcPr>
          <w:p>
            <w:r>
              <w:t>Aref</w:t>
            </w:r>
          </w:p>
        </w:tc>
        <w:tc>
          <w:tcPr>
            <w:tcW w:type="dxa" w:w="1728"/>
          </w:tcPr>
          <w:p>
            <w:r>
              <w:t>M.rezapour</w:t>
            </w:r>
          </w:p>
        </w:tc>
        <w:tc>
          <w:tcPr>
            <w:tcW w:type="dxa" w:w="1728"/>
          </w:tcPr>
          <w:p>
            <w:r>
              <w:t>aref_mrezapour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93949*****</w:t>
            </w:r>
          </w:p>
        </w:tc>
        <w:tc>
          <w:tcPr>
            <w:tcW w:type="dxa" w:w="1728"/>
          </w:tcPr>
          <w:p>
            <w:r>
              <w:t>Support</w:t>
            </w:r>
          </w:p>
        </w:tc>
        <w:tc>
          <w:tcPr>
            <w:tcW w:type="dxa" w:w="1728"/>
          </w:tcPr>
          <w:p>
            <w:r>
              <w:t>Exc</w:t>
            </w:r>
          </w:p>
        </w:tc>
        <w:tc>
          <w:tcPr>
            <w:tcW w:type="dxa" w:w="1728"/>
          </w:tcPr>
          <w:p>
            <w:r>
              <w:t>AHRIMAN110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9379*092*1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abl_sbii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93*9*4*00*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Khaleghi</w:t>
            </w:r>
          </w:p>
        </w:tc>
        <w:tc>
          <w:tcPr>
            <w:tcW w:type="dxa" w:w="1728"/>
          </w:tcPr>
          <w:p>
            <w:r>
              <w:t>ali_khaleghir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921*4*237*</w:t>
            </w:r>
          </w:p>
        </w:tc>
        <w:tc>
          <w:tcPr>
            <w:tcW w:type="dxa" w:w="1728"/>
          </w:tcPr>
          <w:p>
            <w:r>
              <w:t>CoinCity.ir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coincity_iran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9332410199</w:t>
            </w:r>
          </w:p>
        </w:tc>
        <w:tc>
          <w:tcPr>
            <w:tcW w:type="dxa" w:w="1728"/>
          </w:tcPr>
          <w:p>
            <w:r>
              <w:t>𝔸𝕝𝕚𝕣𝕖𝕫𝕒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Alireza_SH_20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912194***1</w:t>
            </w:r>
          </w:p>
        </w:tc>
        <w:tc>
          <w:tcPr>
            <w:tcW w:type="dxa" w:w="1728"/>
          </w:tcPr>
          <w:p>
            <w:r>
              <w:t>SeyedReza🅰️</w:t>
            </w:r>
          </w:p>
        </w:tc>
        <w:tc>
          <w:tcPr>
            <w:tcW w:type="dxa" w:w="1728"/>
          </w:tcPr>
          <w:p>
            <w:r>
              <w:t>💤♨️</w:t>
            </w:r>
          </w:p>
        </w:tc>
        <w:tc>
          <w:tcPr>
            <w:tcW w:type="dxa" w:w="1728"/>
          </w:tcPr>
          <w:p>
            <w:r>
              <w:t>Seeydreza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91*4*30729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Nima_pirozfar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93932*2*19</w:t>
            </w:r>
          </w:p>
        </w:tc>
        <w:tc>
          <w:tcPr>
            <w:tcW w:type="dxa" w:w="1728"/>
          </w:tcPr>
          <w:p>
            <w:r>
              <w:t>Muhammad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Muhammadz78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93*2772410</w:t>
            </w:r>
          </w:p>
        </w:tc>
        <w:tc>
          <w:tcPr>
            <w:tcW w:type="dxa" w:w="1728"/>
          </w:tcPr>
          <w:p>
            <w:r>
              <w:t>Mohammad khastar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Mohammadkhastar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93079*1717</w:t>
            </w:r>
          </w:p>
        </w:tc>
        <w:tc>
          <w:tcPr>
            <w:tcW w:type="dxa" w:w="1728"/>
          </w:tcPr>
          <w:p>
            <w:r>
              <w:t>Elnazbashirian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elnazbashirian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9339237*40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real_alireza76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93322**7**</w:t>
            </w:r>
          </w:p>
        </w:tc>
        <w:tc>
          <w:tcPr>
            <w:tcW w:type="dxa" w:w="1728"/>
          </w:tcPr>
          <w:p>
            <w:r>
              <w:t>Erfan</w:t>
            </w:r>
          </w:p>
        </w:tc>
        <w:tc>
          <w:tcPr>
            <w:tcW w:type="dxa" w:w="1728"/>
          </w:tcPr>
          <w:p>
            <w:r>
              <w:t>Yousefi</w:t>
            </w:r>
          </w:p>
        </w:tc>
        <w:tc>
          <w:tcPr>
            <w:tcW w:type="dxa" w:w="1728"/>
          </w:tcPr>
          <w:p>
            <w:r>
              <w:t>erfanyousefii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93*41*3*29</w:t>
            </w:r>
          </w:p>
        </w:tc>
        <w:tc>
          <w:tcPr>
            <w:tcW w:type="dxa" w:w="1728"/>
          </w:tcPr>
          <w:p>
            <w:r>
              <w:t>🌙⭐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V_R81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9123***441</w:t>
            </w:r>
          </w:p>
        </w:tc>
        <w:tc>
          <w:tcPr>
            <w:tcW w:type="dxa" w:w="1728"/>
          </w:tcPr>
          <w:p>
            <w:r>
              <w:t>R.</w:t>
            </w:r>
          </w:p>
        </w:tc>
        <w:tc>
          <w:tcPr>
            <w:tcW w:type="dxa" w:w="1728"/>
          </w:tcPr>
          <w:p>
            <w:r>
              <w:t>Ghafoorian</w:t>
            </w:r>
          </w:p>
        </w:tc>
        <w:tc>
          <w:tcPr>
            <w:tcW w:type="dxa" w:w="1728"/>
          </w:tcPr>
          <w:p>
            <w:r>
              <w:t>R_ghafoorian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939*7**230</w:t>
            </w:r>
          </w:p>
        </w:tc>
        <w:tc>
          <w:tcPr>
            <w:tcW w:type="dxa" w:w="1728"/>
          </w:tcPr>
          <w:p>
            <w:r>
              <w:t>HidDeN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hidden_z199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93**4**130</w:t>
            </w:r>
          </w:p>
        </w:tc>
        <w:tc>
          <w:tcPr>
            <w:tcW w:type="dxa" w:w="1728"/>
          </w:tcPr>
          <w:p>
            <w:r>
              <w:t>Seyed Ghader</w:t>
            </w:r>
          </w:p>
        </w:tc>
        <w:tc>
          <w:tcPr>
            <w:tcW w:type="dxa" w:w="1728"/>
          </w:tcPr>
          <w:p>
            <w:r>
              <w:t>Mir Habibi</w:t>
            </w:r>
          </w:p>
        </w:tc>
        <w:tc>
          <w:tcPr>
            <w:tcW w:type="dxa" w:w="1728"/>
          </w:tcPr>
          <w:p>
            <w:r>
              <w:t>GH4D3R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91*340*4**</w:t>
            </w:r>
          </w:p>
        </w:tc>
        <w:tc>
          <w:tcPr>
            <w:tcW w:type="dxa" w:w="1728"/>
          </w:tcPr>
          <w:p>
            <w:r>
              <w:t>Homayoun.Chaab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h_chaab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93****3370</w:t>
            </w:r>
          </w:p>
        </w:tc>
        <w:tc>
          <w:tcPr>
            <w:tcW w:type="dxa" w:w="1728"/>
          </w:tcPr>
          <w:p>
            <w:r>
              <w:t>Engineer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counterstrike51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939477*17*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mars120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9301**93**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Amg</w:t>
            </w:r>
          </w:p>
        </w:tc>
        <w:tc>
          <w:tcPr>
            <w:tcW w:type="dxa" w:w="1728"/>
          </w:tcPr>
          <w:p>
            <w:r>
              <w:t>Majidrey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9337*11323</w:t>
            </w:r>
          </w:p>
        </w:tc>
        <w:tc>
          <w:tcPr>
            <w:tcW w:type="dxa" w:w="1728"/>
          </w:tcPr>
          <w:p>
            <w:r>
              <w:t>°Maahi°🌙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9012330*0*</w:t>
            </w:r>
          </w:p>
        </w:tc>
        <w:tc>
          <w:tcPr>
            <w:tcW w:type="dxa" w:w="1728"/>
          </w:tcPr>
          <w:p>
            <w:r>
              <w:t>M.Erfan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ME_7676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9379*3**9*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lvlatrood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933*0****9</w:t>
            </w:r>
          </w:p>
        </w:tc>
        <w:tc>
          <w:tcPr>
            <w:tcW w:type="dxa" w:w="1728"/>
          </w:tcPr>
          <w:p>
            <w:r>
              <w:t>آریا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Aria_Ebrm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93**94*94*</w:t>
            </w:r>
          </w:p>
        </w:tc>
        <w:tc>
          <w:tcPr>
            <w:tcW w:type="dxa" w:w="1728"/>
          </w:tcPr>
          <w:p>
            <w:r>
              <w:t>Sima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simabashiri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911***2791</w:t>
            </w:r>
          </w:p>
        </w:tc>
        <w:tc>
          <w:tcPr>
            <w:tcW w:type="dxa" w:w="1728"/>
          </w:tcPr>
          <w:p>
            <w:r>
              <w:t>M4hd!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m4hdi313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99044**41*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M0h4mmad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930**0*701</w:t>
            </w:r>
          </w:p>
        </w:tc>
        <w:tc>
          <w:tcPr>
            <w:tcW w:type="dxa" w:w="1728"/>
          </w:tcPr>
          <w:p>
            <w:r>
              <w:t>Farhad M.s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farhhad_ms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901*9*30*0</w:t>
            </w:r>
          </w:p>
        </w:tc>
        <w:tc>
          <w:tcPr>
            <w:tcW w:type="dxa" w:w="1728"/>
          </w:tcPr>
          <w:p>
            <w:r>
              <w:t>DevAryan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Dev_Aryan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9172214097</w:t>
            </w:r>
          </w:p>
        </w:tc>
        <w:tc>
          <w:tcPr>
            <w:tcW w:type="dxa" w:w="1728"/>
          </w:tcPr>
          <w:p>
            <w:r>
              <w:t>🅓🅔🅥🅘🅛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CAN3EL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9033139072</w:t>
            </w:r>
          </w:p>
        </w:tc>
        <w:tc>
          <w:tcPr>
            <w:tcW w:type="dxa" w:w="1728"/>
          </w:tcPr>
          <w:p>
            <w:r>
              <w:t>علیرضا▪️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alicdss981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93773242**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Hashemi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91207**3**</w:t>
            </w:r>
          </w:p>
        </w:tc>
        <w:tc>
          <w:tcPr>
            <w:tcW w:type="dxa" w:w="1728"/>
          </w:tcPr>
          <w:p>
            <w:r>
              <w:t>Bardia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Bardiiiiiiia76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91*2273**1</w:t>
            </w:r>
          </w:p>
        </w:tc>
        <w:tc>
          <w:tcPr>
            <w:tcW w:type="dxa" w:w="1728"/>
          </w:tcPr>
          <w:p>
            <w:r>
              <w:t>بی قرار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Restless0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91*07*4*0*</w:t>
            </w:r>
          </w:p>
        </w:tc>
        <w:tc>
          <w:tcPr>
            <w:tcW w:type="dxa" w:w="1728"/>
          </w:tcPr>
          <w:p>
            <w:r>
              <w:t>mr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ma180mr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91*2400**1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Nassaj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93**204731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alispjcid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903703920*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Ganjabadi</w:t>
            </w:r>
          </w:p>
        </w:tc>
        <w:tc>
          <w:tcPr>
            <w:tcW w:type="dxa" w:w="1728"/>
          </w:tcPr>
          <w:p>
            <w:r>
              <w:t>M_R_Ganjabadi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901*29*79*</w:t>
            </w:r>
          </w:p>
        </w:tc>
        <w:tc>
          <w:tcPr>
            <w:tcW w:type="dxa" w:w="1728"/>
          </w:tcPr>
          <w:p>
            <w:r>
              <w:t>nvd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nhttp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912349*3**</w:t>
            </w:r>
          </w:p>
        </w:tc>
        <w:tc>
          <w:tcPr>
            <w:tcW w:type="dxa" w:w="1728"/>
          </w:tcPr>
          <w:p>
            <w:r>
              <w:t>Sep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Youngsepi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93*71*949*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Ahmadkkkk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93712*07*3</w:t>
            </w:r>
          </w:p>
        </w:tc>
        <w:tc>
          <w:tcPr>
            <w:tcW w:type="dxa" w:w="1728"/>
          </w:tcPr>
          <w:p>
            <w:r>
              <w:t>FrontEnd</w:t>
            </w:r>
          </w:p>
        </w:tc>
        <w:tc>
          <w:tcPr>
            <w:tcW w:type="dxa" w:w="1728"/>
          </w:tcPr>
          <w:p>
            <w:r>
              <w:t>Developer</w:t>
            </w:r>
          </w:p>
        </w:tc>
        <w:tc>
          <w:tcPr>
            <w:tcW w:type="dxa" w:w="1728"/>
          </w:tcPr>
          <w:p>
            <w:r>
              <w:t>FrontEnd70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9334**0*4*</w:t>
            </w:r>
          </w:p>
        </w:tc>
        <w:tc>
          <w:tcPr>
            <w:tcW w:type="dxa" w:w="1728"/>
          </w:tcPr>
          <w:p>
            <w:r>
              <w:t>Sahar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sahar_sin8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91337*3*27</w:t>
            </w:r>
          </w:p>
        </w:tc>
        <w:tc>
          <w:tcPr>
            <w:tcW w:type="dxa" w:w="1728"/>
          </w:tcPr>
          <w:p>
            <w:r>
              <w:t>Skyboy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Skyboyes1363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912**1*13*</w:t>
            </w:r>
          </w:p>
        </w:tc>
        <w:tc>
          <w:tcPr>
            <w:tcW w:type="dxa" w:w="1728"/>
          </w:tcPr>
          <w:p>
            <w:r>
              <w:t>| وحید |</w:t>
            </w:r>
          </w:p>
        </w:tc>
        <w:tc>
          <w:tcPr>
            <w:tcW w:type="dxa" w:w="1728"/>
          </w:tcPr>
          <w:p>
            <w:r>
              <w:t>Vahid |</w:t>
            </w:r>
          </w:p>
        </w:tc>
        <w:tc>
          <w:tcPr>
            <w:tcW w:type="dxa" w:w="1728"/>
          </w:tcPr>
          <w:p>
            <w:r>
              <w:t>Thanks_G0d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917442*397</w:t>
            </w:r>
          </w:p>
        </w:tc>
        <w:tc>
          <w:tcPr>
            <w:tcW w:type="dxa" w:w="1728"/>
          </w:tcPr>
          <w:p>
            <w:r>
              <w:t>-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ati77179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9300*1**39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Mohammadnabiakbari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93*4*4*432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Sep2002ehr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  <w:tr>
        <w:tc>
          <w:tcPr>
            <w:tcW w:type="dxa" w:w="1728"/>
          </w:tcPr>
          <w:p>
            <w:r>
              <w:t>9902707**4</w:t>
            </w:r>
          </w:p>
        </w:tc>
        <w:tc>
          <w:tcPr>
            <w:tcW w:type="dxa" w:w="1728"/>
          </w:tcPr>
          <w:p>
            <w:r>
              <w:t>•Sheyda•🐍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Sh3ydaa</w:t>
            </w:r>
          </w:p>
        </w:tc>
        <w:tc>
          <w:tcPr>
            <w:tcW w:type="dxa" w:w="1728"/>
          </w:tcPr>
          <w:p>
            <w:r>
              <w:t>Group C &amp; C++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Group C &amp; C++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