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Floki Foundation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Floki Foundation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93*74**211</w:t>
            </w:r>
          </w:p>
        </w:tc>
        <w:tc>
          <w:tcPr>
            <w:tcW w:type="dxa" w:w="1728"/>
          </w:tcPr>
          <w:p>
            <w:r>
              <w:t>Mahyar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mahyar_maezouri</w:t>
            </w:r>
          </w:p>
        </w:tc>
        <w:tc>
          <w:tcPr>
            <w:tcW w:type="dxa" w:w="1728"/>
          </w:tcPr>
          <w:p>
            <w:r>
              <w:t>Floki Foundation 🌐</w:t>
            </w:r>
          </w:p>
        </w:tc>
      </w:tr>
      <w:tr>
        <w:tc>
          <w:tcPr>
            <w:tcW w:type="dxa" w:w="1728"/>
          </w:tcPr>
          <w:p>
            <w:r>
              <w:t>9111**0*3*</w:t>
            </w:r>
          </w:p>
        </w:tc>
        <w:tc>
          <w:tcPr>
            <w:tcW w:type="dxa" w:w="1728"/>
          </w:tcPr>
          <w:p>
            <w:r>
              <w:t>Reza2489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Reza2489</w:t>
            </w:r>
          </w:p>
        </w:tc>
        <w:tc>
          <w:tcPr>
            <w:tcW w:type="dxa" w:w="1728"/>
          </w:tcPr>
          <w:p>
            <w:r>
              <w:t>Floki Foundation 🌐</w:t>
            </w:r>
          </w:p>
        </w:tc>
      </w:tr>
      <w:tr>
        <w:tc>
          <w:tcPr>
            <w:tcW w:type="dxa" w:w="1728"/>
          </w:tcPr>
          <w:p>
            <w:r>
              <w:t>91979*7*11</w:t>
            </w:r>
          </w:p>
        </w:tc>
        <w:tc>
          <w:tcPr>
            <w:tcW w:type="dxa" w:w="1728"/>
          </w:tcPr>
          <w:p>
            <w:r>
              <w:t>Rohi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OxRohi</w:t>
            </w:r>
          </w:p>
        </w:tc>
        <w:tc>
          <w:tcPr>
            <w:tcW w:type="dxa" w:w="1728"/>
          </w:tcPr>
          <w:p>
            <w:r>
              <w:t>Floki Foundation 🌐</w:t>
            </w:r>
          </w:p>
        </w:tc>
      </w:tr>
      <w:tr>
        <w:tc>
          <w:tcPr>
            <w:tcW w:type="dxa" w:w="1728"/>
          </w:tcPr>
          <w:p>
            <w:r>
              <w:t>92224004*0</w:t>
            </w:r>
          </w:p>
        </w:tc>
        <w:tc>
          <w:tcPr>
            <w:tcW w:type="dxa" w:w="1728"/>
          </w:tcPr>
          <w:p>
            <w:r>
              <w:t>majedeh</w:t>
            </w:r>
          </w:p>
        </w:tc>
        <w:tc>
          <w:tcPr>
            <w:tcW w:type="dxa" w:w="1728"/>
          </w:tcPr>
          <w:p>
            <w:r>
              <w:t>haghi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Floki Foundation 🌐</w:t>
            </w:r>
          </w:p>
        </w:tc>
      </w:tr>
      <w:tr>
        <w:tc>
          <w:tcPr>
            <w:tcW w:type="dxa" w:w="1728"/>
          </w:tcPr>
          <w:p>
            <w:r>
              <w:t>91**433397</w:t>
            </w:r>
          </w:p>
        </w:tc>
        <w:tc>
          <w:tcPr>
            <w:tcW w:type="dxa" w:w="1728"/>
          </w:tcPr>
          <w:p>
            <w:r>
              <w:t>Zakiye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zakiye84</w:t>
            </w:r>
          </w:p>
        </w:tc>
        <w:tc>
          <w:tcPr>
            <w:tcW w:type="dxa" w:w="1728"/>
          </w:tcPr>
          <w:p>
            <w:r>
              <w:t>Floki Foundation 🌐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Floki Foundation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