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Ferdows_posh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Ferdows_posh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919*22*0*2</w:t>
            </w:r>
          </w:p>
        </w:tc>
        <w:tc>
          <w:tcPr>
            <w:tcW w:type="dxa" w:w="1728"/>
          </w:tcPr>
          <w:p>
            <w:r>
              <w:t>نرگس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Nargess_mobasheri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91*091*03*</w:t>
            </w:r>
          </w:p>
        </w:tc>
        <w:tc>
          <w:tcPr>
            <w:tcW w:type="dxa" w:w="1728"/>
          </w:tcPr>
          <w:p>
            <w:r>
              <w:t>🌙R🅾️k♓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m_b_h_kh_v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91*7*07*91</w:t>
            </w:r>
          </w:p>
        </w:tc>
        <w:tc>
          <w:tcPr>
            <w:tcW w:type="dxa" w:w="1728"/>
          </w:tcPr>
          <w:p>
            <w:r>
              <w:t>لکستان دلفان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Lakestandelfan4131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9109*31172</w:t>
            </w:r>
          </w:p>
        </w:tc>
        <w:tc>
          <w:tcPr>
            <w:tcW w:type="dxa" w:w="1728"/>
          </w:tcPr>
          <w:p>
            <w:r>
              <w:t>ر</w:t>
            </w:r>
          </w:p>
        </w:tc>
        <w:tc>
          <w:tcPr>
            <w:tcW w:type="dxa" w:w="1728"/>
          </w:tcPr>
          <w:p>
            <w:r>
              <w:t>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910*4**9**</w:t>
            </w:r>
          </w:p>
        </w:tc>
        <w:tc>
          <w:tcPr>
            <w:tcW w:type="dxa" w:w="1728"/>
          </w:tcPr>
          <w:p>
            <w:r>
              <w:t>🖤 Leily 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leily6024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9131074474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Razatavasoly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9192*3**71</w:t>
            </w:r>
          </w:p>
        </w:tc>
        <w:tc>
          <w:tcPr>
            <w:tcW w:type="dxa" w:w="1728"/>
          </w:tcPr>
          <w:p>
            <w:r>
              <w:t>.مرتضی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93*397202*</w:t>
            </w:r>
          </w:p>
        </w:tc>
        <w:tc>
          <w:tcPr>
            <w:tcW w:type="dxa" w:w="1728"/>
          </w:tcPr>
          <w:p>
            <w:r>
              <w:t>جلال</w:t>
            </w:r>
          </w:p>
        </w:tc>
        <w:tc>
          <w:tcPr>
            <w:tcW w:type="dxa" w:w="1728"/>
          </w:tcPr>
          <w:p>
            <w:r>
              <w:t>صفرخانلو</w:t>
            </w:r>
          </w:p>
        </w:tc>
        <w:tc>
          <w:tcPr>
            <w:tcW w:type="dxa" w:w="1728"/>
          </w:tcPr>
          <w:p>
            <w:r>
              <w:t>Jalal132642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913217**90</w:t>
            </w:r>
          </w:p>
        </w:tc>
        <w:tc>
          <w:tcPr>
            <w:tcW w:type="dxa" w:w="1728"/>
          </w:tcPr>
          <w:p>
            <w:r>
              <w:t>moh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902*7*9477</w:t>
            </w:r>
          </w:p>
        </w:tc>
        <w:tc>
          <w:tcPr>
            <w:tcW w:type="dxa" w:w="1728"/>
          </w:tcPr>
          <w:p>
            <w:r>
              <w:t>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914*24*020</w:t>
            </w:r>
          </w:p>
        </w:tc>
        <w:tc>
          <w:tcPr>
            <w:tcW w:type="dxa" w:w="1728"/>
          </w:tcPr>
          <w:p>
            <w:r>
              <w:t>Manije</w:t>
            </w:r>
          </w:p>
        </w:tc>
        <w:tc>
          <w:tcPr>
            <w:tcW w:type="dxa" w:w="1728"/>
          </w:tcPr>
          <w:p>
            <w:r>
              <w:t>Ashrafii</w:t>
            </w:r>
          </w:p>
        </w:tc>
        <w:tc>
          <w:tcPr>
            <w:tcW w:type="dxa" w:w="1728"/>
          </w:tcPr>
          <w:p>
            <w:r>
              <w:t>MAshrafi53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90270*1*13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Tanahp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90317*1*23</w:t>
            </w:r>
          </w:p>
        </w:tc>
        <w:tc>
          <w:tcPr>
            <w:tcW w:type="dxa" w:w="1728"/>
          </w:tcPr>
          <w:p>
            <w:r>
              <w:t>ترک اوغلی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91*72*242*</w:t>
            </w:r>
          </w:p>
        </w:tc>
        <w:tc>
          <w:tcPr>
            <w:tcW w:type="dxa" w:w="1728"/>
          </w:tcPr>
          <w:p>
            <w:r>
              <w:t>M.gh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91***41*47</w:t>
            </w:r>
          </w:p>
        </w:tc>
        <w:tc>
          <w:tcPr>
            <w:tcW w:type="dxa" w:w="1728"/>
          </w:tcPr>
          <w:p>
            <w:r>
              <w:t>‘°ºø•❤•.¸Khanom_javann¸.•❤•øº°‘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Khanom_javann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91*944*300</w:t>
            </w:r>
          </w:p>
        </w:tc>
        <w:tc>
          <w:tcPr>
            <w:tcW w:type="dxa" w:w="1728"/>
          </w:tcPr>
          <w:p>
            <w:r>
              <w:t>حیدر کرار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921271*044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91*72702**</w:t>
            </w:r>
          </w:p>
        </w:tc>
        <w:tc>
          <w:tcPr>
            <w:tcW w:type="dxa" w:w="1728"/>
          </w:tcPr>
          <w:p>
            <w:r>
              <w:t>⚘ᬸᮀᮬ꯭❥᭬̽༎ྂ[ɪᴍᷟ ]͔͢▾͢𝒎𝒐𝒉𝒂𝒎𝒎𝒂𝒅𝒓𝒆𝒛𝒂∙͜•ٖ⍋🕊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Mohammad_Reza_3197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910*010314</w:t>
            </w:r>
          </w:p>
        </w:tc>
        <w:tc>
          <w:tcPr>
            <w:tcW w:type="dxa" w:w="1728"/>
          </w:tcPr>
          <w:p>
            <w:r>
              <w:t>مامان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9904979193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91*909*719</w:t>
            </w:r>
          </w:p>
        </w:tc>
        <w:tc>
          <w:tcPr>
            <w:tcW w:type="dxa" w:w="1728"/>
          </w:tcPr>
          <w:p>
            <w:r>
              <w:t>✿..R@M ..✿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Reyhan8696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9190*77**7</w:t>
            </w:r>
          </w:p>
        </w:tc>
        <w:tc>
          <w:tcPr>
            <w:tcW w:type="dxa" w:w="1728"/>
          </w:tcPr>
          <w:p>
            <w:r>
              <w:t>Marziyeh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93**493290</w:t>
            </w:r>
          </w:p>
        </w:tc>
        <w:tc>
          <w:tcPr>
            <w:tcW w:type="dxa" w:w="1728"/>
          </w:tcPr>
          <w:p>
            <w:r>
              <w:t>کیمیا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kimia_kh3290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933112719*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Rz_20_Mi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919*449714</w:t>
            </w:r>
          </w:p>
        </w:tc>
        <w:tc>
          <w:tcPr>
            <w:tcW w:type="dxa" w:w="1728"/>
          </w:tcPr>
          <w:p>
            <w:r>
              <w:t>بهروز</w:t>
            </w:r>
          </w:p>
        </w:tc>
        <w:tc>
          <w:tcPr>
            <w:tcW w:type="dxa" w:w="1728"/>
          </w:tcPr>
          <w:p>
            <w:r>
              <w:t>رهبری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91**9*2073</w:t>
            </w:r>
          </w:p>
        </w:tc>
        <w:tc>
          <w:tcPr>
            <w:tcW w:type="dxa" w:w="1728"/>
          </w:tcPr>
          <w:p>
            <w:r>
              <w:t>نیایش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91*33**79*</w:t>
            </w:r>
          </w:p>
        </w:tc>
        <w:tc>
          <w:tcPr>
            <w:tcW w:type="dxa" w:w="1728"/>
          </w:tcPr>
          <w:p>
            <w:r>
              <w:t>عسل طبیعی ابوذر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9303*12*29</w:t>
            </w:r>
          </w:p>
        </w:tc>
        <w:tc>
          <w:tcPr>
            <w:tcW w:type="dxa" w:w="1728"/>
          </w:tcPr>
          <w:p>
            <w:r>
              <w:t>♪♫•*¨*•.¸¸❤ḻḙẏḻḁ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9307**4334</w:t>
            </w:r>
          </w:p>
        </w:tc>
        <w:tc>
          <w:tcPr>
            <w:tcW w:type="dxa" w:w="1728"/>
          </w:tcPr>
          <w:p>
            <w:r>
              <w:t>Z💓m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zohren1378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93***44777</w:t>
            </w:r>
          </w:p>
        </w:tc>
        <w:tc>
          <w:tcPr>
            <w:tcW w:type="dxa" w:w="1728"/>
          </w:tcPr>
          <w:p>
            <w:r>
              <w:t>𖤓ߊ‌‌ܝ‌ࡅߺ߲ߊ‌‌ࡅߺ߲ࡉ↭ࡐܦ߭ߊ‌‌𖤓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Arbabevafa1367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901**99704</w:t>
            </w:r>
          </w:p>
        </w:tc>
        <w:tc>
          <w:tcPr>
            <w:tcW w:type="dxa" w:w="1728"/>
          </w:tcPr>
          <w:p>
            <w:r>
              <w:t>‌‌ €&amp;£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91113***37</w:t>
            </w:r>
          </w:p>
        </w:tc>
        <w:tc>
          <w:tcPr>
            <w:tcW w:type="dxa" w:w="1728"/>
          </w:tcPr>
          <w:p>
            <w:r>
              <w:t>Hengameh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93349***40</w:t>
            </w:r>
          </w:p>
        </w:tc>
        <w:tc>
          <w:tcPr>
            <w:tcW w:type="dxa" w:w="1728"/>
          </w:tcPr>
          <w:p>
            <w:r>
              <w:t>Masumeh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99024**1**</w:t>
            </w:r>
          </w:p>
        </w:tc>
        <w:tc>
          <w:tcPr>
            <w:tcW w:type="dxa" w:w="1728"/>
          </w:tcPr>
          <w:p>
            <w:r>
              <w:t>ثنا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902*370214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917*2*3*27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Hamid000666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9304433942</w:t>
            </w:r>
          </w:p>
        </w:tc>
        <w:tc>
          <w:tcPr>
            <w:tcW w:type="dxa" w:w="1728"/>
          </w:tcPr>
          <w:p>
            <w:r>
              <w:t>ابه ارزوهام قول رسیدن داده 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910*4**437</w:t>
            </w:r>
          </w:p>
        </w:tc>
        <w:tc>
          <w:tcPr>
            <w:tcW w:type="dxa" w:w="1728"/>
          </w:tcPr>
          <w:p>
            <w:r>
              <w:t>یا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Mmaa9498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91*711**21</w:t>
            </w:r>
          </w:p>
        </w:tc>
        <w:tc>
          <w:tcPr>
            <w:tcW w:type="dxa" w:w="1728"/>
          </w:tcPr>
          <w:p>
            <w:r>
              <w:t>غزاله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91*2*4*417</w:t>
            </w:r>
          </w:p>
        </w:tc>
        <w:tc>
          <w:tcPr>
            <w:tcW w:type="dxa" w:w="1728"/>
          </w:tcPr>
          <w:p>
            <w:r>
              <w:t>saeid.nazeri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91*9*3**70</w:t>
            </w:r>
          </w:p>
        </w:tc>
        <w:tc>
          <w:tcPr>
            <w:tcW w:type="dxa" w:w="1728"/>
          </w:tcPr>
          <w:p>
            <w:r>
              <w:t>~Zynb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ZynbBsri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930*01*2*2</w:t>
            </w:r>
          </w:p>
        </w:tc>
        <w:tc>
          <w:tcPr>
            <w:tcW w:type="dxa" w:w="1728"/>
          </w:tcPr>
          <w:p>
            <w:r>
              <w:t>S~F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9012*0443*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Shahab</w:t>
            </w:r>
          </w:p>
        </w:tc>
        <w:tc>
          <w:tcPr>
            <w:tcW w:type="dxa" w:w="1728"/>
          </w:tcPr>
          <w:p>
            <w:r>
              <w:t>Iranostrichcompany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91*334*700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Mashhadxxsazeh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90**370*49</w:t>
            </w:r>
          </w:p>
        </w:tc>
        <w:tc>
          <w:tcPr>
            <w:tcW w:type="dxa" w:w="1728"/>
          </w:tcPr>
          <w:p>
            <w:r>
              <w:t>فیروزه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991*42*312</w:t>
            </w:r>
          </w:p>
        </w:tc>
        <w:tc>
          <w:tcPr>
            <w:tcW w:type="dxa" w:w="1728"/>
          </w:tcPr>
          <w:p>
            <w:r>
              <w:t>زهرا ملکی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91*343799*</w:t>
            </w:r>
          </w:p>
        </w:tc>
        <w:tc>
          <w:tcPr>
            <w:tcW w:type="dxa" w:w="1728"/>
          </w:tcPr>
          <w:p>
            <w:r>
              <w:t>Abdoli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939770131*</w:t>
            </w:r>
          </w:p>
        </w:tc>
        <w:tc>
          <w:tcPr>
            <w:tcW w:type="dxa" w:w="1728"/>
          </w:tcPr>
          <w:p>
            <w:r>
              <w:t>˙·٠•●♥Yas♥●•٠·˙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Ehsan94214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91142*0***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91***91**1</w:t>
            </w:r>
          </w:p>
        </w:tc>
        <w:tc>
          <w:tcPr>
            <w:tcW w:type="dxa" w:w="1728"/>
          </w:tcPr>
          <w:p>
            <w:r>
              <w:t>♪♫•*¨*•.¸¸❤nima&amp;neda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NZ1396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91*9**3*04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Nakhaeyf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91*792*02*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90110*930*</w:t>
            </w:r>
          </w:p>
        </w:tc>
        <w:tc>
          <w:tcPr>
            <w:tcW w:type="dxa" w:w="1728"/>
          </w:tcPr>
          <w:p>
            <w:r>
              <w:t>Bz</w:t>
            </w:r>
          </w:p>
        </w:tc>
        <w:tc>
          <w:tcPr>
            <w:tcW w:type="dxa" w:w="1728"/>
          </w:tcPr>
          <w:p>
            <w:r>
              <w:t>Bz</w:t>
            </w:r>
          </w:p>
        </w:tc>
        <w:tc>
          <w:tcPr>
            <w:tcW w:type="dxa" w:w="1728"/>
          </w:tcPr>
          <w:p>
            <w:r>
              <w:t>Amiralirasta1393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917**477*2</w:t>
            </w:r>
          </w:p>
        </w:tc>
        <w:tc>
          <w:tcPr>
            <w:tcW w:type="dxa" w:w="1728"/>
          </w:tcPr>
          <w:p>
            <w:r>
              <w:t>c1363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C1363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91*334*499</w:t>
            </w:r>
          </w:p>
        </w:tc>
        <w:tc>
          <w:tcPr>
            <w:tcW w:type="dxa" w:w="1728"/>
          </w:tcPr>
          <w:p>
            <w:r>
              <w:t>نفسم پسرام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9030*139*9</w:t>
            </w:r>
          </w:p>
        </w:tc>
        <w:tc>
          <w:tcPr>
            <w:tcW w:type="dxa" w:w="1728"/>
          </w:tcPr>
          <w:p>
            <w:r>
              <w:t>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93*70*2*79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maryammirzaee26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91*97**137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Nargesf8137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91*913**73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Rezase1365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939**27**9</w:t>
            </w:r>
          </w:p>
        </w:tc>
        <w:tc>
          <w:tcPr>
            <w:tcW w:type="dxa" w:w="1728"/>
          </w:tcPr>
          <w:p>
            <w:r>
              <w:t>قاسم</w:t>
            </w:r>
          </w:p>
        </w:tc>
        <w:tc>
          <w:tcPr>
            <w:tcW w:type="dxa" w:w="1728"/>
          </w:tcPr>
          <w:p>
            <w:r>
              <w:t>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99071*3343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91*1373*1*</w:t>
            </w:r>
          </w:p>
        </w:tc>
        <w:tc>
          <w:tcPr>
            <w:tcW w:type="dxa" w:w="1728"/>
          </w:tcPr>
          <w:p>
            <w:r>
              <w:t>A*Mansourian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Djdjfkgigkgjgivicjsjf87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93**993*42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SHAYAN3842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93**7***79</w:t>
            </w:r>
          </w:p>
        </w:tc>
        <w:tc>
          <w:tcPr>
            <w:tcW w:type="dxa" w:w="1728"/>
          </w:tcPr>
          <w:p>
            <w:r>
              <w:t>HRKS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Hrks13611361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91*9*14394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93**9391**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fatemeh9155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91*33**014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نعیمی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93004*9**3</w:t>
            </w:r>
          </w:p>
        </w:tc>
        <w:tc>
          <w:tcPr>
            <w:tcW w:type="dxa" w:w="1728"/>
          </w:tcPr>
          <w:p>
            <w:r>
              <w:t>Arshya</w:t>
            </w:r>
          </w:p>
        </w:tc>
        <w:tc>
          <w:tcPr>
            <w:tcW w:type="dxa" w:w="1728"/>
          </w:tcPr>
          <w:p>
            <w:r>
              <w:t>پسرام زندگیمه همسرم عشقمه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9931*99*72</w:t>
            </w:r>
          </w:p>
        </w:tc>
        <w:tc>
          <w:tcPr>
            <w:tcW w:type="dxa" w:w="1728"/>
          </w:tcPr>
          <w:p>
            <w:r>
              <w:t>Yousef khani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Yousef_khani1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912412***0</w:t>
            </w:r>
          </w:p>
        </w:tc>
        <w:tc>
          <w:tcPr>
            <w:tcW w:type="dxa" w:w="1728"/>
          </w:tcPr>
          <w:p>
            <w:r>
              <w:t>S . Ebrahim</w:t>
            </w:r>
          </w:p>
        </w:tc>
        <w:tc>
          <w:tcPr>
            <w:tcW w:type="dxa" w:w="1728"/>
          </w:tcPr>
          <w:p>
            <w:r>
              <w:t>Fatemi</w:t>
            </w:r>
          </w:p>
        </w:tc>
        <w:tc>
          <w:tcPr>
            <w:tcW w:type="dxa" w:w="1728"/>
          </w:tcPr>
          <w:p>
            <w:r>
              <w:t>Ebi540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922*9*4971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91*93*7422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93*424*0*7</w:t>
            </w:r>
          </w:p>
        </w:tc>
        <w:tc>
          <w:tcPr>
            <w:tcW w:type="dxa" w:w="1728"/>
          </w:tcPr>
          <w:p>
            <w:r>
              <w:t>@NaZ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93**142917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ali02917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91*21*9**3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90244413**</w:t>
            </w:r>
          </w:p>
        </w:tc>
        <w:tc>
          <w:tcPr>
            <w:tcW w:type="dxa" w:w="1728"/>
          </w:tcPr>
          <w:p>
            <w:r>
              <w:t>Mohajer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93942002**</w:t>
            </w:r>
          </w:p>
        </w:tc>
        <w:tc>
          <w:tcPr>
            <w:tcW w:type="dxa" w:w="1728"/>
          </w:tcPr>
          <w:p>
            <w:r>
              <w:t>سوگ سیاوش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99033137*4</w:t>
            </w:r>
          </w:p>
        </w:tc>
        <w:tc>
          <w:tcPr>
            <w:tcW w:type="dxa" w:w="1728"/>
          </w:tcPr>
          <w:p>
            <w:r>
              <w:t>Z.A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9137920933</w:t>
            </w:r>
          </w:p>
        </w:tc>
        <w:tc>
          <w:tcPr>
            <w:tcW w:type="dxa" w:w="1728"/>
          </w:tcPr>
          <w:p>
            <w:r>
              <w:t>Hmnm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Ferdows_posh</w:t>
            </w:r>
          </w:p>
        </w:tc>
      </w:tr>
      <w:tr>
        <w:tc>
          <w:tcPr>
            <w:tcW w:type="dxa" w:w="1728"/>
          </w:tcPr>
          <w:p>
            <w:r>
              <w:t>91*7220944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Mi1234321</w:t>
            </w:r>
          </w:p>
        </w:tc>
        <w:tc>
          <w:tcPr>
            <w:tcW w:type="dxa" w:w="1728"/>
          </w:tcPr>
          <w:p>
            <w:r>
              <w:t>Ferdows_posh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Ferdows_posh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